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78695" w14:textId="77777777" w:rsidR="002C5E63" w:rsidRDefault="00FA70B1">
      <w:pPr>
        <w:spacing w:before="700"/>
        <w:jc w:val="center"/>
      </w:pPr>
      <w:r>
        <w:rPr>
          <w:b/>
          <w:color w:val="17365D"/>
          <w:sz w:val="56"/>
        </w:rPr>
        <w:t>TRANSPORT OPERATIONS</w:t>
      </w:r>
      <w:r>
        <w:rPr>
          <w:b/>
          <w:color w:val="17365D"/>
          <w:sz w:val="56"/>
        </w:rPr>
        <w:br/>
        <w:t>COORDINATOR</w:t>
      </w:r>
    </w:p>
    <w:p w14:paraId="2E9641BE" w14:textId="77777777" w:rsidR="002C5E63" w:rsidRDefault="00FA70B1">
      <w:pPr>
        <w:jc w:val="center"/>
        <w:rPr>
          <w:b/>
          <w:color w:val="D6A84B"/>
          <w:sz w:val="32"/>
        </w:rPr>
      </w:pPr>
      <w:r>
        <w:rPr>
          <w:b/>
          <w:color w:val="D6A84B"/>
          <w:sz w:val="32"/>
        </w:rPr>
        <w:t>RECRUITMENT PACK</w:t>
      </w:r>
    </w:p>
    <w:p w14:paraId="69BD6476" w14:textId="77777777" w:rsidR="000513DE" w:rsidRDefault="000513DE">
      <w:pPr>
        <w:jc w:val="center"/>
        <w:rPr>
          <w:b/>
          <w:color w:val="D6A84B"/>
          <w:sz w:val="32"/>
        </w:rPr>
      </w:pPr>
    </w:p>
    <w:p w14:paraId="72A91568" w14:textId="35185FC8" w:rsidR="000513DE" w:rsidRDefault="000513DE">
      <w:pPr>
        <w:jc w:val="center"/>
      </w:pPr>
      <w:r>
        <w:rPr>
          <w:noProof/>
        </w:rPr>
        <w:drawing>
          <wp:inline distT="0" distB="0" distL="0" distR="0" wp14:anchorId="031F5A38" wp14:editId="53A27FB4">
            <wp:extent cx="1950720" cy="1456944"/>
            <wp:effectExtent l="0" t="0" r="0" b="0"/>
            <wp:docPr id="45066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6716" name="Picture 45066716"/>
                    <pic:cNvPicPr/>
                  </pic:nvPicPr>
                  <pic:blipFill>
                    <a:blip r:embed="rId11"/>
                    <a:stretch>
                      <a:fillRect/>
                    </a:stretch>
                  </pic:blipFill>
                  <pic:spPr>
                    <a:xfrm>
                      <a:off x="0" y="0"/>
                      <a:ext cx="1950720" cy="1456944"/>
                    </a:xfrm>
                    <a:prstGeom prst="rect">
                      <a:avLst/>
                    </a:prstGeom>
                  </pic:spPr>
                </pic:pic>
              </a:graphicData>
            </a:graphic>
          </wp:inline>
        </w:drawing>
      </w:r>
    </w:p>
    <w:p w14:paraId="672A6659" w14:textId="77777777" w:rsidR="002C5E63" w:rsidRDefault="00FA70B1">
      <w:r>
        <w:br/>
      </w:r>
    </w:p>
    <w:tbl>
      <w:tblPr>
        <w:tblW w:w="0" w:type="auto"/>
        <w:jc w:val="center"/>
        <w:tblLook w:val="04A0" w:firstRow="1" w:lastRow="0" w:firstColumn="1" w:lastColumn="0" w:noHBand="0" w:noVBand="1"/>
      </w:tblPr>
      <w:tblGrid>
        <w:gridCol w:w="10224"/>
      </w:tblGrid>
      <w:tr w:rsidR="002C5E63" w14:paraId="70F881BF" w14:textId="77777777">
        <w:trPr>
          <w:jc w:val="center"/>
        </w:trPr>
        <w:tc>
          <w:tcPr>
            <w:tcW w:w="10224" w:type="dxa"/>
            <w:shd w:val="clear" w:color="auto" w:fill="17365D"/>
            <w:tcMar>
              <w:top w:w="80" w:type="dxa"/>
              <w:left w:w="90" w:type="dxa"/>
              <w:bottom w:w="80" w:type="dxa"/>
              <w:right w:w="90" w:type="dxa"/>
            </w:tcMar>
            <w:vAlign w:val="center"/>
          </w:tcPr>
          <w:p w14:paraId="5EE9FB21" w14:textId="77777777" w:rsidR="002C5E63" w:rsidRDefault="00FA70B1">
            <w:pPr>
              <w:jc w:val="center"/>
            </w:pPr>
            <w:r>
              <w:rPr>
                <w:b/>
                <w:color w:val="FFFFFF"/>
              </w:rPr>
              <w:t>HELP KEEP FERMANAGH CONNECTED</w:t>
            </w:r>
          </w:p>
        </w:tc>
      </w:tr>
    </w:tbl>
    <w:p w14:paraId="5D5D867B" w14:textId="4E5F4E15" w:rsidR="002C5E63" w:rsidRDefault="00FA70B1">
      <w:pPr>
        <w:spacing w:before="480"/>
        <w:jc w:val="center"/>
      </w:pPr>
      <w:proofErr w:type="gramStart"/>
      <w:r>
        <w:rPr>
          <w:b/>
        </w:rPr>
        <w:t>Permanent  |</w:t>
      </w:r>
      <w:proofErr w:type="gramEnd"/>
      <w:r>
        <w:rPr>
          <w:b/>
        </w:rPr>
        <w:t xml:space="preserve">  35 hours per </w:t>
      </w:r>
      <w:proofErr w:type="gramStart"/>
      <w:r>
        <w:rPr>
          <w:b/>
        </w:rPr>
        <w:t>week  |</w:t>
      </w:r>
      <w:proofErr w:type="gramEnd"/>
      <w:r>
        <w:rPr>
          <w:b/>
        </w:rPr>
        <w:t xml:space="preserve">  £2</w:t>
      </w:r>
      <w:r w:rsidR="006F5301">
        <w:rPr>
          <w:b/>
        </w:rPr>
        <w:t>7</w:t>
      </w:r>
      <w:r>
        <w:rPr>
          <w:b/>
        </w:rPr>
        <w:t>,</w:t>
      </w:r>
      <w:r w:rsidR="00B021D4">
        <w:rPr>
          <w:b/>
        </w:rPr>
        <w:t>591.20</w:t>
      </w:r>
      <w:r>
        <w:rPr>
          <w:b/>
        </w:rPr>
        <w:t xml:space="preserve"> per annum</w:t>
      </w:r>
    </w:p>
    <w:p w14:paraId="5440EDEB" w14:textId="77777777" w:rsidR="00BE1AAE" w:rsidRDefault="00FA70B1">
      <w:pPr>
        <w:jc w:val="center"/>
      </w:pPr>
      <w:r>
        <w:t xml:space="preserve">25 days annual leave + 11 public </w:t>
      </w:r>
      <w:proofErr w:type="gramStart"/>
      <w:r>
        <w:t>holidays  |</w:t>
      </w:r>
      <w:proofErr w:type="gramEnd"/>
      <w:r>
        <w:t xml:space="preserve">  </w:t>
      </w:r>
      <w:proofErr w:type="gramStart"/>
      <w:r>
        <w:t>Pension  |</w:t>
      </w:r>
      <w:proofErr w:type="gramEnd"/>
      <w:r>
        <w:t xml:space="preserve">  Training and </w:t>
      </w:r>
      <w:proofErr w:type="gramStart"/>
      <w:r>
        <w:t>development  |</w:t>
      </w:r>
      <w:proofErr w:type="gramEnd"/>
      <w:r w:rsidR="00BE1AAE">
        <w:t xml:space="preserve"> </w:t>
      </w:r>
    </w:p>
    <w:p w14:paraId="0AAD7B05" w14:textId="56D180CD" w:rsidR="002C5E63" w:rsidRDefault="00BE1AAE">
      <w:pPr>
        <w:jc w:val="center"/>
      </w:pPr>
      <w:r>
        <w:t xml:space="preserve">Free </w:t>
      </w:r>
      <w:proofErr w:type="gramStart"/>
      <w:r w:rsidR="00925BEC">
        <w:t>u</w:t>
      </w:r>
      <w:r>
        <w:t>niform  |</w:t>
      </w:r>
      <w:proofErr w:type="gramEnd"/>
      <w:r>
        <w:t xml:space="preserve"> Free </w:t>
      </w:r>
      <w:proofErr w:type="gramStart"/>
      <w:r>
        <w:t>parking</w:t>
      </w:r>
      <w:r w:rsidR="00A412E7">
        <w:t xml:space="preserve">  |</w:t>
      </w:r>
      <w:proofErr w:type="gramEnd"/>
      <w:r w:rsidR="00A412E7">
        <w:t xml:space="preserve"> A role with real purpose</w:t>
      </w:r>
    </w:p>
    <w:p w14:paraId="0535E873" w14:textId="77777777" w:rsidR="002C5E63" w:rsidRDefault="00FA70B1">
      <w:pPr>
        <w:spacing w:before="600"/>
        <w:jc w:val="center"/>
        <w:rPr>
          <w:b/>
          <w:i/>
          <w:color w:val="137C8B"/>
          <w:sz w:val="28"/>
        </w:rPr>
      </w:pPr>
      <w:r>
        <w:rPr>
          <w:b/>
          <w:i/>
          <w:color w:val="137C8B"/>
          <w:sz w:val="28"/>
        </w:rPr>
        <w:t>Not every job changes lives. This one does.</w:t>
      </w:r>
    </w:p>
    <w:p w14:paraId="0231DE36" w14:textId="47D8D791" w:rsidR="002C5E63" w:rsidRDefault="00FA70B1">
      <w:pPr>
        <w:spacing w:before="800"/>
        <w:jc w:val="center"/>
      </w:pPr>
      <w:r>
        <w:t>Closing date:</w:t>
      </w:r>
      <w:r w:rsidR="000513DE">
        <w:t xml:space="preserve"> </w:t>
      </w:r>
      <w:r w:rsidR="00267138">
        <w:t>Tuesday 1</w:t>
      </w:r>
      <w:r w:rsidR="00267138" w:rsidRPr="00267138">
        <w:rPr>
          <w:vertAlign w:val="superscript"/>
        </w:rPr>
        <w:t>st</w:t>
      </w:r>
      <w:r w:rsidR="00267138">
        <w:t xml:space="preserve"> September</w:t>
      </w:r>
      <w:r>
        <w:br/>
        <w:t>Interview date:</w:t>
      </w:r>
      <w:r w:rsidR="004734B1">
        <w:t xml:space="preserve"> Monday 7</w:t>
      </w:r>
      <w:r w:rsidR="004734B1" w:rsidRPr="004734B1">
        <w:rPr>
          <w:vertAlign w:val="superscript"/>
        </w:rPr>
        <w:t>th</w:t>
      </w:r>
      <w:r w:rsidR="004734B1">
        <w:t xml:space="preserve"> September</w:t>
      </w:r>
      <w:r>
        <w:br/>
        <w:t>Reference: TOC/2026</w:t>
      </w:r>
    </w:p>
    <w:p w14:paraId="0B4434C1" w14:textId="77777777" w:rsidR="002C5E63" w:rsidRPr="00AE337F" w:rsidRDefault="00FA70B1">
      <w:pPr>
        <w:spacing w:before="900"/>
        <w:jc w:val="center"/>
        <w:rPr>
          <w:sz w:val="36"/>
          <w:szCs w:val="32"/>
        </w:rPr>
      </w:pPr>
      <w:r w:rsidRPr="00AE337F">
        <w:rPr>
          <w:b/>
          <w:color w:val="5B6573"/>
          <w:szCs w:val="32"/>
        </w:rPr>
        <w:t>Fermanagh Community Transport is an Equal Opportunities Employer</w:t>
      </w:r>
    </w:p>
    <w:p w14:paraId="0A37501D" w14:textId="77777777" w:rsidR="002C5E63" w:rsidRDefault="00FA70B1">
      <w:r>
        <w:br w:type="page"/>
      </w:r>
    </w:p>
    <w:p w14:paraId="406425CA" w14:textId="77777777" w:rsidR="002C5E63" w:rsidRDefault="00FA70B1">
      <w:pPr>
        <w:pStyle w:val="Title"/>
        <w:keepNext/>
      </w:pPr>
      <w:r>
        <w:lastRenderedPageBreak/>
        <w:t>Contents</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2"/>
        <w:gridCol w:w="8496"/>
      </w:tblGrid>
      <w:tr w:rsidR="0083186A" w14:paraId="09742820" w14:textId="77777777">
        <w:trPr>
          <w:tblHeader/>
        </w:trPr>
        <w:tc>
          <w:tcPr>
            <w:tcW w:w="1152" w:type="dxa"/>
            <w:tcBorders>
              <w:top w:val="single" w:sz="8" w:space="0" w:color="auto"/>
              <w:left w:val="single" w:sz="8" w:space="0" w:color="auto"/>
              <w:bottom w:val="single" w:sz="8" w:space="0" w:color="auto"/>
              <w:right w:val="single" w:sz="8" w:space="0" w:color="auto"/>
            </w:tcBorders>
            <w:shd w:val="clear" w:color="auto" w:fill="17365D"/>
            <w:tcMar>
              <w:top w:w="80" w:type="dxa"/>
              <w:left w:w="90" w:type="dxa"/>
              <w:bottom w:w="80" w:type="dxa"/>
              <w:right w:w="90" w:type="dxa"/>
            </w:tcMar>
            <w:vAlign w:val="center"/>
            <w:hideMark/>
          </w:tcPr>
          <w:p w14:paraId="3A82C5FF" w14:textId="77777777" w:rsidR="0083186A" w:rsidRDefault="0083186A" w:rsidP="00273D28">
            <w:pPr>
              <w:pStyle w:val="ListBullet"/>
              <w:numPr>
                <w:ilvl w:val="0"/>
                <w:numId w:val="0"/>
              </w:numPr>
              <w:rPr>
                <w:kern w:val="2"/>
                <w:szCs w:val="24"/>
                <w:lang w:val="en-GB" w:eastAsia="en-GB"/>
                <w14:ligatures w14:val="standardContextual"/>
              </w:rPr>
            </w:pPr>
            <w:r>
              <w:t>SECTION</w:t>
            </w:r>
          </w:p>
        </w:tc>
        <w:tc>
          <w:tcPr>
            <w:tcW w:w="8496" w:type="dxa"/>
            <w:tcBorders>
              <w:top w:val="single" w:sz="8" w:space="0" w:color="auto"/>
              <w:left w:val="nil"/>
              <w:bottom w:val="single" w:sz="8" w:space="0" w:color="auto"/>
              <w:right w:val="single" w:sz="8" w:space="0" w:color="auto"/>
            </w:tcBorders>
            <w:shd w:val="clear" w:color="auto" w:fill="17365D"/>
            <w:tcMar>
              <w:top w:w="80" w:type="dxa"/>
              <w:left w:w="90" w:type="dxa"/>
              <w:bottom w:w="80" w:type="dxa"/>
              <w:right w:w="90" w:type="dxa"/>
            </w:tcMar>
            <w:vAlign w:val="center"/>
            <w:hideMark/>
          </w:tcPr>
          <w:p w14:paraId="45F2AA18" w14:textId="77777777" w:rsidR="0083186A" w:rsidRDefault="0083186A" w:rsidP="00273D28">
            <w:pPr>
              <w:pStyle w:val="ListBullet"/>
              <w:numPr>
                <w:ilvl w:val="0"/>
                <w:numId w:val="0"/>
              </w:numPr>
              <w:rPr>
                <w:szCs w:val="24"/>
              </w:rPr>
            </w:pPr>
            <w:r>
              <w:t>CONTENTS</w:t>
            </w:r>
          </w:p>
        </w:tc>
      </w:tr>
      <w:tr w:rsidR="0083186A" w14:paraId="30E2F8BC" w14:textId="77777777">
        <w:tc>
          <w:tcPr>
            <w:tcW w:w="1152" w:type="dxa"/>
            <w:tcBorders>
              <w:top w:val="nil"/>
              <w:left w:val="single" w:sz="8" w:space="0" w:color="auto"/>
              <w:bottom w:val="single" w:sz="8" w:space="0" w:color="auto"/>
              <w:right w:val="single" w:sz="8" w:space="0" w:color="auto"/>
            </w:tcBorders>
            <w:shd w:val="clear" w:color="auto" w:fill="F5F8FA"/>
            <w:tcMar>
              <w:top w:w="80" w:type="dxa"/>
              <w:left w:w="90" w:type="dxa"/>
              <w:bottom w:w="80" w:type="dxa"/>
              <w:right w:w="90" w:type="dxa"/>
            </w:tcMar>
            <w:vAlign w:val="center"/>
            <w:hideMark/>
          </w:tcPr>
          <w:p w14:paraId="4833F917" w14:textId="77777777" w:rsidR="0083186A" w:rsidRDefault="0083186A" w:rsidP="00273D28">
            <w:pPr>
              <w:pStyle w:val="ListBullet"/>
              <w:numPr>
                <w:ilvl w:val="0"/>
                <w:numId w:val="0"/>
              </w:numPr>
            </w:pPr>
            <w:r>
              <w:t>1</w:t>
            </w:r>
          </w:p>
        </w:tc>
        <w:tc>
          <w:tcPr>
            <w:tcW w:w="8496" w:type="dxa"/>
            <w:tcBorders>
              <w:top w:val="nil"/>
              <w:left w:val="nil"/>
              <w:bottom w:val="single" w:sz="8" w:space="0" w:color="auto"/>
              <w:right w:val="single" w:sz="8" w:space="0" w:color="auto"/>
            </w:tcBorders>
            <w:shd w:val="clear" w:color="auto" w:fill="F5F8FA"/>
            <w:tcMar>
              <w:top w:w="80" w:type="dxa"/>
              <w:left w:w="90" w:type="dxa"/>
              <w:bottom w:w="80" w:type="dxa"/>
              <w:right w:w="90" w:type="dxa"/>
            </w:tcMar>
            <w:vAlign w:val="center"/>
            <w:hideMark/>
          </w:tcPr>
          <w:p w14:paraId="0CE7BA4E" w14:textId="77777777" w:rsidR="0083186A" w:rsidRDefault="0083186A" w:rsidP="00273D28">
            <w:pPr>
              <w:pStyle w:val="ListBullet"/>
              <w:numPr>
                <w:ilvl w:val="0"/>
                <w:numId w:val="0"/>
              </w:numPr>
            </w:pPr>
            <w:r>
              <w:t>Informal Visit</w:t>
            </w:r>
          </w:p>
        </w:tc>
      </w:tr>
      <w:tr w:rsidR="0083186A" w14:paraId="75B6C091" w14:textId="77777777">
        <w:tc>
          <w:tcPr>
            <w:tcW w:w="1152" w:type="dxa"/>
            <w:tcBorders>
              <w:top w:val="nil"/>
              <w:left w:val="single" w:sz="8" w:space="0" w:color="auto"/>
              <w:bottom w:val="single" w:sz="8" w:space="0" w:color="auto"/>
              <w:right w:val="single" w:sz="8" w:space="0" w:color="auto"/>
            </w:tcBorders>
            <w:tcMar>
              <w:top w:w="80" w:type="dxa"/>
              <w:left w:w="90" w:type="dxa"/>
              <w:bottom w:w="80" w:type="dxa"/>
              <w:right w:w="90" w:type="dxa"/>
            </w:tcMar>
            <w:vAlign w:val="center"/>
            <w:hideMark/>
          </w:tcPr>
          <w:p w14:paraId="0E6D1932" w14:textId="77777777" w:rsidR="0083186A" w:rsidRDefault="0083186A" w:rsidP="00273D28">
            <w:pPr>
              <w:pStyle w:val="ListBullet"/>
              <w:numPr>
                <w:ilvl w:val="0"/>
                <w:numId w:val="0"/>
              </w:numPr>
            </w:pPr>
            <w:r>
              <w:t>2</w:t>
            </w:r>
          </w:p>
        </w:tc>
        <w:tc>
          <w:tcPr>
            <w:tcW w:w="8496" w:type="dxa"/>
            <w:tcBorders>
              <w:top w:val="nil"/>
              <w:left w:val="nil"/>
              <w:bottom w:val="single" w:sz="8" w:space="0" w:color="auto"/>
              <w:right w:val="single" w:sz="8" w:space="0" w:color="auto"/>
            </w:tcBorders>
            <w:tcMar>
              <w:top w:w="80" w:type="dxa"/>
              <w:left w:w="90" w:type="dxa"/>
              <w:bottom w:w="80" w:type="dxa"/>
              <w:right w:w="90" w:type="dxa"/>
            </w:tcMar>
            <w:vAlign w:val="center"/>
            <w:hideMark/>
          </w:tcPr>
          <w:p w14:paraId="0A6C3EED" w14:textId="77777777" w:rsidR="0083186A" w:rsidRDefault="0083186A" w:rsidP="00273D28">
            <w:pPr>
              <w:pStyle w:val="ListBullet"/>
              <w:numPr>
                <w:ilvl w:val="0"/>
                <w:numId w:val="0"/>
              </w:numPr>
            </w:pPr>
            <w:proofErr w:type="gramStart"/>
            <w:r>
              <w:t>At a Glance</w:t>
            </w:r>
            <w:proofErr w:type="gramEnd"/>
            <w:r>
              <w:t xml:space="preserve"> and How to Apply</w:t>
            </w:r>
          </w:p>
        </w:tc>
      </w:tr>
      <w:tr w:rsidR="0083186A" w14:paraId="0EF50F67" w14:textId="77777777">
        <w:tc>
          <w:tcPr>
            <w:tcW w:w="1152" w:type="dxa"/>
            <w:tcBorders>
              <w:top w:val="nil"/>
              <w:left w:val="single" w:sz="8" w:space="0" w:color="auto"/>
              <w:bottom w:val="single" w:sz="8" w:space="0" w:color="auto"/>
              <w:right w:val="single" w:sz="8" w:space="0" w:color="auto"/>
            </w:tcBorders>
            <w:shd w:val="clear" w:color="auto" w:fill="F5F8FA"/>
            <w:tcMar>
              <w:top w:w="80" w:type="dxa"/>
              <w:left w:w="90" w:type="dxa"/>
              <w:bottom w:w="80" w:type="dxa"/>
              <w:right w:w="90" w:type="dxa"/>
            </w:tcMar>
            <w:vAlign w:val="center"/>
            <w:hideMark/>
          </w:tcPr>
          <w:p w14:paraId="7F067CE6" w14:textId="77777777" w:rsidR="0083186A" w:rsidRDefault="0083186A" w:rsidP="00273D28">
            <w:pPr>
              <w:pStyle w:val="ListBullet"/>
              <w:numPr>
                <w:ilvl w:val="0"/>
                <w:numId w:val="0"/>
              </w:numPr>
            </w:pPr>
            <w:r>
              <w:t>3</w:t>
            </w:r>
          </w:p>
        </w:tc>
        <w:tc>
          <w:tcPr>
            <w:tcW w:w="8496" w:type="dxa"/>
            <w:tcBorders>
              <w:top w:val="nil"/>
              <w:left w:val="nil"/>
              <w:bottom w:val="single" w:sz="8" w:space="0" w:color="auto"/>
              <w:right w:val="single" w:sz="8" w:space="0" w:color="auto"/>
            </w:tcBorders>
            <w:shd w:val="clear" w:color="auto" w:fill="F5F8FA"/>
            <w:tcMar>
              <w:top w:w="80" w:type="dxa"/>
              <w:left w:w="90" w:type="dxa"/>
              <w:bottom w:w="80" w:type="dxa"/>
              <w:right w:w="90" w:type="dxa"/>
            </w:tcMar>
            <w:vAlign w:val="center"/>
            <w:hideMark/>
          </w:tcPr>
          <w:p w14:paraId="36F27812" w14:textId="77777777" w:rsidR="0083186A" w:rsidRDefault="0083186A" w:rsidP="00273D28">
            <w:pPr>
              <w:pStyle w:val="ListBullet"/>
              <w:numPr>
                <w:ilvl w:val="0"/>
                <w:numId w:val="0"/>
              </w:numPr>
            </w:pPr>
            <w:r>
              <w:t>Local Press Recruitment Advert</w:t>
            </w:r>
          </w:p>
        </w:tc>
      </w:tr>
      <w:tr w:rsidR="0083186A" w14:paraId="11DE00B9" w14:textId="77777777">
        <w:tc>
          <w:tcPr>
            <w:tcW w:w="1152" w:type="dxa"/>
            <w:tcBorders>
              <w:top w:val="nil"/>
              <w:left w:val="single" w:sz="8" w:space="0" w:color="auto"/>
              <w:bottom w:val="single" w:sz="8" w:space="0" w:color="auto"/>
              <w:right w:val="single" w:sz="8" w:space="0" w:color="auto"/>
            </w:tcBorders>
            <w:tcMar>
              <w:top w:w="80" w:type="dxa"/>
              <w:left w:w="90" w:type="dxa"/>
              <w:bottom w:w="80" w:type="dxa"/>
              <w:right w:w="90" w:type="dxa"/>
            </w:tcMar>
            <w:vAlign w:val="center"/>
            <w:hideMark/>
          </w:tcPr>
          <w:p w14:paraId="6A5C931E" w14:textId="77777777" w:rsidR="0083186A" w:rsidRDefault="0083186A" w:rsidP="00273D28">
            <w:pPr>
              <w:pStyle w:val="ListBullet"/>
              <w:numPr>
                <w:ilvl w:val="0"/>
                <w:numId w:val="0"/>
              </w:numPr>
            </w:pPr>
            <w:r>
              <w:t>4</w:t>
            </w:r>
          </w:p>
        </w:tc>
        <w:tc>
          <w:tcPr>
            <w:tcW w:w="8496" w:type="dxa"/>
            <w:tcBorders>
              <w:top w:val="nil"/>
              <w:left w:val="nil"/>
              <w:bottom w:val="single" w:sz="8" w:space="0" w:color="auto"/>
              <w:right w:val="single" w:sz="8" w:space="0" w:color="auto"/>
            </w:tcBorders>
            <w:tcMar>
              <w:top w:w="80" w:type="dxa"/>
              <w:left w:w="90" w:type="dxa"/>
              <w:bottom w:w="80" w:type="dxa"/>
              <w:right w:w="90" w:type="dxa"/>
            </w:tcMar>
            <w:vAlign w:val="center"/>
            <w:hideMark/>
          </w:tcPr>
          <w:p w14:paraId="7C84E8A5" w14:textId="77777777" w:rsidR="0083186A" w:rsidRDefault="0083186A" w:rsidP="00273D28">
            <w:pPr>
              <w:pStyle w:val="ListBullet"/>
              <w:numPr>
                <w:ilvl w:val="0"/>
                <w:numId w:val="0"/>
              </w:numPr>
            </w:pPr>
            <w:r>
              <w:t>About Fermanagh Community Transport</w:t>
            </w:r>
          </w:p>
        </w:tc>
      </w:tr>
      <w:tr w:rsidR="0083186A" w14:paraId="63053A78" w14:textId="77777777">
        <w:tc>
          <w:tcPr>
            <w:tcW w:w="1152" w:type="dxa"/>
            <w:tcBorders>
              <w:top w:val="nil"/>
              <w:left w:val="single" w:sz="8" w:space="0" w:color="auto"/>
              <w:bottom w:val="single" w:sz="8" w:space="0" w:color="auto"/>
              <w:right w:val="single" w:sz="8" w:space="0" w:color="auto"/>
            </w:tcBorders>
            <w:shd w:val="clear" w:color="auto" w:fill="F5F8FA"/>
            <w:tcMar>
              <w:top w:w="80" w:type="dxa"/>
              <w:left w:w="90" w:type="dxa"/>
              <w:bottom w:w="80" w:type="dxa"/>
              <w:right w:w="90" w:type="dxa"/>
            </w:tcMar>
            <w:vAlign w:val="center"/>
            <w:hideMark/>
          </w:tcPr>
          <w:p w14:paraId="0CCE7993" w14:textId="77777777" w:rsidR="0083186A" w:rsidRDefault="0083186A" w:rsidP="00273D28">
            <w:pPr>
              <w:pStyle w:val="ListBullet"/>
              <w:numPr>
                <w:ilvl w:val="0"/>
                <w:numId w:val="0"/>
              </w:numPr>
            </w:pPr>
            <w:r>
              <w:t>5</w:t>
            </w:r>
          </w:p>
        </w:tc>
        <w:tc>
          <w:tcPr>
            <w:tcW w:w="8496" w:type="dxa"/>
            <w:tcBorders>
              <w:top w:val="nil"/>
              <w:left w:val="nil"/>
              <w:bottom w:val="single" w:sz="8" w:space="0" w:color="auto"/>
              <w:right w:val="single" w:sz="8" w:space="0" w:color="auto"/>
            </w:tcBorders>
            <w:shd w:val="clear" w:color="auto" w:fill="F5F8FA"/>
            <w:tcMar>
              <w:top w:w="80" w:type="dxa"/>
              <w:left w:w="90" w:type="dxa"/>
              <w:bottom w:w="80" w:type="dxa"/>
              <w:right w:w="90" w:type="dxa"/>
            </w:tcMar>
            <w:vAlign w:val="center"/>
            <w:hideMark/>
          </w:tcPr>
          <w:p w14:paraId="681AB100" w14:textId="77777777" w:rsidR="0083186A" w:rsidRDefault="0083186A" w:rsidP="00273D28">
            <w:pPr>
              <w:pStyle w:val="ListBullet"/>
              <w:numPr>
                <w:ilvl w:val="0"/>
                <w:numId w:val="0"/>
              </w:numPr>
            </w:pPr>
            <w:r>
              <w:t>Job Description</w:t>
            </w:r>
          </w:p>
        </w:tc>
      </w:tr>
      <w:tr w:rsidR="0083186A" w14:paraId="42EE0AED" w14:textId="77777777">
        <w:tc>
          <w:tcPr>
            <w:tcW w:w="1152" w:type="dxa"/>
            <w:tcBorders>
              <w:top w:val="nil"/>
              <w:left w:val="single" w:sz="8" w:space="0" w:color="auto"/>
              <w:bottom w:val="single" w:sz="8" w:space="0" w:color="auto"/>
              <w:right w:val="single" w:sz="8" w:space="0" w:color="auto"/>
            </w:tcBorders>
            <w:tcMar>
              <w:top w:w="80" w:type="dxa"/>
              <w:left w:w="90" w:type="dxa"/>
              <w:bottom w:w="80" w:type="dxa"/>
              <w:right w:w="90" w:type="dxa"/>
            </w:tcMar>
            <w:vAlign w:val="center"/>
            <w:hideMark/>
          </w:tcPr>
          <w:p w14:paraId="5AA0F5E5" w14:textId="77777777" w:rsidR="0083186A" w:rsidRDefault="0083186A" w:rsidP="00273D28">
            <w:pPr>
              <w:pStyle w:val="ListBullet"/>
              <w:numPr>
                <w:ilvl w:val="0"/>
                <w:numId w:val="0"/>
              </w:numPr>
            </w:pPr>
            <w:r>
              <w:t>6</w:t>
            </w:r>
          </w:p>
        </w:tc>
        <w:tc>
          <w:tcPr>
            <w:tcW w:w="8496" w:type="dxa"/>
            <w:tcBorders>
              <w:top w:val="nil"/>
              <w:left w:val="nil"/>
              <w:bottom w:val="single" w:sz="8" w:space="0" w:color="auto"/>
              <w:right w:val="single" w:sz="8" w:space="0" w:color="auto"/>
            </w:tcBorders>
            <w:tcMar>
              <w:top w:w="80" w:type="dxa"/>
              <w:left w:w="90" w:type="dxa"/>
              <w:bottom w:w="80" w:type="dxa"/>
              <w:right w:w="90" w:type="dxa"/>
            </w:tcMar>
            <w:vAlign w:val="center"/>
            <w:hideMark/>
          </w:tcPr>
          <w:p w14:paraId="6C062609" w14:textId="77777777" w:rsidR="0083186A" w:rsidRDefault="0083186A" w:rsidP="00273D28">
            <w:pPr>
              <w:pStyle w:val="ListBullet"/>
              <w:numPr>
                <w:ilvl w:val="0"/>
                <w:numId w:val="0"/>
              </w:numPr>
            </w:pPr>
            <w:r>
              <w:t>Person Specification</w:t>
            </w:r>
          </w:p>
        </w:tc>
      </w:tr>
      <w:tr w:rsidR="0083186A" w14:paraId="5C5EFF7D" w14:textId="77777777">
        <w:tc>
          <w:tcPr>
            <w:tcW w:w="1152" w:type="dxa"/>
            <w:tcBorders>
              <w:top w:val="nil"/>
              <w:left w:val="single" w:sz="8" w:space="0" w:color="auto"/>
              <w:bottom w:val="single" w:sz="8" w:space="0" w:color="auto"/>
              <w:right w:val="single" w:sz="8" w:space="0" w:color="auto"/>
            </w:tcBorders>
            <w:shd w:val="clear" w:color="auto" w:fill="F5F8FA"/>
            <w:tcMar>
              <w:top w:w="80" w:type="dxa"/>
              <w:left w:w="90" w:type="dxa"/>
              <w:bottom w:w="80" w:type="dxa"/>
              <w:right w:w="90" w:type="dxa"/>
            </w:tcMar>
            <w:vAlign w:val="center"/>
            <w:hideMark/>
          </w:tcPr>
          <w:p w14:paraId="4125F00D" w14:textId="77777777" w:rsidR="0083186A" w:rsidRDefault="0083186A" w:rsidP="00273D28">
            <w:pPr>
              <w:pStyle w:val="ListBullet"/>
              <w:numPr>
                <w:ilvl w:val="0"/>
                <w:numId w:val="0"/>
              </w:numPr>
            </w:pPr>
            <w:r>
              <w:t>7</w:t>
            </w:r>
          </w:p>
        </w:tc>
        <w:tc>
          <w:tcPr>
            <w:tcW w:w="8496" w:type="dxa"/>
            <w:tcBorders>
              <w:top w:val="nil"/>
              <w:left w:val="nil"/>
              <w:bottom w:val="single" w:sz="8" w:space="0" w:color="auto"/>
              <w:right w:val="single" w:sz="8" w:space="0" w:color="auto"/>
            </w:tcBorders>
            <w:shd w:val="clear" w:color="auto" w:fill="F5F8FA"/>
            <w:tcMar>
              <w:top w:w="80" w:type="dxa"/>
              <w:left w:w="90" w:type="dxa"/>
              <w:bottom w:w="80" w:type="dxa"/>
              <w:right w:w="90" w:type="dxa"/>
            </w:tcMar>
            <w:vAlign w:val="center"/>
            <w:hideMark/>
          </w:tcPr>
          <w:p w14:paraId="67770746" w14:textId="77777777" w:rsidR="0083186A" w:rsidRDefault="0083186A" w:rsidP="00273D28">
            <w:pPr>
              <w:pStyle w:val="ListBullet"/>
              <w:numPr>
                <w:ilvl w:val="0"/>
                <w:numId w:val="0"/>
              </w:numPr>
            </w:pPr>
            <w:r>
              <w:t>Application Form</w:t>
            </w:r>
          </w:p>
        </w:tc>
      </w:tr>
      <w:tr w:rsidR="0083186A" w14:paraId="05EEBE08" w14:textId="77777777">
        <w:tc>
          <w:tcPr>
            <w:tcW w:w="1152" w:type="dxa"/>
            <w:tcBorders>
              <w:top w:val="nil"/>
              <w:left w:val="single" w:sz="8" w:space="0" w:color="auto"/>
              <w:bottom w:val="single" w:sz="8" w:space="0" w:color="auto"/>
              <w:right w:val="single" w:sz="8" w:space="0" w:color="auto"/>
            </w:tcBorders>
            <w:tcMar>
              <w:top w:w="80" w:type="dxa"/>
              <w:left w:w="90" w:type="dxa"/>
              <w:bottom w:w="80" w:type="dxa"/>
              <w:right w:w="90" w:type="dxa"/>
            </w:tcMar>
            <w:vAlign w:val="center"/>
            <w:hideMark/>
          </w:tcPr>
          <w:p w14:paraId="437C504D" w14:textId="77777777" w:rsidR="0083186A" w:rsidRDefault="0083186A" w:rsidP="00273D28">
            <w:pPr>
              <w:pStyle w:val="ListBullet"/>
              <w:numPr>
                <w:ilvl w:val="0"/>
                <w:numId w:val="0"/>
              </w:numPr>
            </w:pPr>
            <w:r>
              <w:t>8</w:t>
            </w:r>
          </w:p>
        </w:tc>
        <w:tc>
          <w:tcPr>
            <w:tcW w:w="8496" w:type="dxa"/>
            <w:tcBorders>
              <w:top w:val="nil"/>
              <w:left w:val="nil"/>
              <w:bottom w:val="single" w:sz="8" w:space="0" w:color="auto"/>
              <w:right w:val="single" w:sz="8" w:space="0" w:color="auto"/>
            </w:tcBorders>
            <w:tcMar>
              <w:top w:w="80" w:type="dxa"/>
              <w:left w:w="90" w:type="dxa"/>
              <w:bottom w:w="80" w:type="dxa"/>
              <w:right w:w="90" w:type="dxa"/>
            </w:tcMar>
            <w:vAlign w:val="center"/>
            <w:hideMark/>
          </w:tcPr>
          <w:p w14:paraId="13217769" w14:textId="77777777" w:rsidR="0083186A" w:rsidRDefault="0083186A" w:rsidP="00273D28">
            <w:pPr>
              <w:pStyle w:val="ListBullet"/>
              <w:numPr>
                <w:ilvl w:val="0"/>
                <w:numId w:val="0"/>
              </w:numPr>
            </w:pPr>
            <w:r>
              <w:t>References and Declaration</w:t>
            </w:r>
          </w:p>
        </w:tc>
      </w:tr>
      <w:tr w:rsidR="0083186A" w14:paraId="5464ED39" w14:textId="77777777">
        <w:tc>
          <w:tcPr>
            <w:tcW w:w="1152" w:type="dxa"/>
            <w:tcBorders>
              <w:top w:val="nil"/>
              <w:left w:val="single" w:sz="8" w:space="0" w:color="auto"/>
              <w:bottom w:val="single" w:sz="8" w:space="0" w:color="auto"/>
              <w:right w:val="single" w:sz="8" w:space="0" w:color="auto"/>
            </w:tcBorders>
            <w:shd w:val="clear" w:color="auto" w:fill="F5F8FA"/>
            <w:tcMar>
              <w:top w:w="80" w:type="dxa"/>
              <w:left w:w="90" w:type="dxa"/>
              <w:bottom w:w="80" w:type="dxa"/>
              <w:right w:w="90" w:type="dxa"/>
            </w:tcMar>
            <w:vAlign w:val="center"/>
            <w:hideMark/>
          </w:tcPr>
          <w:p w14:paraId="32FCE5F0" w14:textId="77777777" w:rsidR="0083186A" w:rsidRDefault="0083186A" w:rsidP="00273D28">
            <w:pPr>
              <w:pStyle w:val="ListBullet"/>
              <w:numPr>
                <w:ilvl w:val="0"/>
                <w:numId w:val="0"/>
              </w:numPr>
            </w:pPr>
            <w:r>
              <w:t>9</w:t>
            </w:r>
          </w:p>
        </w:tc>
        <w:tc>
          <w:tcPr>
            <w:tcW w:w="8496" w:type="dxa"/>
            <w:tcBorders>
              <w:top w:val="nil"/>
              <w:left w:val="nil"/>
              <w:bottom w:val="single" w:sz="8" w:space="0" w:color="auto"/>
              <w:right w:val="single" w:sz="8" w:space="0" w:color="auto"/>
            </w:tcBorders>
            <w:shd w:val="clear" w:color="auto" w:fill="F5F8FA"/>
            <w:tcMar>
              <w:top w:w="80" w:type="dxa"/>
              <w:left w:w="90" w:type="dxa"/>
              <w:bottom w:w="80" w:type="dxa"/>
              <w:right w:w="90" w:type="dxa"/>
            </w:tcMar>
            <w:vAlign w:val="center"/>
            <w:hideMark/>
          </w:tcPr>
          <w:p w14:paraId="2B0E0866" w14:textId="77777777" w:rsidR="0083186A" w:rsidRDefault="0083186A" w:rsidP="00273D28">
            <w:pPr>
              <w:pStyle w:val="ListBullet"/>
              <w:numPr>
                <w:ilvl w:val="0"/>
                <w:numId w:val="0"/>
              </w:numPr>
            </w:pPr>
            <w:r>
              <w:t>Fair Employment Monitoring Questionnaire</w:t>
            </w:r>
          </w:p>
        </w:tc>
      </w:tr>
    </w:tbl>
    <w:p w14:paraId="5DAB6C7B" w14:textId="77777777" w:rsidR="002C5E63" w:rsidRDefault="00FA70B1">
      <w:r>
        <w:br w:type="page"/>
      </w:r>
    </w:p>
    <w:p w14:paraId="0898C20E" w14:textId="77777777" w:rsidR="0035337B" w:rsidRDefault="0035337B" w:rsidP="0035337B">
      <w:pPr>
        <w:pStyle w:val="Title"/>
        <w:keepNext/>
        <w:spacing w:before="200"/>
        <w:contextualSpacing w:val="0"/>
        <w:rPr>
          <w:kern w:val="2"/>
          <w:lang w:val="en-GB" w:eastAsia="en-GB"/>
          <w14:ligatures w14:val="standardContextual"/>
        </w:rPr>
      </w:pPr>
      <w:r>
        <w:lastRenderedPageBreak/>
        <w:t>1. Informal Visit</w:t>
      </w:r>
    </w:p>
    <w:p w14:paraId="7768C495" w14:textId="77777777" w:rsidR="00560203" w:rsidRDefault="00560203">
      <w:pPr>
        <w:rPr>
          <w:kern w:val="2"/>
          <w:szCs w:val="24"/>
          <w:lang w:val="en-GB" w:eastAsia="en-GB"/>
          <w14:ligatures w14:val="standardContextual"/>
        </w:rPr>
      </w:pPr>
      <w:r>
        <w:t>Potential applicants are warmly invited to arrange an informal visit before completing their application or attending an interview. The visit provides an opportunity to see how Fermanagh Community Transport operates, meet members of the team, gain a better understanding of the workplace culture and ask questions about the Transport Operations Coordinator role.</w:t>
      </w:r>
    </w:p>
    <w:p w14:paraId="0F48E6F5" w14:textId="77777777" w:rsidR="00560203" w:rsidRDefault="00560203">
      <w:r>
        <w:t xml:space="preserve">An informal visit is optional and will not form part of the selection process or influence shortlisting. It is intended to help candidates decide whether the role and </w:t>
      </w:r>
      <w:proofErr w:type="spellStart"/>
      <w:r>
        <w:t>organisation</w:t>
      </w:r>
      <w:proofErr w:type="spellEnd"/>
      <w:r>
        <w:t xml:space="preserve"> align with their experience, interests and values.</w:t>
      </w:r>
    </w:p>
    <w:p w14:paraId="57D1B5F8" w14:textId="0FD670EA" w:rsidR="0053372D" w:rsidRPr="0053372D" w:rsidRDefault="0077375E">
      <w:r>
        <w:t>Time slots for Informal Visits will be available on</w:t>
      </w:r>
      <w:r w:rsidR="00F6488E">
        <w:t xml:space="preserve"> Tuesday 18</w:t>
      </w:r>
      <w:r w:rsidR="00F6488E" w:rsidRPr="00F6488E">
        <w:rPr>
          <w:vertAlign w:val="superscript"/>
        </w:rPr>
        <w:t>th</w:t>
      </w:r>
      <w:r w:rsidR="00F6488E">
        <w:t xml:space="preserve"> and Wednesday 19</w:t>
      </w:r>
      <w:r w:rsidR="00F6488E" w:rsidRPr="00F6488E">
        <w:rPr>
          <w:vertAlign w:val="superscript"/>
        </w:rPr>
        <w:t>th</w:t>
      </w:r>
      <w:r w:rsidR="00F6488E">
        <w:t xml:space="preserve"> </w:t>
      </w:r>
      <w:r w:rsidR="0053372D">
        <w:t>August.</w:t>
      </w:r>
    </w:p>
    <w:p w14:paraId="0416E9FB" w14:textId="7D4B6B42" w:rsidR="00560203" w:rsidRDefault="00560203">
      <w:pPr>
        <w:rPr>
          <w:b/>
          <w:bCs/>
        </w:rPr>
      </w:pPr>
      <w:r>
        <w:rPr>
          <w:b/>
          <w:bCs/>
        </w:rPr>
        <w:t xml:space="preserve">To arrange an informal visit, please contact Fermanagh Community Transport on 028 66324260 or email </w:t>
      </w:r>
      <w:hyperlink r:id="rId12" w:history="1">
        <w:r w:rsidR="00273D28" w:rsidRPr="00CA195D">
          <w:rPr>
            <w:rStyle w:val="Hyperlink"/>
            <w:b/>
            <w:bCs/>
          </w:rPr>
          <w:t>lara@fermanaghcommunitytransport.com</w:t>
        </w:r>
      </w:hyperlink>
      <w:r>
        <w:rPr>
          <w:b/>
          <w:bCs/>
        </w:rPr>
        <w:t>.</w:t>
      </w:r>
    </w:p>
    <w:p w14:paraId="1658FF69" w14:textId="77777777" w:rsidR="00273D28" w:rsidRDefault="00273D28">
      <w:pPr>
        <w:rPr>
          <w:b/>
          <w:bCs/>
        </w:rPr>
      </w:pPr>
    </w:p>
    <w:p w14:paraId="7B5C82D5" w14:textId="77777777" w:rsidR="0035337B" w:rsidRDefault="0035337B" w:rsidP="0035337B">
      <w:pPr>
        <w:pStyle w:val="Title"/>
        <w:keepNext/>
        <w:rPr>
          <w:kern w:val="2"/>
          <w:lang w:val="en-GB" w:eastAsia="en-GB"/>
          <w14:ligatures w14:val="standardContextual"/>
        </w:rPr>
      </w:pPr>
      <w:r>
        <w:t xml:space="preserve">2. </w:t>
      </w:r>
      <w:proofErr w:type="gramStart"/>
      <w:r>
        <w:t>At a Glance</w:t>
      </w:r>
      <w:proofErr w:type="gramEnd"/>
      <w:r>
        <w:t xml:space="preserve"> and How to Apply</w:t>
      </w:r>
    </w:p>
    <w:tbl>
      <w:tblPr>
        <w:tblStyle w:val="TableGrid"/>
        <w:tblW w:w="0" w:type="auto"/>
        <w:jc w:val="center"/>
        <w:tblLook w:val="04A0" w:firstRow="1" w:lastRow="0" w:firstColumn="1" w:lastColumn="0" w:noHBand="0" w:noVBand="1"/>
      </w:tblPr>
      <w:tblGrid>
        <w:gridCol w:w="2376"/>
        <w:gridCol w:w="7272"/>
      </w:tblGrid>
      <w:tr w:rsidR="002C5E63" w14:paraId="1AEE7635" w14:textId="77777777">
        <w:trPr>
          <w:jc w:val="center"/>
        </w:trPr>
        <w:tc>
          <w:tcPr>
            <w:tcW w:w="2376" w:type="dxa"/>
            <w:tcMar>
              <w:top w:w="80" w:type="dxa"/>
              <w:left w:w="90" w:type="dxa"/>
              <w:bottom w:w="80" w:type="dxa"/>
              <w:right w:w="90" w:type="dxa"/>
            </w:tcMar>
            <w:vAlign w:val="center"/>
          </w:tcPr>
          <w:p w14:paraId="0FC5FD12" w14:textId="77777777" w:rsidR="002C5E63" w:rsidRPr="00A412E7" w:rsidRDefault="00FA70B1">
            <w:pPr>
              <w:spacing w:after="20"/>
              <w:rPr>
                <w:szCs w:val="32"/>
              </w:rPr>
            </w:pPr>
            <w:r w:rsidRPr="00A412E7">
              <w:rPr>
                <w:b/>
                <w:color w:val="17365D"/>
                <w:szCs w:val="32"/>
              </w:rPr>
              <w:t>Post</w:t>
            </w:r>
          </w:p>
        </w:tc>
        <w:tc>
          <w:tcPr>
            <w:tcW w:w="7272" w:type="dxa"/>
            <w:tcMar>
              <w:top w:w="80" w:type="dxa"/>
              <w:left w:w="90" w:type="dxa"/>
              <w:bottom w:w="80" w:type="dxa"/>
              <w:right w:w="90" w:type="dxa"/>
            </w:tcMar>
            <w:vAlign w:val="center"/>
          </w:tcPr>
          <w:p w14:paraId="7D7EBD97" w14:textId="77777777" w:rsidR="002C5E63" w:rsidRPr="00A412E7" w:rsidRDefault="00FA70B1">
            <w:pPr>
              <w:spacing w:after="20"/>
              <w:rPr>
                <w:szCs w:val="32"/>
              </w:rPr>
            </w:pPr>
            <w:r w:rsidRPr="00A412E7">
              <w:rPr>
                <w:szCs w:val="32"/>
              </w:rPr>
              <w:t>Transport Operations Coordinator</w:t>
            </w:r>
          </w:p>
        </w:tc>
      </w:tr>
      <w:tr w:rsidR="002C5E63" w14:paraId="475013A3" w14:textId="77777777">
        <w:trPr>
          <w:jc w:val="center"/>
        </w:trPr>
        <w:tc>
          <w:tcPr>
            <w:tcW w:w="2376" w:type="dxa"/>
            <w:tcMar>
              <w:top w:w="80" w:type="dxa"/>
              <w:left w:w="90" w:type="dxa"/>
              <w:bottom w:w="80" w:type="dxa"/>
              <w:right w:w="90" w:type="dxa"/>
            </w:tcMar>
            <w:vAlign w:val="center"/>
          </w:tcPr>
          <w:p w14:paraId="0351E950" w14:textId="77777777" w:rsidR="002C5E63" w:rsidRPr="00A412E7" w:rsidRDefault="00FA70B1">
            <w:pPr>
              <w:spacing w:after="20"/>
              <w:rPr>
                <w:szCs w:val="32"/>
              </w:rPr>
            </w:pPr>
            <w:r w:rsidRPr="00A412E7">
              <w:rPr>
                <w:b/>
                <w:color w:val="17365D"/>
                <w:szCs w:val="32"/>
              </w:rPr>
              <w:t>Contract</w:t>
            </w:r>
          </w:p>
        </w:tc>
        <w:tc>
          <w:tcPr>
            <w:tcW w:w="7272" w:type="dxa"/>
            <w:tcMar>
              <w:top w:w="80" w:type="dxa"/>
              <w:left w:w="90" w:type="dxa"/>
              <w:bottom w:w="80" w:type="dxa"/>
              <w:right w:w="90" w:type="dxa"/>
            </w:tcMar>
            <w:vAlign w:val="center"/>
          </w:tcPr>
          <w:p w14:paraId="2302D94F" w14:textId="77777777" w:rsidR="002C5E63" w:rsidRPr="00A412E7" w:rsidRDefault="00FA70B1">
            <w:pPr>
              <w:spacing w:after="20"/>
              <w:rPr>
                <w:szCs w:val="32"/>
              </w:rPr>
            </w:pPr>
            <w:r w:rsidRPr="00A412E7">
              <w:rPr>
                <w:szCs w:val="32"/>
              </w:rPr>
              <w:t>Permanent</w:t>
            </w:r>
          </w:p>
        </w:tc>
      </w:tr>
      <w:tr w:rsidR="002C5E63" w14:paraId="42CCE0A8" w14:textId="77777777">
        <w:trPr>
          <w:jc w:val="center"/>
        </w:trPr>
        <w:tc>
          <w:tcPr>
            <w:tcW w:w="2376" w:type="dxa"/>
            <w:shd w:val="clear" w:color="auto" w:fill="F5F8FA"/>
            <w:tcMar>
              <w:top w:w="80" w:type="dxa"/>
              <w:left w:w="90" w:type="dxa"/>
              <w:bottom w:w="80" w:type="dxa"/>
              <w:right w:w="90" w:type="dxa"/>
            </w:tcMar>
            <w:vAlign w:val="center"/>
          </w:tcPr>
          <w:p w14:paraId="310018A9" w14:textId="77777777" w:rsidR="002C5E63" w:rsidRPr="00A412E7" w:rsidRDefault="00FA70B1">
            <w:pPr>
              <w:spacing w:after="20"/>
              <w:rPr>
                <w:szCs w:val="32"/>
              </w:rPr>
            </w:pPr>
            <w:r w:rsidRPr="00A412E7">
              <w:rPr>
                <w:b/>
                <w:color w:val="17365D"/>
                <w:szCs w:val="32"/>
              </w:rPr>
              <w:t>Hours</w:t>
            </w:r>
          </w:p>
        </w:tc>
        <w:tc>
          <w:tcPr>
            <w:tcW w:w="7272" w:type="dxa"/>
            <w:shd w:val="clear" w:color="auto" w:fill="F5F8FA"/>
            <w:tcMar>
              <w:top w:w="80" w:type="dxa"/>
              <w:left w:w="90" w:type="dxa"/>
              <w:bottom w:w="80" w:type="dxa"/>
              <w:right w:w="90" w:type="dxa"/>
            </w:tcMar>
            <w:vAlign w:val="center"/>
          </w:tcPr>
          <w:p w14:paraId="287A5979" w14:textId="3E471263" w:rsidR="002C5E63" w:rsidRPr="00A412E7" w:rsidRDefault="00FA70B1">
            <w:pPr>
              <w:spacing w:after="20"/>
              <w:rPr>
                <w:szCs w:val="32"/>
              </w:rPr>
            </w:pPr>
            <w:r w:rsidRPr="00A412E7">
              <w:rPr>
                <w:szCs w:val="32"/>
              </w:rPr>
              <w:t>35 hours per week, normally 8.30am</w:t>
            </w:r>
            <w:r w:rsidR="0081501F">
              <w:rPr>
                <w:szCs w:val="32"/>
              </w:rPr>
              <w:t xml:space="preserve">/ 9.00am </w:t>
            </w:r>
            <w:r w:rsidRPr="00A412E7">
              <w:rPr>
                <w:szCs w:val="32"/>
              </w:rPr>
              <w:t>to 4.30pm</w:t>
            </w:r>
            <w:r w:rsidR="0081501F">
              <w:rPr>
                <w:szCs w:val="32"/>
              </w:rPr>
              <w:t>/5.00pm</w:t>
            </w:r>
            <w:r w:rsidRPr="00A412E7">
              <w:rPr>
                <w:szCs w:val="32"/>
              </w:rPr>
              <w:t>, Monday to Friday, exclusive of meal breaks</w:t>
            </w:r>
          </w:p>
        </w:tc>
      </w:tr>
      <w:tr w:rsidR="002C5E63" w14:paraId="3C165268" w14:textId="77777777">
        <w:trPr>
          <w:jc w:val="center"/>
        </w:trPr>
        <w:tc>
          <w:tcPr>
            <w:tcW w:w="2376" w:type="dxa"/>
            <w:tcMar>
              <w:top w:w="80" w:type="dxa"/>
              <w:left w:w="90" w:type="dxa"/>
              <w:bottom w:w="80" w:type="dxa"/>
              <w:right w:w="90" w:type="dxa"/>
            </w:tcMar>
            <w:vAlign w:val="center"/>
          </w:tcPr>
          <w:p w14:paraId="39731BAE" w14:textId="77777777" w:rsidR="002C5E63" w:rsidRPr="00A412E7" w:rsidRDefault="00FA70B1">
            <w:pPr>
              <w:spacing w:after="20"/>
              <w:rPr>
                <w:szCs w:val="32"/>
              </w:rPr>
            </w:pPr>
            <w:r w:rsidRPr="00A412E7">
              <w:rPr>
                <w:b/>
                <w:color w:val="17365D"/>
                <w:szCs w:val="32"/>
              </w:rPr>
              <w:t>Salary</w:t>
            </w:r>
          </w:p>
        </w:tc>
        <w:tc>
          <w:tcPr>
            <w:tcW w:w="7272" w:type="dxa"/>
            <w:tcMar>
              <w:top w:w="80" w:type="dxa"/>
              <w:left w:w="90" w:type="dxa"/>
              <w:bottom w:w="80" w:type="dxa"/>
              <w:right w:w="90" w:type="dxa"/>
            </w:tcMar>
            <w:vAlign w:val="center"/>
          </w:tcPr>
          <w:p w14:paraId="2C345AB3" w14:textId="1486958C" w:rsidR="002C5E63" w:rsidRPr="00A412E7" w:rsidRDefault="00FA70B1">
            <w:pPr>
              <w:spacing w:after="20"/>
              <w:rPr>
                <w:szCs w:val="32"/>
              </w:rPr>
            </w:pPr>
            <w:r w:rsidRPr="00A412E7">
              <w:rPr>
                <w:szCs w:val="32"/>
              </w:rPr>
              <w:t>£2</w:t>
            </w:r>
            <w:r w:rsidR="006F5301">
              <w:rPr>
                <w:szCs w:val="32"/>
              </w:rPr>
              <w:t>7,591.20</w:t>
            </w:r>
            <w:r w:rsidRPr="00A412E7">
              <w:rPr>
                <w:szCs w:val="32"/>
              </w:rPr>
              <w:t xml:space="preserve"> per annum</w:t>
            </w:r>
          </w:p>
        </w:tc>
      </w:tr>
      <w:tr w:rsidR="002C5E63" w14:paraId="21F0696C" w14:textId="77777777">
        <w:trPr>
          <w:jc w:val="center"/>
        </w:trPr>
        <w:tc>
          <w:tcPr>
            <w:tcW w:w="2376" w:type="dxa"/>
            <w:shd w:val="clear" w:color="auto" w:fill="F5F8FA"/>
            <w:tcMar>
              <w:top w:w="80" w:type="dxa"/>
              <w:left w:w="90" w:type="dxa"/>
              <w:bottom w:w="80" w:type="dxa"/>
              <w:right w:w="90" w:type="dxa"/>
            </w:tcMar>
            <w:vAlign w:val="center"/>
          </w:tcPr>
          <w:p w14:paraId="1D2B207C" w14:textId="77777777" w:rsidR="002C5E63" w:rsidRPr="00A412E7" w:rsidRDefault="00FA70B1">
            <w:pPr>
              <w:spacing w:after="20"/>
              <w:rPr>
                <w:szCs w:val="32"/>
              </w:rPr>
            </w:pPr>
            <w:r w:rsidRPr="00A412E7">
              <w:rPr>
                <w:b/>
                <w:color w:val="17365D"/>
                <w:szCs w:val="32"/>
              </w:rPr>
              <w:t>Location</w:t>
            </w:r>
          </w:p>
        </w:tc>
        <w:tc>
          <w:tcPr>
            <w:tcW w:w="7272" w:type="dxa"/>
            <w:shd w:val="clear" w:color="auto" w:fill="F5F8FA"/>
            <w:tcMar>
              <w:top w:w="80" w:type="dxa"/>
              <w:left w:w="90" w:type="dxa"/>
              <w:bottom w:w="80" w:type="dxa"/>
              <w:right w:w="90" w:type="dxa"/>
            </w:tcMar>
            <w:vAlign w:val="center"/>
          </w:tcPr>
          <w:p w14:paraId="3356A67F" w14:textId="77777777" w:rsidR="002C5E63" w:rsidRPr="00A412E7" w:rsidRDefault="00FA70B1">
            <w:pPr>
              <w:spacing w:after="20"/>
              <w:rPr>
                <w:szCs w:val="32"/>
              </w:rPr>
            </w:pPr>
            <w:r w:rsidRPr="00A412E7">
              <w:rPr>
                <w:szCs w:val="32"/>
              </w:rPr>
              <w:t>42 Enniskillen Business Centre, Lackaghboy Industrial Estate, Enniskillen, BT74 4RL</w:t>
            </w:r>
          </w:p>
        </w:tc>
      </w:tr>
      <w:tr w:rsidR="002C5E63" w14:paraId="0C0AD19D" w14:textId="77777777">
        <w:trPr>
          <w:jc w:val="center"/>
        </w:trPr>
        <w:tc>
          <w:tcPr>
            <w:tcW w:w="2376" w:type="dxa"/>
            <w:tcMar>
              <w:top w:w="80" w:type="dxa"/>
              <w:left w:w="90" w:type="dxa"/>
              <w:bottom w:w="80" w:type="dxa"/>
              <w:right w:w="90" w:type="dxa"/>
            </w:tcMar>
            <w:vAlign w:val="center"/>
          </w:tcPr>
          <w:p w14:paraId="62293BA5" w14:textId="77777777" w:rsidR="002C5E63" w:rsidRPr="00A412E7" w:rsidRDefault="00FA70B1">
            <w:pPr>
              <w:spacing w:after="20"/>
              <w:rPr>
                <w:szCs w:val="32"/>
              </w:rPr>
            </w:pPr>
            <w:r w:rsidRPr="00A412E7">
              <w:rPr>
                <w:b/>
                <w:color w:val="17365D"/>
                <w:szCs w:val="32"/>
              </w:rPr>
              <w:t>Responsible to</w:t>
            </w:r>
          </w:p>
        </w:tc>
        <w:tc>
          <w:tcPr>
            <w:tcW w:w="7272" w:type="dxa"/>
            <w:tcMar>
              <w:top w:w="80" w:type="dxa"/>
              <w:left w:w="90" w:type="dxa"/>
              <w:bottom w:w="80" w:type="dxa"/>
              <w:right w:w="90" w:type="dxa"/>
            </w:tcMar>
            <w:vAlign w:val="center"/>
          </w:tcPr>
          <w:p w14:paraId="10CB5B73" w14:textId="77777777" w:rsidR="002C5E63" w:rsidRPr="00A412E7" w:rsidRDefault="00FA70B1">
            <w:pPr>
              <w:spacing w:after="20"/>
              <w:rPr>
                <w:szCs w:val="32"/>
              </w:rPr>
            </w:pPr>
            <w:r w:rsidRPr="00A412E7">
              <w:rPr>
                <w:szCs w:val="32"/>
              </w:rPr>
              <w:t>FCT Manager</w:t>
            </w:r>
          </w:p>
        </w:tc>
      </w:tr>
      <w:tr w:rsidR="002C5E63" w14:paraId="42BFF947" w14:textId="77777777">
        <w:trPr>
          <w:jc w:val="center"/>
        </w:trPr>
        <w:tc>
          <w:tcPr>
            <w:tcW w:w="2376" w:type="dxa"/>
            <w:shd w:val="clear" w:color="auto" w:fill="F5F8FA"/>
            <w:tcMar>
              <w:top w:w="80" w:type="dxa"/>
              <w:left w:w="90" w:type="dxa"/>
              <w:bottom w:w="80" w:type="dxa"/>
              <w:right w:w="90" w:type="dxa"/>
            </w:tcMar>
            <w:vAlign w:val="center"/>
          </w:tcPr>
          <w:p w14:paraId="065A66CA" w14:textId="77777777" w:rsidR="002C5E63" w:rsidRPr="00A412E7" w:rsidRDefault="00FA70B1">
            <w:pPr>
              <w:spacing w:after="20"/>
              <w:rPr>
                <w:szCs w:val="32"/>
              </w:rPr>
            </w:pPr>
            <w:r w:rsidRPr="00A412E7">
              <w:rPr>
                <w:b/>
                <w:color w:val="17365D"/>
                <w:szCs w:val="32"/>
              </w:rPr>
              <w:t>Closing date</w:t>
            </w:r>
          </w:p>
        </w:tc>
        <w:tc>
          <w:tcPr>
            <w:tcW w:w="7272" w:type="dxa"/>
            <w:shd w:val="clear" w:color="auto" w:fill="F5F8FA"/>
            <w:tcMar>
              <w:top w:w="80" w:type="dxa"/>
              <w:left w:w="90" w:type="dxa"/>
              <w:bottom w:w="80" w:type="dxa"/>
              <w:right w:w="90" w:type="dxa"/>
            </w:tcMar>
            <w:vAlign w:val="center"/>
          </w:tcPr>
          <w:p w14:paraId="5A01802C" w14:textId="7DEA1E7B" w:rsidR="002C5E63" w:rsidRPr="00A412E7" w:rsidRDefault="008B5264">
            <w:pPr>
              <w:spacing w:after="20"/>
              <w:rPr>
                <w:szCs w:val="32"/>
              </w:rPr>
            </w:pPr>
            <w:r>
              <w:rPr>
                <w:szCs w:val="32"/>
              </w:rPr>
              <w:t>Tuesday 1</w:t>
            </w:r>
            <w:r w:rsidRPr="008B5264">
              <w:rPr>
                <w:szCs w:val="32"/>
                <w:vertAlign w:val="superscript"/>
              </w:rPr>
              <w:t>st</w:t>
            </w:r>
            <w:r>
              <w:rPr>
                <w:szCs w:val="32"/>
              </w:rPr>
              <w:t xml:space="preserve"> September</w:t>
            </w:r>
            <w:r w:rsidR="00024DFD" w:rsidRPr="00A412E7">
              <w:rPr>
                <w:szCs w:val="32"/>
              </w:rPr>
              <w:t xml:space="preserve"> </w:t>
            </w:r>
          </w:p>
        </w:tc>
      </w:tr>
      <w:tr w:rsidR="00937654" w14:paraId="37BF6B9E" w14:textId="77777777">
        <w:trPr>
          <w:jc w:val="center"/>
        </w:trPr>
        <w:tc>
          <w:tcPr>
            <w:tcW w:w="2376" w:type="dxa"/>
            <w:tcMar>
              <w:top w:w="80" w:type="dxa"/>
              <w:left w:w="90" w:type="dxa"/>
              <w:bottom w:w="80" w:type="dxa"/>
              <w:right w:w="90" w:type="dxa"/>
            </w:tcMar>
            <w:vAlign w:val="center"/>
          </w:tcPr>
          <w:p w14:paraId="0717E7D7" w14:textId="020D519D" w:rsidR="00937654" w:rsidRPr="00A412E7" w:rsidRDefault="00937654">
            <w:pPr>
              <w:spacing w:after="20"/>
              <w:rPr>
                <w:b/>
                <w:color w:val="17365D"/>
                <w:szCs w:val="32"/>
              </w:rPr>
            </w:pPr>
            <w:r w:rsidRPr="00A412E7">
              <w:rPr>
                <w:b/>
                <w:color w:val="17365D"/>
                <w:szCs w:val="32"/>
              </w:rPr>
              <w:t xml:space="preserve">Shortlisting </w:t>
            </w:r>
          </w:p>
        </w:tc>
        <w:tc>
          <w:tcPr>
            <w:tcW w:w="7272" w:type="dxa"/>
            <w:tcMar>
              <w:top w:w="80" w:type="dxa"/>
              <w:left w:w="90" w:type="dxa"/>
              <w:bottom w:w="80" w:type="dxa"/>
              <w:right w:w="90" w:type="dxa"/>
            </w:tcMar>
            <w:vAlign w:val="center"/>
          </w:tcPr>
          <w:p w14:paraId="3B25E498" w14:textId="77A1B775" w:rsidR="00937654" w:rsidRPr="00A412E7" w:rsidRDefault="00D9797B">
            <w:pPr>
              <w:spacing w:after="20"/>
              <w:rPr>
                <w:szCs w:val="32"/>
              </w:rPr>
            </w:pPr>
            <w:r>
              <w:rPr>
                <w:szCs w:val="32"/>
              </w:rPr>
              <w:t>Wednesday 2</w:t>
            </w:r>
            <w:r w:rsidRPr="00D9797B">
              <w:rPr>
                <w:szCs w:val="32"/>
                <w:vertAlign w:val="superscript"/>
              </w:rPr>
              <w:t>nd</w:t>
            </w:r>
            <w:r>
              <w:rPr>
                <w:szCs w:val="32"/>
              </w:rPr>
              <w:t xml:space="preserve"> September </w:t>
            </w:r>
          </w:p>
        </w:tc>
      </w:tr>
      <w:tr w:rsidR="002C5E63" w14:paraId="273C2CE2" w14:textId="77777777">
        <w:trPr>
          <w:jc w:val="center"/>
        </w:trPr>
        <w:tc>
          <w:tcPr>
            <w:tcW w:w="2376" w:type="dxa"/>
            <w:tcMar>
              <w:top w:w="80" w:type="dxa"/>
              <w:left w:w="90" w:type="dxa"/>
              <w:bottom w:w="80" w:type="dxa"/>
              <w:right w:w="90" w:type="dxa"/>
            </w:tcMar>
            <w:vAlign w:val="center"/>
          </w:tcPr>
          <w:p w14:paraId="62C91092" w14:textId="77777777" w:rsidR="002C5E63" w:rsidRPr="00A412E7" w:rsidRDefault="00FA70B1">
            <w:pPr>
              <w:spacing w:after="20"/>
              <w:rPr>
                <w:szCs w:val="32"/>
              </w:rPr>
            </w:pPr>
            <w:r w:rsidRPr="00A412E7">
              <w:rPr>
                <w:b/>
                <w:color w:val="17365D"/>
                <w:szCs w:val="32"/>
              </w:rPr>
              <w:t>Interview date</w:t>
            </w:r>
          </w:p>
        </w:tc>
        <w:tc>
          <w:tcPr>
            <w:tcW w:w="7272" w:type="dxa"/>
            <w:tcMar>
              <w:top w:w="80" w:type="dxa"/>
              <w:left w:w="90" w:type="dxa"/>
              <w:bottom w:w="80" w:type="dxa"/>
              <w:right w:w="90" w:type="dxa"/>
            </w:tcMar>
            <w:vAlign w:val="center"/>
          </w:tcPr>
          <w:p w14:paraId="4F096438" w14:textId="17EBDC1D" w:rsidR="002C5E63" w:rsidRPr="00A412E7" w:rsidRDefault="003E7947">
            <w:pPr>
              <w:spacing w:after="20"/>
              <w:rPr>
                <w:szCs w:val="32"/>
              </w:rPr>
            </w:pPr>
            <w:r>
              <w:rPr>
                <w:szCs w:val="32"/>
              </w:rPr>
              <w:t>Monday 7</w:t>
            </w:r>
            <w:r w:rsidRPr="003E7947">
              <w:rPr>
                <w:szCs w:val="32"/>
                <w:vertAlign w:val="superscript"/>
              </w:rPr>
              <w:t>th</w:t>
            </w:r>
            <w:r>
              <w:rPr>
                <w:szCs w:val="32"/>
              </w:rPr>
              <w:t xml:space="preserve"> September</w:t>
            </w:r>
          </w:p>
        </w:tc>
      </w:tr>
    </w:tbl>
    <w:p w14:paraId="2585A092" w14:textId="77777777" w:rsidR="002C5E63" w:rsidRDefault="00FA70B1">
      <w:pPr>
        <w:pStyle w:val="Heading1"/>
      </w:pPr>
      <w:r>
        <w:t>How to apply</w:t>
      </w:r>
    </w:p>
    <w:p w14:paraId="5972A952" w14:textId="77777777" w:rsidR="002C5E63" w:rsidRDefault="00FA70B1">
      <w:pPr>
        <w:pStyle w:val="ListBullet"/>
      </w:pPr>
      <w:r>
        <w:t>Complete all relevant sections of the application form. A CV will not be accepted in place of the form.</w:t>
      </w:r>
    </w:p>
    <w:p w14:paraId="383153B0" w14:textId="77777777" w:rsidR="002C5E63" w:rsidRDefault="00FA70B1">
      <w:pPr>
        <w:pStyle w:val="ListBullet"/>
      </w:pPr>
      <w:r>
        <w:t>Show clearly how you meet the essential criteria and, where applicable, the desirable criteria.</w:t>
      </w:r>
    </w:p>
    <w:p w14:paraId="5C024834" w14:textId="42FD9237" w:rsidR="00C97950" w:rsidRDefault="00FA70B1" w:rsidP="00C97950">
      <w:pPr>
        <w:pStyle w:val="ListBullet"/>
      </w:pPr>
      <w:r>
        <w:t>Return the completed application form by the stated closing date. Late applications will not be considered.</w:t>
      </w:r>
    </w:p>
    <w:p w14:paraId="3899925F" w14:textId="2D777CFA" w:rsidR="00C97950" w:rsidRDefault="00FA70B1" w:rsidP="00C97950">
      <w:pPr>
        <w:pStyle w:val="ListBullet"/>
      </w:pPr>
      <w:r>
        <w:lastRenderedPageBreak/>
        <w:t>Complete the Fair Employment Monitoring Questionnaire</w:t>
      </w:r>
      <w:r w:rsidR="001D7C08">
        <w:t xml:space="preserve">.  </w:t>
      </w:r>
      <w:r w:rsidR="00C97950">
        <w:t>Monitoring information is separated from the application and is not supplied to the selection panel. Completion is voluntary, although applicants are encouraged to respond. The information is used for equality monitoring and statutory reporting where applicable.</w:t>
      </w:r>
    </w:p>
    <w:p w14:paraId="11F534C3" w14:textId="769119E7" w:rsidR="00116706" w:rsidRDefault="00116706" w:rsidP="00C97950">
      <w:pPr>
        <w:pStyle w:val="ListBullet"/>
        <w:numPr>
          <w:ilvl w:val="0"/>
          <w:numId w:val="0"/>
        </w:numPr>
        <w:ind w:left="360" w:hanging="360"/>
      </w:pPr>
    </w:p>
    <w:p w14:paraId="60194C11" w14:textId="77777777" w:rsidR="00116706" w:rsidRDefault="00116706" w:rsidP="00116706">
      <w:pPr>
        <w:pStyle w:val="ListBullet"/>
        <w:numPr>
          <w:ilvl w:val="0"/>
          <w:numId w:val="0"/>
        </w:numPr>
      </w:pPr>
    </w:p>
    <w:p w14:paraId="57584CDC" w14:textId="5EA0F664" w:rsidR="002C5E63" w:rsidRPr="00116706" w:rsidRDefault="00FA70B1" w:rsidP="00116706">
      <w:pPr>
        <w:pStyle w:val="ListBullet"/>
        <w:numPr>
          <w:ilvl w:val="0"/>
          <w:numId w:val="0"/>
        </w:numPr>
        <w:rPr>
          <w:b/>
          <w:bCs/>
        </w:rPr>
      </w:pPr>
      <w:r w:rsidRPr="00116706">
        <w:rPr>
          <w:b/>
          <w:bCs/>
        </w:rPr>
        <w:t>Return applications to</w:t>
      </w:r>
    </w:p>
    <w:p w14:paraId="22F3AAA8" w14:textId="259AEA85" w:rsidR="002C5E63" w:rsidRDefault="00FA70B1">
      <w:r>
        <w:t>Fermanagh Community Transport</w:t>
      </w:r>
      <w:r>
        <w:br/>
        <w:t>42 Enniskillen Business Centre</w:t>
      </w:r>
      <w:r>
        <w:br/>
        <w:t>Lackaghboy Industrial Estate</w:t>
      </w:r>
      <w:r>
        <w:br/>
        <w:t>Enniskillen, BT74 4RL</w:t>
      </w:r>
      <w:r>
        <w:br/>
        <w:t xml:space="preserve">Email: </w:t>
      </w:r>
      <w:hyperlink r:id="rId13" w:history="1">
        <w:r w:rsidR="00925BEC" w:rsidRPr="00741BB0">
          <w:rPr>
            <w:rStyle w:val="Hyperlink"/>
          </w:rPr>
          <w:t>lara@fermanaghcommunitytransport.com</w:t>
        </w:r>
      </w:hyperlink>
      <w:r w:rsidR="00925BEC">
        <w:t xml:space="preserve"> </w:t>
      </w:r>
      <w:r>
        <w:br/>
        <w:t xml:space="preserve">Telephone: </w:t>
      </w:r>
      <w:r w:rsidR="00B718B3">
        <w:t>028 66324260</w:t>
      </w:r>
      <w:r>
        <w:br/>
        <w:t xml:space="preserve">Website: </w:t>
      </w:r>
      <w:hyperlink r:id="rId14" w:history="1">
        <w:r w:rsidR="001B2495" w:rsidRPr="00CA195D">
          <w:rPr>
            <w:rStyle w:val="Hyperlink"/>
          </w:rPr>
          <w:t>www.fermanaghcommunitytransport.com</w:t>
        </w:r>
      </w:hyperlink>
    </w:p>
    <w:p w14:paraId="2BEDB443" w14:textId="77777777" w:rsidR="001B2495" w:rsidRDefault="001B2495"/>
    <w:p w14:paraId="23C36149" w14:textId="77777777" w:rsidR="002C5E63" w:rsidRPr="001B2495" w:rsidRDefault="00FA70B1">
      <w:pPr>
        <w:pStyle w:val="SmallPrint"/>
        <w:rPr>
          <w:sz w:val="24"/>
          <w:szCs w:val="24"/>
        </w:rPr>
      </w:pPr>
      <w:r w:rsidRPr="001B2495">
        <w:rPr>
          <w:sz w:val="24"/>
          <w:szCs w:val="24"/>
        </w:rPr>
        <w:t>If submitting by post, mark the envelope “Transport Operations Coordinator”. If submitting by email, use the subject line “Transport Operations Coordinator Application”.</w:t>
      </w:r>
    </w:p>
    <w:p w14:paraId="02EB378F" w14:textId="77777777" w:rsidR="002C5E63" w:rsidRDefault="00FA70B1">
      <w:r>
        <w:br w:type="page"/>
      </w:r>
    </w:p>
    <w:p w14:paraId="4436447A" w14:textId="77777777" w:rsidR="0035337B" w:rsidRDefault="0035337B" w:rsidP="0035337B">
      <w:pPr>
        <w:pStyle w:val="Title"/>
        <w:keepNext/>
        <w:rPr>
          <w:kern w:val="2"/>
          <w:lang w:val="en-GB" w:eastAsia="en-GB"/>
          <w14:ligatures w14:val="standardContextual"/>
        </w:rPr>
      </w:pPr>
      <w:r>
        <w:lastRenderedPageBreak/>
        <w:t>3. Local Press Recruitment Advert</w:t>
      </w:r>
    </w:p>
    <w:p w14:paraId="7EC82EAB" w14:textId="77777777" w:rsidR="00F37D55" w:rsidRDefault="00F37D55"/>
    <w:p w14:paraId="41B668B6" w14:textId="77777777" w:rsidR="00BC128C" w:rsidRDefault="00BC128C"/>
    <w:p w14:paraId="2EEAD06A" w14:textId="77777777" w:rsidR="00BC128C" w:rsidRDefault="00BC128C" w:rsidP="00BC128C"/>
    <w:tbl>
      <w:tblPr>
        <w:tblW w:w="10213" w:type="dxa"/>
        <w:tblLook w:val="04A0" w:firstRow="1" w:lastRow="0" w:firstColumn="1" w:lastColumn="0" w:noHBand="0" w:noVBand="1"/>
      </w:tblPr>
      <w:tblGrid>
        <w:gridCol w:w="10213"/>
      </w:tblGrid>
      <w:tr w:rsidR="00BC128C" w:rsidRPr="002F3DDD" w14:paraId="1729A8FE" w14:textId="77777777" w:rsidTr="00BC128C">
        <w:trPr>
          <w:trHeight w:val="314"/>
        </w:trPr>
        <w:tc>
          <w:tcPr>
            <w:tcW w:w="10213" w:type="dxa"/>
            <w:shd w:val="clear" w:color="auto" w:fill="137C8B"/>
            <w:tcMar>
              <w:top w:w="80" w:type="dxa"/>
              <w:left w:w="90" w:type="dxa"/>
              <w:bottom w:w="80" w:type="dxa"/>
              <w:right w:w="90" w:type="dxa"/>
            </w:tcMar>
            <w:vAlign w:val="center"/>
          </w:tcPr>
          <w:p w14:paraId="014A36EC" w14:textId="77777777" w:rsidR="00BC128C" w:rsidRPr="002F3DDD" w:rsidRDefault="00BC128C" w:rsidP="00EE0DAF">
            <w:pPr>
              <w:spacing w:after="0"/>
              <w:jc w:val="center"/>
              <w:rPr>
                <w:sz w:val="22"/>
              </w:rPr>
            </w:pPr>
            <w:r w:rsidRPr="002F3DDD">
              <w:rPr>
                <w:b/>
                <w:color w:val="FFFFFF"/>
                <w:sz w:val="22"/>
              </w:rPr>
              <w:t>COULD YOU HELP KEEP FERMANAGH CONNECTED?</w:t>
            </w:r>
          </w:p>
        </w:tc>
      </w:tr>
    </w:tbl>
    <w:p w14:paraId="3444E706" w14:textId="77777777" w:rsidR="00BC128C" w:rsidRPr="002F3DDD" w:rsidRDefault="00BC128C" w:rsidP="00BC128C">
      <w:pPr>
        <w:spacing w:after="0"/>
        <w:jc w:val="center"/>
        <w:rPr>
          <w:sz w:val="22"/>
        </w:rPr>
      </w:pPr>
      <w:r>
        <w:rPr>
          <w:noProof/>
        </w:rPr>
        <w:drawing>
          <wp:anchor distT="0" distB="0" distL="114300" distR="114300" simplePos="0" relativeHeight="251658752" behindDoc="0" locked="0" layoutInCell="1" allowOverlap="1" wp14:anchorId="1C62682B" wp14:editId="064302E8">
            <wp:simplePos x="0" y="0"/>
            <wp:positionH relativeFrom="margin">
              <wp:posOffset>104775</wp:posOffset>
            </wp:positionH>
            <wp:positionV relativeFrom="paragraph">
              <wp:posOffset>101600</wp:posOffset>
            </wp:positionV>
            <wp:extent cx="873404" cy="652324"/>
            <wp:effectExtent l="0" t="0" r="3175" b="0"/>
            <wp:wrapNone/>
            <wp:docPr id="246112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029590" name="Picture 78502959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73404" cy="652324"/>
                    </a:xfrm>
                    <a:prstGeom prst="rect">
                      <a:avLst/>
                    </a:prstGeom>
                  </pic:spPr>
                </pic:pic>
              </a:graphicData>
            </a:graphic>
            <wp14:sizeRelH relativeFrom="page">
              <wp14:pctWidth>0</wp14:pctWidth>
            </wp14:sizeRelH>
            <wp14:sizeRelV relativeFrom="page">
              <wp14:pctHeight>0</wp14:pctHeight>
            </wp14:sizeRelV>
          </wp:anchor>
        </w:drawing>
      </w:r>
      <w:r>
        <w:rPr>
          <w:b/>
          <w:color w:val="17365D"/>
          <w:sz w:val="22"/>
        </w:rPr>
        <w:br/>
      </w:r>
      <w:r w:rsidRPr="002F3DDD">
        <w:rPr>
          <w:b/>
          <w:color w:val="17365D"/>
          <w:sz w:val="22"/>
        </w:rPr>
        <w:t>TRANSPORT OPERATIONS COORDINATOR</w:t>
      </w:r>
    </w:p>
    <w:p w14:paraId="525FB2D9" w14:textId="77777777" w:rsidR="00BC128C" w:rsidRPr="002F3DDD" w:rsidRDefault="00BC128C" w:rsidP="00BC128C">
      <w:pPr>
        <w:spacing w:after="0"/>
        <w:jc w:val="center"/>
        <w:rPr>
          <w:sz w:val="22"/>
        </w:rPr>
      </w:pPr>
      <w:r w:rsidRPr="002F3DDD">
        <w:rPr>
          <w:b/>
          <w:sz w:val="22"/>
        </w:rPr>
        <w:t>Full-time, 35</w:t>
      </w:r>
      <w:r>
        <w:rPr>
          <w:b/>
          <w:sz w:val="22"/>
        </w:rPr>
        <w:t>-</w:t>
      </w:r>
      <w:proofErr w:type="gramStart"/>
      <w:r w:rsidRPr="002F3DDD">
        <w:rPr>
          <w:b/>
          <w:sz w:val="22"/>
        </w:rPr>
        <w:t>hours  |</w:t>
      </w:r>
      <w:proofErr w:type="gramEnd"/>
      <w:r w:rsidRPr="002F3DDD">
        <w:rPr>
          <w:b/>
          <w:sz w:val="22"/>
        </w:rPr>
        <w:t xml:space="preserve">  £27,591 per annum</w:t>
      </w:r>
      <w:r>
        <w:rPr>
          <w:b/>
          <w:sz w:val="22"/>
        </w:rPr>
        <w:br/>
      </w:r>
    </w:p>
    <w:p w14:paraId="3C5D12F9" w14:textId="77777777" w:rsidR="00BC128C" w:rsidRPr="002F3DDD" w:rsidRDefault="00BC128C" w:rsidP="00BC128C">
      <w:pPr>
        <w:spacing w:after="0"/>
        <w:rPr>
          <w:sz w:val="22"/>
        </w:rPr>
      </w:pPr>
      <w:r w:rsidRPr="002F3DDD">
        <w:rPr>
          <w:sz w:val="22"/>
        </w:rPr>
        <w:t>Every day, Fermanagh Community Transport helps older people, people with disabilities and other individuals and communities who do not have access to a car or pub</w:t>
      </w:r>
      <w:r>
        <w:rPr>
          <w:sz w:val="22"/>
        </w:rPr>
        <w:t>l</w:t>
      </w:r>
      <w:r w:rsidRPr="002F3DDD">
        <w:rPr>
          <w:sz w:val="22"/>
        </w:rPr>
        <w:t>ic transport access healthcare, shopping, social activities and essential services.</w:t>
      </w:r>
    </w:p>
    <w:p w14:paraId="59ADBE69" w14:textId="77777777" w:rsidR="00BC128C" w:rsidRDefault="00BC128C" w:rsidP="00BC128C">
      <w:pPr>
        <w:spacing w:after="0"/>
      </w:pPr>
      <w:r w:rsidRPr="002F3DDD">
        <w:rPr>
          <w:sz w:val="22"/>
        </w:rPr>
        <w:t xml:space="preserve">We are seeking an </w:t>
      </w:r>
      <w:proofErr w:type="spellStart"/>
      <w:r w:rsidRPr="002F3DDD">
        <w:rPr>
          <w:sz w:val="22"/>
        </w:rPr>
        <w:t>organised</w:t>
      </w:r>
      <w:proofErr w:type="spellEnd"/>
      <w:r w:rsidRPr="002F3DDD">
        <w:rPr>
          <w:sz w:val="22"/>
        </w:rPr>
        <w:t xml:space="preserve">, proactive and people-focused coordinator to lead our small front office team, oversee bookings and transport schedules, support customers </w:t>
      </w:r>
      <w:r>
        <w:rPr>
          <w:sz w:val="22"/>
        </w:rPr>
        <w:t xml:space="preserve">with empathy </w:t>
      </w:r>
      <w:r w:rsidRPr="002F3DDD">
        <w:rPr>
          <w:sz w:val="22"/>
        </w:rPr>
        <w:t xml:space="preserve">and </w:t>
      </w:r>
      <w:r w:rsidRPr="00270603">
        <w:rPr>
          <w:sz w:val="22"/>
        </w:rPr>
        <w:t>resolve</w:t>
      </w:r>
      <w:r w:rsidRPr="002F3DDD">
        <w:rPr>
          <w:sz w:val="22"/>
        </w:rPr>
        <w:t xml:space="preserve"> operational problems.</w:t>
      </w:r>
      <w:r w:rsidRPr="00270603">
        <w:rPr>
          <w:sz w:val="22"/>
        </w:rPr>
        <w:t xml:space="preserve"> You will be a calm decision-maker and excellent communicator who can </w:t>
      </w:r>
      <w:proofErr w:type="gramStart"/>
      <w:r w:rsidRPr="00270603">
        <w:rPr>
          <w:sz w:val="22"/>
        </w:rPr>
        <w:t>coordinate</w:t>
      </w:r>
      <w:proofErr w:type="gramEnd"/>
      <w:r w:rsidRPr="00270603">
        <w:rPr>
          <w:sz w:val="22"/>
        </w:rPr>
        <w:t xml:space="preserve"> people, balance competing priorities and maintain high service standards.</w:t>
      </w:r>
    </w:p>
    <w:p w14:paraId="796EA7D2" w14:textId="77777777" w:rsidR="00BC128C" w:rsidRDefault="00BC128C" w:rsidP="00BC128C">
      <w:pPr>
        <w:spacing w:after="0"/>
      </w:pPr>
      <w:r>
        <w:rPr>
          <w:i/>
          <w:sz w:val="22"/>
        </w:rPr>
        <w:t>E</w:t>
      </w:r>
      <w:r w:rsidRPr="002F3DDD">
        <w:rPr>
          <w:i/>
          <w:sz w:val="22"/>
        </w:rPr>
        <w:t>xperience in transport</w:t>
      </w:r>
      <w:r w:rsidRPr="00163E29">
        <w:rPr>
          <w:i/>
          <w:iCs/>
          <w:sz w:val="22"/>
        </w:rPr>
        <w:t xml:space="preserve"> or logistics</w:t>
      </w:r>
      <w:r w:rsidRPr="002F3DDD">
        <w:rPr>
          <w:i/>
          <w:sz w:val="22"/>
        </w:rPr>
        <w:t>, scheduling, customer service leadership, health or social care coordination, operational systems, reporting, or the community and voluntary sector would be advantageous.</w:t>
      </w:r>
    </w:p>
    <w:p w14:paraId="25290FCA" w14:textId="77777777" w:rsidR="00BC128C" w:rsidRPr="002F3DDD" w:rsidRDefault="00BC128C" w:rsidP="00BC128C">
      <w:pPr>
        <w:pStyle w:val="Heading2"/>
        <w:spacing w:before="0" w:after="0"/>
        <w:jc w:val="center"/>
        <w:rPr>
          <w:sz w:val="22"/>
          <w:szCs w:val="22"/>
        </w:rPr>
      </w:pPr>
      <w:r w:rsidRPr="002F3DDD">
        <w:rPr>
          <w:sz w:val="22"/>
          <w:szCs w:val="22"/>
        </w:rPr>
        <w:t>What we offer</w:t>
      </w:r>
    </w:p>
    <w:p w14:paraId="334F6C76" w14:textId="77777777" w:rsidR="00BC128C" w:rsidRPr="002F3DDD" w:rsidRDefault="00BC128C" w:rsidP="00BC128C">
      <w:pPr>
        <w:pStyle w:val="ListParagraph"/>
        <w:numPr>
          <w:ilvl w:val="0"/>
          <w:numId w:val="10"/>
        </w:numPr>
        <w:spacing w:after="0"/>
        <w:jc w:val="center"/>
        <w:rPr>
          <w:sz w:val="22"/>
        </w:rPr>
      </w:pPr>
      <w:r w:rsidRPr="002F3DDD">
        <w:rPr>
          <w:sz w:val="22"/>
        </w:rPr>
        <w:t xml:space="preserve">25 days annual leave plus 11 public </w:t>
      </w:r>
      <w:proofErr w:type="gramStart"/>
      <w:r w:rsidRPr="002F3DDD">
        <w:rPr>
          <w:sz w:val="22"/>
        </w:rPr>
        <w:t>holidays  •</w:t>
      </w:r>
      <w:proofErr w:type="gramEnd"/>
      <w:r w:rsidRPr="002F3DDD">
        <w:rPr>
          <w:sz w:val="22"/>
        </w:rPr>
        <w:t xml:space="preserve">  Workplace </w:t>
      </w:r>
      <w:proofErr w:type="gramStart"/>
      <w:r w:rsidRPr="002F3DDD">
        <w:rPr>
          <w:sz w:val="22"/>
        </w:rPr>
        <w:t>pension  •</w:t>
      </w:r>
      <w:proofErr w:type="gramEnd"/>
      <w:r w:rsidRPr="002F3DDD">
        <w:rPr>
          <w:sz w:val="22"/>
        </w:rPr>
        <w:t xml:space="preserve">  Training and </w:t>
      </w:r>
      <w:proofErr w:type="gramStart"/>
      <w:r w:rsidRPr="002F3DDD">
        <w:rPr>
          <w:sz w:val="22"/>
        </w:rPr>
        <w:t>development  •</w:t>
      </w:r>
      <w:proofErr w:type="gramEnd"/>
      <w:r w:rsidRPr="002F3DDD">
        <w:rPr>
          <w:sz w:val="22"/>
        </w:rPr>
        <w:t xml:space="preserve">  Free </w:t>
      </w:r>
      <w:proofErr w:type="gramStart"/>
      <w:r w:rsidRPr="002F3DDD">
        <w:rPr>
          <w:sz w:val="22"/>
        </w:rPr>
        <w:t>parking  •</w:t>
      </w:r>
      <w:proofErr w:type="gramEnd"/>
      <w:r w:rsidRPr="002F3DDD">
        <w:rPr>
          <w:sz w:val="22"/>
        </w:rPr>
        <w:t xml:space="preserve"> Free </w:t>
      </w:r>
      <w:proofErr w:type="gramStart"/>
      <w:r w:rsidRPr="002F3DDD">
        <w:rPr>
          <w:sz w:val="22"/>
        </w:rPr>
        <w:t>uniform  •</w:t>
      </w:r>
      <w:proofErr w:type="gramEnd"/>
      <w:r w:rsidRPr="002F3DDD">
        <w:rPr>
          <w:sz w:val="22"/>
        </w:rPr>
        <w:t xml:space="preserve"> A role with real purpose</w:t>
      </w:r>
    </w:p>
    <w:tbl>
      <w:tblPr>
        <w:tblW w:w="0" w:type="auto"/>
        <w:jc w:val="center"/>
        <w:tblLook w:val="04A0" w:firstRow="1" w:lastRow="0" w:firstColumn="1" w:lastColumn="0" w:noHBand="0" w:noVBand="1"/>
      </w:tblPr>
      <w:tblGrid>
        <w:gridCol w:w="10224"/>
      </w:tblGrid>
      <w:tr w:rsidR="00BC128C" w:rsidRPr="002F3DDD" w14:paraId="7928F7BB" w14:textId="77777777" w:rsidTr="00EE0DAF">
        <w:trPr>
          <w:jc w:val="center"/>
        </w:trPr>
        <w:tc>
          <w:tcPr>
            <w:tcW w:w="10224" w:type="dxa"/>
            <w:shd w:val="clear" w:color="auto" w:fill="17365D"/>
            <w:tcMar>
              <w:top w:w="80" w:type="dxa"/>
              <w:left w:w="90" w:type="dxa"/>
              <w:bottom w:w="80" w:type="dxa"/>
              <w:right w:w="90" w:type="dxa"/>
            </w:tcMar>
            <w:vAlign w:val="center"/>
          </w:tcPr>
          <w:p w14:paraId="0900A790" w14:textId="77777777" w:rsidR="00BC128C" w:rsidRPr="002F3DDD" w:rsidRDefault="00BC128C" w:rsidP="00EE0DAF">
            <w:pPr>
              <w:spacing w:after="0"/>
              <w:jc w:val="center"/>
              <w:rPr>
                <w:sz w:val="22"/>
              </w:rPr>
            </w:pPr>
            <w:r w:rsidRPr="002F3DDD">
              <w:rPr>
                <w:b/>
                <w:color w:val="FFFFFF"/>
                <w:sz w:val="22"/>
              </w:rPr>
              <w:t>NOT EVERY JOB CHANGES LIVES. THIS ONE DOES.</w:t>
            </w:r>
          </w:p>
        </w:tc>
      </w:tr>
    </w:tbl>
    <w:p w14:paraId="33B4B885" w14:textId="77777777" w:rsidR="00BC128C" w:rsidRDefault="00BC128C" w:rsidP="00BC128C">
      <w:pPr>
        <w:spacing w:after="0"/>
        <w:jc w:val="center"/>
      </w:pPr>
      <w:r w:rsidRPr="002F3DDD">
        <w:rPr>
          <w:b/>
          <w:sz w:val="22"/>
        </w:rPr>
        <w:t>Request an application pack today and help keep Fermanagh connected.</w:t>
      </w:r>
    </w:p>
    <w:p w14:paraId="37179C43" w14:textId="77777777" w:rsidR="00BC128C" w:rsidRPr="002F3DDD" w:rsidRDefault="00BC128C" w:rsidP="00BC128C">
      <w:pPr>
        <w:spacing w:after="0"/>
        <w:jc w:val="center"/>
        <w:rPr>
          <w:sz w:val="22"/>
        </w:rPr>
      </w:pPr>
      <w:r w:rsidRPr="002F3DDD">
        <w:rPr>
          <w:sz w:val="22"/>
        </w:rPr>
        <w:t xml:space="preserve">Application pack: </w:t>
      </w:r>
      <w:hyperlink r:id="rId16" w:history="1">
        <w:r w:rsidRPr="002F3DDD">
          <w:rPr>
            <w:rStyle w:val="Hyperlink"/>
            <w:sz w:val="22"/>
          </w:rPr>
          <w:t>www.fermanaghcommunitytransport.com/jobs</w:t>
        </w:r>
      </w:hyperlink>
      <w:r w:rsidRPr="002F3DDD">
        <w:rPr>
          <w:sz w:val="22"/>
        </w:rPr>
        <w:t xml:space="preserve"> </w:t>
      </w:r>
    </w:p>
    <w:p w14:paraId="1FD276EE" w14:textId="77777777" w:rsidR="00BC128C" w:rsidRPr="002F3DDD" w:rsidRDefault="00BC128C" w:rsidP="00BC128C">
      <w:pPr>
        <w:spacing w:after="0"/>
        <w:jc w:val="center"/>
        <w:rPr>
          <w:sz w:val="22"/>
        </w:rPr>
      </w:pPr>
      <w:r w:rsidRPr="002F3DDD">
        <w:rPr>
          <w:sz w:val="22"/>
        </w:rPr>
        <w:t>Closing date: 1</w:t>
      </w:r>
      <w:r w:rsidRPr="002F3DDD">
        <w:rPr>
          <w:sz w:val="22"/>
          <w:vertAlign w:val="superscript"/>
        </w:rPr>
        <w:t>st</w:t>
      </w:r>
      <w:r w:rsidRPr="002F3DDD">
        <w:rPr>
          <w:sz w:val="22"/>
        </w:rPr>
        <w:t xml:space="preserve"> September 2026</w:t>
      </w:r>
      <w:r w:rsidRPr="002F3DDD">
        <w:rPr>
          <w:sz w:val="22"/>
        </w:rPr>
        <w:br/>
        <w:t xml:space="preserve">Email: </w:t>
      </w:r>
      <w:proofErr w:type="gramStart"/>
      <w:r w:rsidRPr="002F3DDD">
        <w:rPr>
          <w:sz w:val="22"/>
        </w:rPr>
        <w:t>lara@fermaanghcommunitytransport.com  |</w:t>
      </w:r>
      <w:proofErr w:type="gramEnd"/>
      <w:r w:rsidRPr="002F3DDD">
        <w:rPr>
          <w:sz w:val="22"/>
        </w:rPr>
        <w:t xml:space="preserve">  Tel: 028 66324260</w:t>
      </w:r>
    </w:p>
    <w:p w14:paraId="682951F7" w14:textId="77777777" w:rsidR="00BC128C" w:rsidRPr="002F3DDD" w:rsidRDefault="00BC128C" w:rsidP="00BC128C">
      <w:pPr>
        <w:spacing w:after="0"/>
        <w:jc w:val="center"/>
        <w:rPr>
          <w:sz w:val="22"/>
        </w:rPr>
      </w:pPr>
      <w:r w:rsidRPr="002F3DDD">
        <w:rPr>
          <w:i/>
          <w:sz w:val="22"/>
        </w:rPr>
        <w:t>Fermanagh Community Transport is an Equal Opportunities Employer</w:t>
      </w:r>
    </w:p>
    <w:p w14:paraId="143A51D7" w14:textId="77777777" w:rsidR="00BC128C" w:rsidRDefault="00BC128C" w:rsidP="00BC128C">
      <w:r>
        <w:br w:type="page"/>
      </w:r>
    </w:p>
    <w:p w14:paraId="0237A933" w14:textId="77777777" w:rsidR="0035337B" w:rsidRDefault="0035337B" w:rsidP="0035337B">
      <w:pPr>
        <w:pStyle w:val="Title"/>
        <w:keepNext/>
        <w:rPr>
          <w:kern w:val="2"/>
          <w:lang w:val="en-GB" w:eastAsia="en-GB"/>
          <w14:ligatures w14:val="standardContextual"/>
        </w:rPr>
      </w:pPr>
      <w:r>
        <w:lastRenderedPageBreak/>
        <w:t>4. About Fermanagh Community Transport</w:t>
      </w:r>
    </w:p>
    <w:p w14:paraId="606AF76D" w14:textId="77777777" w:rsidR="002C5E63" w:rsidRDefault="00FA70B1">
      <w:r>
        <w:t>Fermanagh Community Transport is a local charity that provides affordable, accessible and reliable transport. Its purpose is to reduce rural social exclusion, isolation and loneliness and to help people remain independent and connected to their communities.</w:t>
      </w:r>
    </w:p>
    <w:p w14:paraId="59845730" w14:textId="77777777" w:rsidR="002C5E63" w:rsidRDefault="00FA70B1">
      <w:pPr>
        <w:pStyle w:val="Heading1"/>
      </w:pPr>
      <w:r>
        <w:t>Why this role matters</w:t>
      </w:r>
    </w:p>
    <w:p w14:paraId="5BBE4FC4" w14:textId="77777777" w:rsidR="002C5E63" w:rsidRDefault="00FA70B1">
      <w:r>
        <w:t>The Transport Operations Coordinator is not simply a scheduler. The postholder will be the day-to-day operational lead within the front office, coordinating people, bookings, customer service, transport resources and the practical response to changing circumstances.</w:t>
      </w:r>
    </w:p>
    <w:p w14:paraId="575CFB5B" w14:textId="77777777" w:rsidR="002C5E63" w:rsidRDefault="00FA70B1">
      <w:pPr>
        <w:pStyle w:val="Heading1"/>
      </w:pPr>
      <w:r>
        <w:t>The person we are looking for</w:t>
      </w:r>
    </w:p>
    <w:p w14:paraId="4698A41A" w14:textId="77777777" w:rsidR="002C5E63" w:rsidRDefault="00FA70B1">
      <w:pPr>
        <w:pStyle w:val="ListBullet"/>
      </w:pPr>
      <w:r>
        <w:t xml:space="preserve">A capable coordinator who </w:t>
      </w:r>
      <w:proofErr w:type="spellStart"/>
      <w:r>
        <w:t>organises</w:t>
      </w:r>
      <w:proofErr w:type="spellEnd"/>
      <w:r>
        <w:t xml:space="preserve"> work through others and follows through on delivery.</w:t>
      </w:r>
    </w:p>
    <w:p w14:paraId="4DCF3962" w14:textId="77777777" w:rsidR="002C5E63" w:rsidRDefault="00FA70B1">
      <w:pPr>
        <w:pStyle w:val="ListBullet"/>
      </w:pPr>
      <w:r>
        <w:t>A calm and fair decision-maker who can distinguish urgent issues from routine demands.</w:t>
      </w:r>
    </w:p>
    <w:p w14:paraId="59DEF3B8" w14:textId="77777777" w:rsidR="002C5E63" w:rsidRDefault="00FA70B1">
      <w:pPr>
        <w:pStyle w:val="ListBullet"/>
      </w:pPr>
      <w:r>
        <w:t>A compassionate communicator who treats every passenger with dignity and respect.</w:t>
      </w:r>
    </w:p>
    <w:p w14:paraId="56077A44" w14:textId="77777777" w:rsidR="002C5E63" w:rsidRDefault="00FA70B1">
      <w:pPr>
        <w:pStyle w:val="ListBullet"/>
      </w:pPr>
      <w:r>
        <w:t>A practical problem-solver who takes ownership and keeps services moving.</w:t>
      </w:r>
    </w:p>
    <w:p w14:paraId="1F9667A8" w14:textId="77777777" w:rsidR="002C5E63" w:rsidRDefault="00FA70B1">
      <w:pPr>
        <w:pStyle w:val="ListBullet"/>
      </w:pPr>
      <w:r>
        <w:t>An improvement-minded colleague who can strengthen systems, teamwork and resilience.</w:t>
      </w:r>
    </w:p>
    <w:p w14:paraId="5A7137FF" w14:textId="77777777" w:rsidR="002C5E63" w:rsidRDefault="00FA70B1">
      <w:pPr>
        <w:pStyle w:val="ListBullet"/>
      </w:pPr>
      <w:r>
        <w:t>A reliable and detail-focused administrator who maintains accurate records.</w:t>
      </w:r>
    </w:p>
    <w:p w14:paraId="088338FE" w14:textId="77777777" w:rsidR="00756BB1" w:rsidRDefault="00756BB1" w:rsidP="00756BB1">
      <w:pPr>
        <w:pStyle w:val="ListBullet"/>
        <w:numPr>
          <w:ilvl w:val="0"/>
          <w:numId w:val="0"/>
        </w:numPr>
        <w:ind w:left="360" w:hanging="360"/>
      </w:pPr>
    </w:p>
    <w:p w14:paraId="5C8C8AB0" w14:textId="77777777" w:rsidR="00756BB1" w:rsidRDefault="00756BB1" w:rsidP="00756BB1">
      <w:pPr>
        <w:pStyle w:val="ListBullet"/>
        <w:numPr>
          <w:ilvl w:val="0"/>
          <w:numId w:val="0"/>
        </w:numPr>
        <w:ind w:left="360" w:hanging="360"/>
      </w:pPr>
    </w:p>
    <w:p w14:paraId="302B6FA9" w14:textId="3C1BA2B2" w:rsidR="00756BB1" w:rsidRDefault="00756BB1" w:rsidP="00756BB1">
      <w:pPr>
        <w:pStyle w:val="ListBullet"/>
        <w:numPr>
          <w:ilvl w:val="0"/>
          <w:numId w:val="0"/>
        </w:numPr>
        <w:ind w:left="360" w:hanging="360"/>
      </w:pPr>
      <w:r>
        <w:t xml:space="preserve">For more </w:t>
      </w:r>
      <w:proofErr w:type="gramStart"/>
      <w:r>
        <w:t>information</w:t>
      </w:r>
      <w:proofErr w:type="gramEnd"/>
      <w:r>
        <w:t xml:space="preserve"> please visit </w:t>
      </w:r>
      <w:hyperlink r:id="rId17" w:history="1">
        <w:r w:rsidRPr="00CA195D">
          <w:rPr>
            <w:rStyle w:val="Hyperlink"/>
          </w:rPr>
          <w:t>www.fermanaghcommunitytransport.com</w:t>
        </w:r>
      </w:hyperlink>
      <w:r>
        <w:t xml:space="preserve"> </w:t>
      </w:r>
    </w:p>
    <w:p w14:paraId="5A39BBE3" w14:textId="77777777" w:rsidR="002C5E63" w:rsidRDefault="00FA70B1">
      <w:r>
        <w:br w:type="page"/>
      </w:r>
    </w:p>
    <w:p w14:paraId="7232B07B" w14:textId="77777777" w:rsidR="0035337B" w:rsidRDefault="0035337B" w:rsidP="0035337B">
      <w:pPr>
        <w:pStyle w:val="Title"/>
        <w:keepNext/>
        <w:rPr>
          <w:kern w:val="2"/>
          <w:lang w:val="en-GB" w:eastAsia="en-GB"/>
          <w14:ligatures w14:val="standardContextual"/>
        </w:rPr>
      </w:pPr>
      <w:r>
        <w:lastRenderedPageBreak/>
        <w:t>5. Job Description</w:t>
      </w:r>
    </w:p>
    <w:tbl>
      <w:tblPr>
        <w:tblStyle w:val="TableGrid"/>
        <w:tblW w:w="0" w:type="auto"/>
        <w:jc w:val="center"/>
        <w:tblLook w:val="04A0" w:firstRow="1" w:lastRow="0" w:firstColumn="1" w:lastColumn="0" w:noHBand="0" w:noVBand="1"/>
      </w:tblPr>
      <w:tblGrid>
        <w:gridCol w:w="2376"/>
        <w:gridCol w:w="7272"/>
      </w:tblGrid>
      <w:tr w:rsidR="002C5E63" w14:paraId="22CDFAF9" w14:textId="77777777">
        <w:trPr>
          <w:jc w:val="center"/>
        </w:trPr>
        <w:tc>
          <w:tcPr>
            <w:tcW w:w="2376" w:type="dxa"/>
            <w:tcMar>
              <w:top w:w="80" w:type="dxa"/>
              <w:left w:w="90" w:type="dxa"/>
              <w:bottom w:w="80" w:type="dxa"/>
              <w:right w:w="90" w:type="dxa"/>
            </w:tcMar>
            <w:vAlign w:val="center"/>
          </w:tcPr>
          <w:p w14:paraId="5F4D2911" w14:textId="77777777" w:rsidR="002C5E63" w:rsidRPr="00B0143F" w:rsidRDefault="00FA70B1">
            <w:pPr>
              <w:spacing w:after="20"/>
              <w:rPr>
                <w:szCs w:val="32"/>
              </w:rPr>
            </w:pPr>
            <w:r w:rsidRPr="00B0143F">
              <w:rPr>
                <w:b/>
                <w:color w:val="17365D"/>
                <w:szCs w:val="32"/>
              </w:rPr>
              <w:t>Job title</w:t>
            </w:r>
          </w:p>
        </w:tc>
        <w:tc>
          <w:tcPr>
            <w:tcW w:w="7272" w:type="dxa"/>
            <w:tcMar>
              <w:top w:w="80" w:type="dxa"/>
              <w:left w:w="90" w:type="dxa"/>
              <w:bottom w:w="80" w:type="dxa"/>
              <w:right w:w="90" w:type="dxa"/>
            </w:tcMar>
            <w:vAlign w:val="center"/>
          </w:tcPr>
          <w:p w14:paraId="13C77A43" w14:textId="77777777" w:rsidR="002C5E63" w:rsidRPr="00B0143F" w:rsidRDefault="00FA70B1">
            <w:pPr>
              <w:spacing w:after="20"/>
              <w:rPr>
                <w:szCs w:val="32"/>
              </w:rPr>
            </w:pPr>
            <w:r w:rsidRPr="00B0143F">
              <w:rPr>
                <w:szCs w:val="32"/>
              </w:rPr>
              <w:t>Transport Operations Coordinator</w:t>
            </w:r>
          </w:p>
        </w:tc>
      </w:tr>
      <w:tr w:rsidR="002C5E63" w14:paraId="0D55913F" w14:textId="77777777">
        <w:trPr>
          <w:jc w:val="center"/>
        </w:trPr>
        <w:tc>
          <w:tcPr>
            <w:tcW w:w="2376" w:type="dxa"/>
            <w:tcMar>
              <w:top w:w="80" w:type="dxa"/>
              <w:left w:w="90" w:type="dxa"/>
              <w:bottom w:w="80" w:type="dxa"/>
              <w:right w:w="90" w:type="dxa"/>
            </w:tcMar>
            <w:vAlign w:val="center"/>
          </w:tcPr>
          <w:p w14:paraId="6D9DA3A8" w14:textId="77777777" w:rsidR="002C5E63" w:rsidRPr="00B0143F" w:rsidRDefault="00FA70B1">
            <w:pPr>
              <w:spacing w:after="20"/>
              <w:rPr>
                <w:szCs w:val="32"/>
              </w:rPr>
            </w:pPr>
            <w:r w:rsidRPr="00B0143F">
              <w:rPr>
                <w:b/>
                <w:color w:val="17365D"/>
                <w:szCs w:val="32"/>
              </w:rPr>
              <w:t>Responsible to</w:t>
            </w:r>
          </w:p>
        </w:tc>
        <w:tc>
          <w:tcPr>
            <w:tcW w:w="7272" w:type="dxa"/>
            <w:tcMar>
              <w:top w:w="80" w:type="dxa"/>
              <w:left w:w="90" w:type="dxa"/>
              <w:bottom w:w="80" w:type="dxa"/>
              <w:right w:w="90" w:type="dxa"/>
            </w:tcMar>
            <w:vAlign w:val="center"/>
          </w:tcPr>
          <w:p w14:paraId="2718DE08" w14:textId="77777777" w:rsidR="002C5E63" w:rsidRPr="00B0143F" w:rsidRDefault="00FA70B1">
            <w:pPr>
              <w:spacing w:after="20"/>
              <w:rPr>
                <w:szCs w:val="32"/>
              </w:rPr>
            </w:pPr>
            <w:r w:rsidRPr="00B0143F">
              <w:rPr>
                <w:szCs w:val="32"/>
              </w:rPr>
              <w:t>FCT Manager</w:t>
            </w:r>
          </w:p>
        </w:tc>
      </w:tr>
      <w:tr w:rsidR="002C5E63" w14:paraId="67B56CE7" w14:textId="77777777">
        <w:trPr>
          <w:jc w:val="center"/>
        </w:trPr>
        <w:tc>
          <w:tcPr>
            <w:tcW w:w="2376" w:type="dxa"/>
            <w:shd w:val="clear" w:color="auto" w:fill="F5F8FA"/>
            <w:tcMar>
              <w:top w:w="80" w:type="dxa"/>
              <w:left w:w="90" w:type="dxa"/>
              <w:bottom w:w="80" w:type="dxa"/>
              <w:right w:w="90" w:type="dxa"/>
            </w:tcMar>
            <w:vAlign w:val="center"/>
          </w:tcPr>
          <w:p w14:paraId="156A997A" w14:textId="77777777" w:rsidR="002C5E63" w:rsidRPr="00B0143F" w:rsidRDefault="00FA70B1">
            <w:pPr>
              <w:spacing w:after="20"/>
              <w:rPr>
                <w:szCs w:val="32"/>
              </w:rPr>
            </w:pPr>
            <w:r w:rsidRPr="00B0143F">
              <w:rPr>
                <w:b/>
                <w:color w:val="17365D"/>
                <w:szCs w:val="32"/>
              </w:rPr>
              <w:t>Staffing responsibility</w:t>
            </w:r>
          </w:p>
        </w:tc>
        <w:tc>
          <w:tcPr>
            <w:tcW w:w="7272" w:type="dxa"/>
            <w:shd w:val="clear" w:color="auto" w:fill="F5F8FA"/>
            <w:tcMar>
              <w:top w:w="80" w:type="dxa"/>
              <w:left w:w="90" w:type="dxa"/>
              <w:bottom w:w="80" w:type="dxa"/>
              <w:right w:w="90" w:type="dxa"/>
            </w:tcMar>
            <w:vAlign w:val="center"/>
          </w:tcPr>
          <w:p w14:paraId="5D70C770" w14:textId="77777777" w:rsidR="002C5E63" w:rsidRPr="00B0143F" w:rsidRDefault="00FA70B1">
            <w:pPr>
              <w:spacing w:after="20"/>
              <w:rPr>
                <w:szCs w:val="32"/>
              </w:rPr>
            </w:pPr>
            <w:r w:rsidRPr="00B0143F">
              <w:rPr>
                <w:szCs w:val="32"/>
              </w:rPr>
              <w:t>Day-to-day coordination of the small front office booking and administration team</w:t>
            </w:r>
          </w:p>
        </w:tc>
      </w:tr>
      <w:tr w:rsidR="002C5E63" w14:paraId="30D046AD" w14:textId="77777777">
        <w:trPr>
          <w:jc w:val="center"/>
        </w:trPr>
        <w:tc>
          <w:tcPr>
            <w:tcW w:w="2376" w:type="dxa"/>
            <w:tcMar>
              <w:top w:w="80" w:type="dxa"/>
              <w:left w:w="90" w:type="dxa"/>
              <w:bottom w:w="80" w:type="dxa"/>
              <w:right w:w="90" w:type="dxa"/>
            </w:tcMar>
            <w:vAlign w:val="center"/>
          </w:tcPr>
          <w:p w14:paraId="2A85EDD0" w14:textId="77777777" w:rsidR="002C5E63" w:rsidRPr="00B0143F" w:rsidRDefault="00FA70B1">
            <w:pPr>
              <w:spacing w:after="20"/>
              <w:rPr>
                <w:szCs w:val="32"/>
              </w:rPr>
            </w:pPr>
            <w:r w:rsidRPr="00B0143F">
              <w:rPr>
                <w:b/>
                <w:color w:val="17365D"/>
                <w:szCs w:val="32"/>
              </w:rPr>
              <w:t>Contract</w:t>
            </w:r>
          </w:p>
        </w:tc>
        <w:tc>
          <w:tcPr>
            <w:tcW w:w="7272" w:type="dxa"/>
            <w:tcMar>
              <w:top w:w="80" w:type="dxa"/>
              <w:left w:w="90" w:type="dxa"/>
              <w:bottom w:w="80" w:type="dxa"/>
              <w:right w:w="90" w:type="dxa"/>
            </w:tcMar>
            <w:vAlign w:val="center"/>
          </w:tcPr>
          <w:p w14:paraId="23834347" w14:textId="77777777" w:rsidR="002C5E63" w:rsidRPr="00B0143F" w:rsidRDefault="00FA70B1">
            <w:pPr>
              <w:spacing w:after="20"/>
              <w:rPr>
                <w:szCs w:val="32"/>
              </w:rPr>
            </w:pPr>
            <w:r w:rsidRPr="00B0143F">
              <w:rPr>
                <w:szCs w:val="32"/>
              </w:rPr>
              <w:t>Permanent</w:t>
            </w:r>
          </w:p>
        </w:tc>
      </w:tr>
      <w:tr w:rsidR="002C5E63" w14:paraId="53514F36" w14:textId="77777777">
        <w:trPr>
          <w:jc w:val="center"/>
        </w:trPr>
        <w:tc>
          <w:tcPr>
            <w:tcW w:w="2376" w:type="dxa"/>
            <w:shd w:val="clear" w:color="auto" w:fill="F5F8FA"/>
            <w:tcMar>
              <w:top w:w="80" w:type="dxa"/>
              <w:left w:w="90" w:type="dxa"/>
              <w:bottom w:w="80" w:type="dxa"/>
              <w:right w:w="90" w:type="dxa"/>
            </w:tcMar>
            <w:vAlign w:val="center"/>
          </w:tcPr>
          <w:p w14:paraId="11A0CAA2" w14:textId="77777777" w:rsidR="002C5E63" w:rsidRPr="00B0143F" w:rsidRDefault="00FA70B1">
            <w:pPr>
              <w:spacing w:after="20"/>
              <w:rPr>
                <w:szCs w:val="32"/>
              </w:rPr>
            </w:pPr>
            <w:r w:rsidRPr="00B0143F">
              <w:rPr>
                <w:b/>
                <w:color w:val="17365D"/>
                <w:szCs w:val="32"/>
              </w:rPr>
              <w:t>Hours</w:t>
            </w:r>
          </w:p>
        </w:tc>
        <w:tc>
          <w:tcPr>
            <w:tcW w:w="7272" w:type="dxa"/>
            <w:shd w:val="clear" w:color="auto" w:fill="F5F8FA"/>
            <w:tcMar>
              <w:top w:w="80" w:type="dxa"/>
              <w:left w:w="90" w:type="dxa"/>
              <w:bottom w:w="80" w:type="dxa"/>
              <w:right w:w="90" w:type="dxa"/>
            </w:tcMar>
            <w:vAlign w:val="center"/>
          </w:tcPr>
          <w:p w14:paraId="16BC5348" w14:textId="209AFF6E" w:rsidR="002C5E63" w:rsidRPr="00B0143F" w:rsidRDefault="00250727">
            <w:pPr>
              <w:spacing w:after="20"/>
              <w:rPr>
                <w:szCs w:val="32"/>
              </w:rPr>
            </w:pPr>
            <w:r w:rsidRPr="00A412E7">
              <w:rPr>
                <w:szCs w:val="32"/>
              </w:rPr>
              <w:t>35 hours per week, normally 8.30am</w:t>
            </w:r>
            <w:r>
              <w:rPr>
                <w:szCs w:val="32"/>
              </w:rPr>
              <w:t xml:space="preserve">/ 9.00am </w:t>
            </w:r>
            <w:r w:rsidRPr="00A412E7">
              <w:rPr>
                <w:szCs w:val="32"/>
              </w:rPr>
              <w:t>to 4.30pm</w:t>
            </w:r>
            <w:r>
              <w:rPr>
                <w:szCs w:val="32"/>
              </w:rPr>
              <w:t>/5.00pm</w:t>
            </w:r>
            <w:r w:rsidRPr="00A412E7">
              <w:rPr>
                <w:szCs w:val="32"/>
              </w:rPr>
              <w:t>, Monday to Friday, exclusive of meal breaks</w:t>
            </w:r>
          </w:p>
        </w:tc>
      </w:tr>
      <w:tr w:rsidR="002C5E63" w14:paraId="26F38DC6" w14:textId="77777777">
        <w:trPr>
          <w:jc w:val="center"/>
        </w:trPr>
        <w:tc>
          <w:tcPr>
            <w:tcW w:w="2376" w:type="dxa"/>
            <w:tcMar>
              <w:top w:w="80" w:type="dxa"/>
              <w:left w:w="90" w:type="dxa"/>
              <w:bottom w:w="80" w:type="dxa"/>
              <w:right w:w="90" w:type="dxa"/>
            </w:tcMar>
            <w:vAlign w:val="center"/>
          </w:tcPr>
          <w:p w14:paraId="56F4B1E0" w14:textId="77777777" w:rsidR="002C5E63" w:rsidRPr="00B0143F" w:rsidRDefault="00FA70B1">
            <w:pPr>
              <w:spacing w:after="20"/>
              <w:rPr>
                <w:szCs w:val="32"/>
              </w:rPr>
            </w:pPr>
            <w:r w:rsidRPr="00B0143F">
              <w:rPr>
                <w:b/>
                <w:color w:val="17365D"/>
                <w:szCs w:val="32"/>
              </w:rPr>
              <w:t>Salary</w:t>
            </w:r>
          </w:p>
        </w:tc>
        <w:tc>
          <w:tcPr>
            <w:tcW w:w="7272" w:type="dxa"/>
            <w:tcMar>
              <w:top w:w="80" w:type="dxa"/>
              <w:left w:w="90" w:type="dxa"/>
              <w:bottom w:w="80" w:type="dxa"/>
              <w:right w:w="90" w:type="dxa"/>
            </w:tcMar>
            <w:vAlign w:val="center"/>
          </w:tcPr>
          <w:p w14:paraId="294F2588" w14:textId="40E86E28" w:rsidR="002C5E63" w:rsidRPr="00B0143F" w:rsidRDefault="00FA70B1">
            <w:pPr>
              <w:spacing w:after="20"/>
              <w:rPr>
                <w:szCs w:val="32"/>
              </w:rPr>
            </w:pPr>
            <w:r w:rsidRPr="00B0143F">
              <w:rPr>
                <w:szCs w:val="32"/>
              </w:rPr>
              <w:t>£2</w:t>
            </w:r>
            <w:r w:rsidR="00B021D4">
              <w:rPr>
                <w:szCs w:val="32"/>
              </w:rPr>
              <w:t>7</w:t>
            </w:r>
            <w:r w:rsidRPr="00B0143F">
              <w:rPr>
                <w:szCs w:val="32"/>
              </w:rPr>
              <w:t>,</w:t>
            </w:r>
            <w:r w:rsidR="00B021D4">
              <w:rPr>
                <w:szCs w:val="32"/>
              </w:rPr>
              <w:t>591.20</w:t>
            </w:r>
            <w:r w:rsidRPr="00B0143F">
              <w:rPr>
                <w:szCs w:val="32"/>
              </w:rPr>
              <w:t xml:space="preserve"> per annum</w:t>
            </w:r>
          </w:p>
        </w:tc>
      </w:tr>
      <w:tr w:rsidR="002C5E63" w14:paraId="5703832F" w14:textId="77777777">
        <w:trPr>
          <w:jc w:val="center"/>
        </w:trPr>
        <w:tc>
          <w:tcPr>
            <w:tcW w:w="2376" w:type="dxa"/>
            <w:shd w:val="clear" w:color="auto" w:fill="F5F8FA"/>
            <w:tcMar>
              <w:top w:w="80" w:type="dxa"/>
              <w:left w:w="90" w:type="dxa"/>
              <w:bottom w:w="80" w:type="dxa"/>
              <w:right w:w="90" w:type="dxa"/>
            </w:tcMar>
            <w:vAlign w:val="center"/>
          </w:tcPr>
          <w:p w14:paraId="54395E17" w14:textId="77777777" w:rsidR="002C5E63" w:rsidRPr="00B0143F" w:rsidRDefault="00FA70B1">
            <w:pPr>
              <w:spacing w:after="20"/>
              <w:rPr>
                <w:szCs w:val="32"/>
              </w:rPr>
            </w:pPr>
            <w:r w:rsidRPr="00B0143F">
              <w:rPr>
                <w:b/>
                <w:color w:val="17365D"/>
                <w:szCs w:val="32"/>
              </w:rPr>
              <w:t>Location</w:t>
            </w:r>
          </w:p>
        </w:tc>
        <w:tc>
          <w:tcPr>
            <w:tcW w:w="7272" w:type="dxa"/>
            <w:shd w:val="clear" w:color="auto" w:fill="F5F8FA"/>
            <w:tcMar>
              <w:top w:w="80" w:type="dxa"/>
              <w:left w:w="90" w:type="dxa"/>
              <w:bottom w:w="80" w:type="dxa"/>
              <w:right w:w="90" w:type="dxa"/>
            </w:tcMar>
            <w:vAlign w:val="center"/>
          </w:tcPr>
          <w:p w14:paraId="51276C20" w14:textId="77777777" w:rsidR="002C5E63" w:rsidRPr="00B0143F" w:rsidRDefault="00FA70B1">
            <w:pPr>
              <w:spacing w:after="20"/>
              <w:rPr>
                <w:szCs w:val="32"/>
              </w:rPr>
            </w:pPr>
            <w:r w:rsidRPr="00B0143F">
              <w:rPr>
                <w:szCs w:val="32"/>
              </w:rPr>
              <w:t>FCT office, Enniskillen</w:t>
            </w:r>
          </w:p>
        </w:tc>
      </w:tr>
    </w:tbl>
    <w:p w14:paraId="0384322B" w14:textId="77777777" w:rsidR="002C5E63" w:rsidRDefault="00FA70B1">
      <w:pPr>
        <w:pStyle w:val="Heading1"/>
      </w:pPr>
      <w:r>
        <w:t>Job purpose</w:t>
      </w:r>
    </w:p>
    <w:p w14:paraId="5E6BF4A4" w14:textId="77777777" w:rsidR="002C5E63" w:rsidRDefault="00FA70B1">
      <w:r>
        <w:t>To coordinate the day-to-day operation of Fermanagh Community Transport’s front office, ensuring the effective delivery of booking, scheduling, customer service and administrative functions. The postholder will allocate workloads, support colleagues, oversee live service delivery and maintain consistent standards. The role will support the FCT Manager by escalating risks, providing operational information and helping improve systems, service continuity and team capability.</w:t>
      </w:r>
    </w:p>
    <w:p w14:paraId="06D94ECA" w14:textId="77777777" w:rsidR="002C5E63" w:rsidRDefault="00FA70B1">
      <w:pPr>
        <w:pStyle w:val="Heading2"/>
      </w:pPr>
      <w:r>
        <w:t>Team coordination and leadership</w:t>
      </w:r>
    </w:p>
    <w:p w14:paraId="6E1AC5E1" w14:textId="77777777" w:rsidR="002C5E63" w:rsidRDefault="00FA70B1">
      <w:pPr>
        <w:pStyle w:val="ListBullet"/>
      </w:pPr>
      <w:r>
        <w:t>Set daily priorities and allocate work across the front office team.</w:t>
      </w:r>
    </w:p>
    <w:p w14:paraId="0BF9549E" w14:textId="77777777" w:rsidR="002C5E63" w:rsidRDefault="00FA70B1">
      <w:pPr>
        <w:pStyle w:val="ListBullet"/>
      </w:pPr>
      <w:r>
        <w:t>Coordinate telephone, reception, booking and scheduling cover, including effective handovers.</w:t>
      </w:r>
    </w:p>
    <w:p w14:paraId="2EAF0A8F" w14:textId="77777777" w:rsidR="002C5E63" w:rsidRDefault="00FA70B1">
      <w:pPr>
        <w:pStyle w:val="ListBullet"/>
      </w:pPr>
      <w:r>
        <w:t>Hold short operational briefings and ensure actions, changes and responsibilities are understood.</w:t>
      </w:r>
    </w:p>
    <w:p w14:paraId="55FDC292" w14:textId="77777777" w:rsidR="002C5E63" w:rsidRDefault="00FA70B1">
      <w:pPr>
        <w:pStyle w:val="ListBullet"/>
      </w:pPr>
      <w:r>
        <w:t>Monitor completion, accuracy and customer service standards, redistributing work where needed.</w:t>
      </w:r>
    </w:p>
    <w:p w14:paraId="3A28C86B" w14:textId="77777777" w:rsidR="002C5E63" w:rsidRDefault="00FA70B1">
      <w:pPr>
        <w:pStyle w:val="ListBullet"/>
      </w:pPr>
      <w:r>
        <w:t>Support induction, coaching, cross-training and identification of development needs.</w:t>
      </w:r>
    </w:p>
    <w:p w14:paraId="0F136E20" w14:textId="77777777" w:rsidR="002C5E63" w:rsidRDefault="00FA70B1">
      <w:pPr>
        <w:pStyle w:val="ListBullet"/>
      </w:pPr>
      <w:r>
        <w:t>Address routine work issues constructively and escalate formal or sensitive matters to the FCT Manager.</w:t>
      </w:r>
    </w:p>
    <w:p w14:paraId="09D4577E" w14:textId="77777777" w:rsidR="002C5E63" w:rsidRDefault="00FA70B1">
      <w:pPr>
        <w:pStyle w:val="Heading2"/>
      </w:pPr>
      <w:r>
        <w:t>Booking, scheduling and live service delivery</w:t>
      </w:r>
    </w:p>
    <w:p w14:paraId="35D510E8" w14:textId="77777777" w:rsidR="002C5E63" w:rsidRDefault="00FA70B1">
      <w:pPr>
        <w:pStyle w:val="ListBullet"/>
      </w:pPr>
      <w:r>
        <w:t xml:space="preserve">Lead the accurate receipt, clarification and recording of </w:t>
      </w:r>
      <w:proofErr w:type="spellStart"/>
      <w:r>
        <w:t>authorised</w:t>
      </w:r>
      <w:proofErr w:type="spellEnd"/>
      <w:r>
        <w:t xml:space="preserve"> journey requests.</w:t>
      </w:r>
    </w:p>
    <w:p w14:paraId="3403D98B" w14:textId="77777777" w:rsidR="002C5E63" w:rsidRDefault="00FA70B1">
      <w:pPr>
        <w:pStyle w:val="ListBullet"/>
      </w:pPr>
      <w:r>
        <w:t>Coordinate and quality-check schedules, balancing passenger needs, accessibility, geography, timing, vehicle suitability, driver or volunteer availability and cost.</w:t>
      </w:r>
    </w:p>
    <w:p w14:paraId="4589D066" w14:textId="77777777" w:rsidR="002C5E63" w:rsidRDefault="00FA70B1">
      <w:pPr>
        <w:pStyle w:val="ListBullet"/>
      </w:pPr>
      <w:r>
        <w:t>Maintain oversight of daily service delivery and coordinate responses to delays, cancellations, breakdowns, absences, no-shows and urgent requests.</w:t>
      </w:r>
    </w:p>
    <w:p w14:paraId="3C40DB23" w14:textId="77777777" w:rsidR="002C5E63" w:rsidRDefault="00FA70B1">
      <w:pPr>
        <w:pStyle w:val="ListBullet"/>
      </w:pPr>
      <w:r>
        <w:t>Ensure changes and important passenger information are communicated promptly and systems are updated.</w:t>
      </w:r>
    </w:p>
    <w:p w14:paraId="15731211" w14:textId="77777777" w:rsidR="002C5E63" w:rsidRDefault="00FA70B1">
      <w:pPr>
        <w:pStyle w:val="ListBullet"/>
      </w:pPr>
      <w:r>
        <w:lastRenderedPageBreak/>
        <w:t>Identify recurring capacity, efficiency or service issues and recommend practical solutions.</w:t>
      </w:r>
    </w:p>
    <w:p w14:paraId="5C700546" w14:textId="77777777" w:rsidR="002C5E63" w:rsidRDefault="00FA70B1">
      <w:pPr>
        <w:pStyle w:val="Heading2"/>
      </w:pPr>
      <w:r>
        <w:t>Customer service and communication</w:t>
      </w:r>
    </w:p>
    <w:p w14:paraId="5174C23E" w14:textId="77777777" w:rsidR="002C5E63" w:rsidRDefault="00FA70B1">
      <w:pPr>
        <w:pStyle w:val="ListBullet"/>
      </w:pPr>
      <w:r>
        <w:t xml:space="preserve">Ensure members, potential members, carers, visitors, drivers, volunteers and partners receive </w:t>
      </w:r>
      <w:proofErr w:type="gramStart"/>
      <w:r>
        <w:t>a welcoming</w:t>
      </w:r>
      <w:proofErr w:type="gramEnd"/>
      <w:r>
        <w:t>, accessible and professional service.</w:t>
      </w:r>
    </w:p>
    <w:p w14:paraId="1CEC601C" w14:textId="77777777" w:rsidR="002C5E63" w:rsidRDefault="00FA70B1">
      <w:pPr>
        <w:pStyle w:val="ListBullet"/>
      </w:pPr>
      <w:r>
        <w:t>Handle complex enquiries and complaints calmly, escalating where appropriate.</w:t>
      </w:r>
    </w:p>
    <w:p w14:paraId="601A4D42" w14:textId="77777777" w:rsidR="002C5E63" w:rsidRDefault="00FA70B1">
      <w:pPr>
        <w:pStyle w:val="ListBullet"/>
      </w:pPr>
      <w:r>
        <w:t>Promote dignity, choice, confidentiality and person-</w:t>
      </w:r>
      <w:proofErr w:type="spellStart"/>
      <w:r>
        <w:t>centred</w:t>
      </w:r>
      <w:proofErr w:type="spellEnd"/>
      <w:r>
        <w:t xml:space="preserve"> communication.</w:t>
      </w:r>
    </w:p>
    <w:p w14:paraId="54F65D4C" w14:textId="77777777" w:rsidR="002C5E63" w:rsidRDefault="00FA70B1">
      <w:pPr>
        <w:pStyle w:val="ListBullet"/>
      </w:pPr>
      <w:r>
        <w:t>Maintain clear communication with internal and external stakeholders.</w:t>
      </w:r>
    </w:p>
    <w:p w14:paraId="330F4319" w14:textId="77777777" w:rsidR="002C5E63" w:rsidRDefault="00FA70B1">
      <w:pPr>
        <w:pStyle w:val="Heading2"/>
      </w:pPr>
      <w:r>
        <w:t>Administration, systems and compliance</w:t>
      </w:r>
    </w:p>
    <w:p w14:paraId="130B96E6" w14:textId="77777777" w:rsidR="002C5E63" w:rsidRDefault="00FA70B1">
      <w:pPr>
        <w:pStyle w:val="ListBullet"/>
      </w:pPr>
      <w:r>
        <w:t>Maintain accurate operational records and ensure agreed procedures are followed consistently.</w:t>
      </w:r>
    </w:p>
    <w:p w14:paraId="44322F48" w14:textId="550C71BD" w:rsidR="002C5E63" w:rsidRDefault="00FA70B1">
      <w:pPr>
        <w:pStyle w:val="ListBullet"/>
      </w:pPr>
      <w:r>
        <w:t xml:space="preserve">Use </w:t>
      </w:r>
      <w:r w:rsidR="00250727">
        <w:t>scheduling software</w:t>
      </w:r>
      <w:r>
        <w:t>, Microsoft 365 and other relevant systems to support bookings, scheduling, workflow and reporting.</w:t>
      </w:r>
    </w:p>
    <w:p w14:paraId="626F72E8" w14:textId="77777777" w:rsidR="002C5E63" w:rsidRDefault="00FA70B1">
      <w:pPr>
        <w:pStyle w:val="ListBullet"/>
      </w:pPr>
      <w:r>
        <w:t>Carry out proportionate checks of records and correct errors.</w:t>
      </w:r>
    </w:p>
    <w:p w14:paraId="34FB4DDB" w14:textId="77777777" w:rsidR="002C5E63" w:rsidRDefault="00FA70B1">
      <w:pPr>
        <w:pStyle w:val="ListBullet"/>
      </w:pPr>
      <w:r>
        <w:t>Follow and reinforce policies on safeguarding, health and safety, data protection, equality, complaints and incident reporting.</w:t>
      </w:r>
    </w:p>
    <w:p w14:paraId="1AB494D3" w14:textId="77777777" w:rsidR="002C5E63" w:rsidRDefault="00FA70B1">
      <w:pPr>
        <w:pStyle w:val="Heading2"/>
      </w:pPr>
      <w:r>
        <w:t>Continuous improvement and reporting</w:t>
      </w:r>
    </w:p>
    <w:p w14:paraId="255DCE9C" w14:textId="77777777" w:rsidR="002C5E63" w:rsidRDefault="00FA70B1">
      <w:pPr>
        <w:pStyle w:val="ListBullet"/>
      </w:pPr>
      <w:r>
        <w:t>Produce operational reports, statistics and updates for the FCT Manager.</w:t>
      </w:r>
    </w:p>
    <w:p w14:paraId="74DBC757" w14:textId="77777777" w:rsidR="002C5E63" w:rsidRDefault="00FA70B1">
      <w:pPr>
        <w:pStyle w:val="ListBullet"/>
      </w:pPr>
      <w:r>
        <w:t>Review customer feedback, recurring errors and service pressures to identify improvements.</w:t>
      </w:r>
    </w:p>
    <w:p w14:paraId="697D333A" w14:textId="77777777" w:rsidR="002C5E63" w:rsidRDefault="00FA70B1">
      <w:pPr>
        <w:pStyle w:val="ListBullet"/>
      </w:pPr>
      <w:r>
        <w:t>Support implementation of new systems, technologies and ways of working.</w:t>
      </w:r>
    </w:p>
    <w:p w14:paraId="62896C72" w14:textId="77777777" w:rsidR="002C5E63" w:rsidRDefault="00FA70B1">
      <w:pPr>
        <w:pStyle w:val="ListBullet"/>
      </w:pPr>
      <w:r>
        <w:t>Help build team resilience so essential functions do not depend on one individual.</w:t>
      </w:r>
    </w:p>
    <w:p w14:paraId="74F795F1" w14:textId="77777777" w:rsidR="002C5E63" w:rsidRDefault="00FA70B1">
      <w:pPr>
        <w:pStyle w:val="Heading2"/>
      </w:pPr>
      <w:r>
        <w:t>General</w:t>
      </w:r>
    </w:p>
    <w:p w14:paraId="17E4D01D" w14:textId="77777777" w:rsidR="002C5E63" w:rsidRDefault="00FA70B1">
      <w:pPr>
        <w:pStyle w:val="ListBullet"/>
      </w:pPr>
      <w:r>
        <w:t>Report significant safety, safeguarding, staffing, service-continuity or reputational risks promptly.</w:t>
      </w:r>
    </w:p>
    <w:p w14:paraId="09EE7E0B" w14:textId="77777777" w:rsidR="002C5E63" w:rsidRDefault="00FA70B1">
      <w:pPr>
        <w:pStyle w:val="ListBullet"/>
      </w:pPr>
      <w:r>
        <w:t>Undertake training and reasonable duties consistent with the level and purpose of the post.</w:t>
      </w:r>
    </w:p>
    <w:p w14:paraId="38871E72" w14:textId="77777777" w:rsidR="002C5E63" w:rsidRDefault="00FA70B1">
      <w:pPr>
        <w:pStyle w:val="ListBullet"/>
      </w:pPr>
      <w:r>
        <w:t xml:space="preserve">Work flexibly when operationally required, in line with </w:t>
      </w:r>
      <w:proofErr w:type="spellStart"/>
      <w:r>
        <w:t>organisational</w:t>
      </w:r>
      <w:proofErr w:type="spellEnd"/>
      <w:r>
        <w:t xml:space="preserve"> arrangements.</w:t>
      </w:r>
    </w:p>
    <w:p w14:paraId="41C8F396" w14:textId="77777777" w:rsidR="002C5E63" w:rsidRDefault="00FA70B1">
      <w:r>
        <w:br w:type="page"/>
      </w:r>
    </w:p>
    <w:p w14:paraId="45B400B5" w14:textId="77777777" w:rsidR="0035337B" w:rsidRDefault="0035337B" w:rsidP="0035337B">
      <w:pPr>
        <w:pStyle w:val="Title"/>
        <w:keepNext/>
        <w:rPr>
          <w:kern w:val="2"/>
          <w:lang w:val="en-GB" w:eastAsia="en-GB"/>
          <w14:ligatures w14:val="standardContextual"/>
        </w:rPr>
      </w:pPr>
      <w:r>
        <w:lastRenderedPageBreak/>
        <w:t>6. Person Specification</w:t>
      </w:r>
    </w:p>
    <w:p w14:paraId="41D30225" w14:textId="77777777" w:rsidR="002C5E63" w:rsidRDefault="00FA70B1">
      <w:r>
        <w:t>The shortlisting panel will assess the application against the criteria below. Applicants should provide clear evidence and specific examples. Desirable criteria may be used to distinguish between candidates who meet the essential criteria.</w:t>
      </w:r>
    </w:p>
    <w:tbl>
      <w:tblPr>
        <w:tblStyle w:val="TableGrid"/>
        <w:tblW w:w="0" w:type="auto"/>
        <w:jc w:val="center"/>
        <w:tblLook w:val="04A0" w:firstRow="1" w:lastRow="0" w:firstColumn="1" w:lastColumn="0" w:noHBand="0" w:noVBand="1"/>
      </w:tblPr>
      <w:tblGrid>
        <w:gridCol w:w="1944"/>
        <w:gridCol w:w="4608"/>
        <w:gridCol w:w="3240"/>
      </w:tblGrid>
      <w:tr w:rsidR="002C5E63" w:rsidRPr="00B718B3" w14:paraId="289580C0" w14:textId="77777777" w:rsidTr="00B718B3">
        <w:trPr>
          <w:tblHeader/>
          <w:jc w:val="center"/>
        </w:trPr>
        <w:tc>
          <w:tcPr>
            <w:tcW w:w="1944" w:type="dxa"/>
            <w:shd w:val="clear" w:color="auto" w:fill="17365D"/>
            <w:tcMar>
              <w:top w:w="80" w:type="dxa"/>
              <w:left w:w="90" w:type="dxa"/>
              <w:bottom w:w="80" w:type="dxa"/>
              <w:right w:w="90" w:type="dxa"/>
            </w:tcMar>
          </w:tcPr>
          <w:p w14:paraId="7FD57CA8" w14:textId="77777777" w:rsidR="002C5E63" w:rsidRPr="00250727" w:rsidRDefault="00FA70B1" w:rsidP="00B718B3">
            <w:pPr>
              <w:spacing w:after="20"/>
              <w:rPr>
                <w:sz w:val="22"/>
              </w:rPr>
            </w:pPr>
            <w:r w:rsidRPr="00250727">
              <w:rPr>
                <w:b/>
                <w:color w:val="FFFFFF"/>
                <w:sz w:val="22"/>
              </w:rPr>
              <w:t>Criterion</w:t>
            </w:r>
          </w:p>
        </w:tc>
        <w:tc>
          <w:tcPr>
            <w:tcW w:w="4608" w:type="dxa"/>
            <w:shd w:val="clear" w:color="auto" w:fill="17365D"/>
            <w:tcMar>
              <w:top w:w="80" w:type="dxa"/>
              <w:left w:w="90" w:type="dxa"/>
              <w:bottom w:w="80" w:type="dxa"/>
              <w:right w:w="90" w:type="dxa"/>
            </w:tcMar>
          </w:tcPr>
          <w:p w14:paraId="0895C2DB" w14:textId="77777777" w:rsidR="002C5E63" w:rsidRPr="00250727" w:rsidRDefault="00FA70B1" w:rsidP="00B718B3">
            <w:pPr>
              <w:spacing w:after="20"/>
              <w:rPr>
                <w:sz w:val="22"/>
              </w:rPr>
            </w:pPr>
            <w:r w:rsidRPr="00250727">
              <w:rPr>
                <w:b/>
                <w:color w:val="FFFFFF"/>
                <w:sz w:val="22"/>
              </w:rPr>
              <w:t>Essential</w:t>
            </w:r>
          </w:p>
        </w:tc>
        <w:tc>
          <w:tcPr>
            <w:tcW w:w="3240" w:type="dxa"/>
            <w:shd w:val="clear" w:color="auto" w:fill="17365D"/>
            <w:tcMar>
              <w:top w:w="80" w:type="dxa"/>
              <w:left w:w="90" w:type="dxa"/>
              <w:bottom w:w="80" w:type="dxa"/>
              <w:right w:w="90" w:type="dxa"/>
            </w:tcMar>
          </w:tcPr>
          <w:p w14:paraId="248B3EE6" w14:textId="77777777" w:rsidR="002C5E63" w:rsidRPr="00250727" w:rsidRDefault="00FA70B1" w:rsidP="00B718B3">
            <w:pPr>
              <w:spacing w:after="20"/>
              <w:rPr>
                <w:sz w:val="22"/>
              </w:rPr>
            </w:pPr>
            <w:r w:rsidRPr="00250727">
              <w:rPr>
                <w:b/>
                <w:color w:val="FFFFFF"/>
                <w:sz w:val="22"/>
              </w:rPr>
              <w:t>Desirable</w:t>
            </w:r>
          </w:p>
        </w:tc>
      </w:tr>
      <w:tr w:rsidR="002C5E63" w:rsidRPr="00B718B3" w14:paraId="506ECFB7" w14:textId="77777777" w:rsidTr="00B0143F">
        <w:trPr>
          <w:jc w:val="center"/>
        </w:trPr>
        <w:tc>
          <w:tcPr>
            <w:tcW w:w="1944" w:type="dxa"/>
            <w:tcMar>
              <w:top w:w="80" w:type="dxa"/>
              <w:left w:w="90" w:type="dxa"/>
              <w:bottom w:w="80" w:type="dxa"/>
              <w:right w:w="90" w:type="dxa"/>
            </w:tcMar>
          </w:tcPr>
          <w:p w14:paraId="425BF87B" w14:textId="77777777" w:rsidR="002C5E63" w:rsidRPr="00250727" w:rsidRDefault="00FA70B1" w:rsidP="00B0143F">
            <w:pPr>
              <w:spacing w:after="20"/>
              <w:rPr>
                <w:sz w:val="22"/>
              </w:rPr>
            </w:pPr>
            <w:r w:rsidRPr="00250727">
              <w:rPr>
                <w:sz w:val="22"/>
              </w:rPr>
              <w:t>Qualifications and relevant experience</w:t>
            </w:r>
          </w:p>
        </w:tc>
        <w:tc>
          <w:tcPr>
            <w:tcW w:w="4608" w:type="dxa"/>
            <w:tcMar>
              <w:top w:w="80" w:type="dxa"/>
              <w:left w:w="90" w:type="dxa"/>
              <w:bottom w:w="80" w:type="dxa"/>
              <w:right w:w="90" w:type="dxa"/>
            </w:tcMar>
          </w:tcPr>
          <w:p w14:paraId="7EF80909" w14:textId="77777777" w:rsidR="002C5E63" w:rsidRPr="00250727" w:rsidRDefault="00FA70B1" w:rsidP="00B0143F">
            <w:pPr>
              <w:spacing w:after="20"/>
              <w:rPr>
                <w:sz w:val="22"/>
              </w:rPr>
            </w:pPr>
            <w:r w:rsidRPr="00250727">
              <w:rPr>
                <w:sz w:val="22"/>
              </w:rPr>
              <w:t xml:space="preserve">Five GCSEs at Grade C/4 or above, including English and Mathematics, or </w:t>
            </w:r>
            <w:proofErr w:type="spellStart"/>
            <w:r w:rsidRPr="00250727">
              <w:rPr>
                <w:sz w:val="22"/>
              </w:rPr>
              <w:t>recognised</w:t>
            </w:r>
            <w:proofErr w:type="spellEnd"/>
            <w:r w:rsidRPr="00250727">
              <w:rPr>
                <w:sz w:val="22"/>
              </w:rPr>
              <w:t xml:space="preserve"> equivalents, plus at least two years’ relevant paid experience; OR at least four years’ relevant paid experience in office coordination, scheduling, logistics, customer service or a comparable operational role.</w:t>
            </w:r>
          </w:p>
        </w:tc>
        <w:tc>
          <w:tcPr>
            <w:tcW w:w="3240" w:type="dxa"/>
            <w:tcMar>
              <w:top w:w="80" w:type="dxa"/>
              <w:left w:w="90" w:type="dxa"/>
              <w:bottom w:w="80" w:type="dxa"/>
              <w:right w:w="90" w:type="dxa"/>
            </w:tcMar>
          </w:tcPr>
          <w:p w14:paraId="57FFACB2" w14:textId="77777777" w:rsidR="002C5E63" w:rsidRPr="00250727" w:rsidRDefault="00FA70B1" w:rsidP="00B0143F">
            <w:pPr>
              <w:spacing w:after="20"/>
              <w:rPr>
                <w:sz w:val="22"/>
              </w:rPr>
            </w:pPr>
            <w:r w:rsidRPr="00250727">
              <w:rPr>
                <w:sz w:val="22"/>
              </w:rPr>
              <w:t>Level 3 or higher qualification in management, business administration, customer service, transport operations or a related subject.</w:t>
            </w:r>
          </w:p>
        </w:tc>
      </w:tr>
      <w:tr w:rsidR="002C5E63" w:rsidRPr="00B718B3" w14:paraId="72C2884C" w14:textId="77777777" w:rsidTr="00B0143F">
        <w:trPr>
          <w:jc w:val="center"/>
        </w:trPr>
        <w:tc>
          <w:tcPr>
            <w:tcW w:w="1944" w:type="dxa"/>
            <w:shd w:val="clear" w:color="auto" w:fill="F5F8FA"/>
            <w:tcMar>
              <w:top w:w="80" w:type="dxa"/>
              <w:left w:w="90" w:type="dxa"/>
              <w:bottom w:w="80" w:type="dxa"/>
              <w:right w:w="90" w:type="dxa"/>
            </w:tcMar>
          </w:tcPr>
          <w:p w14:paraId="647C55A9" w14:textId="77777777" w:rsidR="002C5E63" w:rsidRPr="00250727" w:rsidRDefault="00FA70B1" w:rsidP="00B0143F">
            <w:pPr>
              <w:spacing w:after="20"/>
              <w:rPr>
                <w:sz w:val="22"/>
              </w:rPr>
            </w:pPr>
            <w:r w:rsidRPr="00250727">
              <w:rPr>
                <w:sz w:val="22"/>
              </w:rPr>
              <w:t>Team coordination and leadership</w:t>
            </w:r>
          </w:p>
        </w:tc>
        <w:tc>
          <w:tcPr>
            <w:tcW w:w="4608" w:type="dxa"/>
            <w:shd w:val="clear" w:color="auto" w:fill="F5F8FA"/>
            <w:tcMar>
              <w:top w:w="80" w:type="dxa"/>
              <w:left w:w="90" w:type="dxa"/>
              <w:bottom w:w="80" w:type="dxa"/>
              <w:right w:w="90" w:type="dxa"/>
            </w:tcMar>
          </w:tcPr>
          <w:p w14:paraId="364F8B1D" w14:textId="77777777" w:rsidR="002C5E63" w:rsidRPr="00250727" w:rsidRDefault="00FA70B1" w:rsidP="00B0143F">
            <w:pPr>
              <w:spacing w:after="20"/>
              <w:rPr>
                <w:sz w:val="22"/>
              </w:rPr>
            </w:pPr>
            <w:r w:rsidRPr="00250727">
              <w:rPr>
                <w:sz w:val="22"/>
              </w:rPr>
              <w:t>Experience coordinating the work of others, allocating tasks, monitoring completion and maintaining standards. Ability to support colleagues, communicate expectations and promote accountability.</w:t>
            </w:r>
          </w:p>
        </w:tc>
        <w:tc>
          <w:tcPr>
            <w:tcW w:w="3240" w:type="dxa"/>
            <w:shd w:val="clear" w:color="auto" w:fill="F5F8FA"/>
            <w:tcMar>
              <w:top w:w="80" w:type="dxa"/>
              <w:left w:w="90" w:type="dxa"/>
              <w:bottom w:w="80" w:type="dxa"/>
              <w:right w:w="90" w:type="dxa"/>
            </w:tcMar>
          </w:tcPr>
          <w:p w14:paraId="4753896B" w14:textId="77777777" w:rsidR="002C5E63" w:rsidRPr="00250727" w:rsidRDefault="00FA70B1" w:rsidP="00B0143F">
            <w:pPr>
              <w:spacing w:after="20"/>
              <w:rPr>
                <w:sz w:val="22"/>
              </w:rPr>
            </w:pPr>
            <w:r w:rsidRPr="00250727">
              <w:rPr>
                <w:sz w:val="22"/>
              </w:rPr>
              <w:t>Formal supervisory or line-management experience; experience contributing to induction, appraisal, absence management or recruitment.</w:t>
            </w:r>
          </w:p>
        </w:tc>
      </w:tr>
      <w:tr w:rsidR="002C5E63" w:rsidRPr="00B718B3" w14:paraId="4DC51CDC" w14:textId="77777777" w:rsidTr="00B0143F">
        <w:trPr>
          <w:jc w:val="center"/>
        </w:trPr>
        <w:tc>
          <w:tcPr>
            <w:tcW w:w="1944" w:type="dxa"/>
            <w:tcMar>
              <w:top w:w="80" w:type="dxa"/>
              <w:left w:w="90" w:type="dxa"/>
              <w:bottom w:w="80" w:type="dxa"/>
              <w:right w:w="90" w:type="dxa"/>
            </w:tcMar>
          </w:tcPr>
          <w:p w14:paraId="549C011A" w14:textId="77777777" w:rsidR="002C5E63" w:rsidRPr="00250727" w:rsidRDefault="00FA70B1" w:rsidP="00B0143F">
            <w:pPr>
              <w:spacing w:after="20"/>
              <w:rPr>
                <w:sz w:val="22"/>
              </w:rPr>
            </w:pPr>
            <w:r w:rsidRPr="00250727">
              <w:rPr>
                <w:sz w:val="22"/>
              </w:rPr>
              <w:t xml:space="preserve">Operational </w:t>
            </w:r>
            <w:proofErr w:type="spellStart"/>
            <w:r w:rsidRPr="00250727">
              <w:rPr>
                <w:sz w:val="22"/>
              </w:rPr>
              <w:t>prioritisation</w:t>
            </w:r>
            <w:proofErr w:type="spellEnd"/>
            <w:r w:rsidRPr="00250727">
              <w:rPr>
                <w:sz w:val="22"/>
              </w:rPr>
              <w:t xml:space="preserve"> and judgement</w:t>
            </w:r>
          </w:p>
        </w:tc>
        <w:tc>
          <w:tcPr>
            <w:tcW w:w="4608" w:type="dxa"/>
            <w:tcMar>
              <w:top w:w="80" w:type="dxa"/>
              <w:left w:w="90" w:type="dxa"/>
              <w:bottom w:w="80" w:type="dxa"/>
              <w:right w:w="90" w:type="dxa"/>
            </w:tcMar>
          </w:tcPr>
          <w:p w14:paraId="06ABF204" w14:textId="77777777" w:rsidR="002C5E63" w:rsidRPr="00250727" w:rsidRDefault="00FA70B1" w:rsidP="00B0143F">
            <w:pPr>
              <w:spacing w:after="20"/>
              <w:rPr>
                <w:sz w:val="22"/>
              </w:rPr>
            </w:pPr>
            <w:r w:rsidRPr="00250727">
              <w:rPr>
                <w:sz w:val="22"/>
              </w:rPr>
              <w:t>Evidence of managing competing priorities, adapting plans and making sound decisions under pressure.</w:t>
            </w:r>
          </w:p>
        </w:tc>
        <w:tc>
          <w:tcPr>
            <w:tcW w:w="3240" w:type="dxa"/>
            <w:tcMar>
              <w:top w:w="80" w:type="dxa"/>
              <w:left w:w="90" w:type="dxa"/>
              <w:bottom w:w="80" w:type="dxa"/>
              <w:right w:w="90" w:type="dxa"/>
            </w:tcMar>
          </w:tcPr>
          <w:p w14:paraId="5C9EB355" w14:textId="77777777" w:rsidR="002C5E63" w:rsidRPr="00250727" w:rsidRDefault="00FA70B1" w:rsidP="00B0143F">
            <w:pPr>
              <w:spacing w:after="20"/>
              <w:rPr>
                <w:sz w:val="22"/>
              </w:rPr>
            </w:pPr>
            <w:r w:rsidRPr="00250727">
              <w:rPr>
                <w:sz w:val="22"/>
              </w:rPr>
              <w:t>Experience coordinating transport, mobile staff, appointments, rosters or logistics.</w:t>
            </w:r>
          </w:p>
        </w:tc>
      </w:tr>
      <w:tr w:rsidR="002C5E63" w:rsidRPr="00B718B3" w14:paraId="6F2F2636" w14:textId="77777777" w:rsidTr="00B0143F">
        <w:trPr>
          <w:jc w:val="center"/>
        </w:trPr>
        <w:tc>
          <w:tcPr>
            <w:tcW w:w="1944" w:type="dxa"/>
            <w:shd w:val="clear" w:color="auto" w:fill="F5F8FA"/>
            <w:tcMar>
              <w:top w:w="80" w:type="dxa"/>
              <w:left w:w="90" w:type="dxa"/>
              <w:bottom w:w="80" w:type="dxa"/>
              <w:right w:w="90" w:type="dxa"/>
            </w:tcMar>
          </w:tcPr>
          <w:p w14:paraId="785DD1ED" w14:textId="77777777" w:rsidR="002C5E63" w:rsidRPr="00250727" w:rsidRDefault="00FA70B1" w:rsidP="00B0143F">
            <w:pPr>
              <w:spacing w:after="20"/>
              <w:rPr>
                <w:sz w:val="22"/>
              </w:rPr>
            </w:pPr>
            <w:r w:rsidRPr="00250727">
              <w:rPr>
                <w:sz w:val="22"/>
              </w:rPr>
              <w:t>Customer service and communication</w:t>
            </w:r>
          </w:p>
        </w:tc>
        <w:tc>
          <w:tcPr>
            <w:tcW w:w="4608" w:type="dxa"/>
            <w:shd w:val="clear" w:color="auto" w:fill="F5F8FA"/>
            <w:tcMar>
              <w:top w:w="80" w:type="dxa"/>
              <w:left w:w="90" w:type="dxa"/>
              <w:bottom w:w="80" w:type="dxa"/>
              <w:right w:w="90" w:type="dxa"/>
            </w:tcMar>
          </w:tcPr>
          <w:p w14:paraId="439C8A26" w14:textId="77777777" w:rsidR="002C5E63" w:rsidRPr="00250727" w:rsidRDefault="00FA70B1" w:rsidP="00B0143F">
            <w:pPr>
              <w:spacing w:after="20"/>
              <w:rPr>
                <w:sz w:val="22"/>
              </w:rPr>
            </w:pPr>
            <w:r w:rsidRPr="00250727">
              <w:rPr>
                <w:sz w:val="22"/>
              </w:rPr>
              <w:t>Experience of delivering professional customer service, including handling sensitive, challenging or distressed callers. Clear written, telephone and face-to-face communication.</w:t>
            </w:r>
          </w:p>
        </w:tc>
        <w:tc>
          <w:tcPr>
            <w:tcW w:w="3240" w:type="dxa"/>
            <w:shd w:val="clear" w:color="auto" w:fill="F5F8FA"/>
            <w:tcMar>
              <w:top w:w="80" w:type="dxa"/>
              <w:left w:w="90" w:type="dxa"/>
              <w:bottom w:w="80" w:type="dxa"/>
              <w:right w:w="90" w:type="dxa"/>
            </w:tcMar>
          </w:tcPr>
          <w:p w14:paraId="0D47F7C4" w14:textId="77777777" w:rsidR="002C5E63" w:rsidRPr="00250727" w:rsidRDefault="00FA70B1" w:rsidP="00B0143F">
            <w:pPr>
              <w:spacing w:after="20"/>
              <w:rPr>
                <w:sz w:val="22"/>
              </w:rPr>
            </w:pPr>
            <w:r w:rsidRPr="00250727">
              <w:rPr>
                <w:sz w:val="22"/>
              </w:rPr>
              <w:t>Experience supporting older people, people with disabilities, carers or other customers needing additional support.</w:t>
            </w:r>
          </w:p>
        </w:tc>
      </w:tr>
      <w:tr w:rsidR="002C5E63" w:rsidRPr="00B718B3" w14:paraId="2633F71D" w14:textId="77777777" w:rsidTr="00B0143F">
        <w:trPr>
          <w:jc w:val="center"/>
        </w:trPr>
        <w:tc>
          <w:tcPr>
            <w:tcW w:w="1944" w:type="dxa"/>
            <w:tcMar>
              <w:top w:w="80" w:type="dxa"/>
              <w:left w:w="90" w:type="dxa"/>
              <w:bottom w:w="80" w:type="dxa"/>
              <w:right w:w="90" w:type="dxa"/>
            </w:tcMar>
          </w:tcPr>
          <w:p w14:paraId="4E79BB64" w14:textId="77777777" w:rsidR="002C5E63" w:rsidRPr="00250727" w:rsidRDefault="00FA70B1" w:rsidP="00B0143F">
            <w:pPr>
              <w:spacing w:after="20"/>
              <w:rPr>
                <w:sz w:val="22"/>
              </w:rPr>
            </w:pPr>
            <w:proofErr w:type="spellStart"/>
            <w:r w:rsidRPr="00250727">
              <w:rPr>
                <w:sz w:val="22"/>
              </w:rPr>
              <w:t>Organisation</w:t>
            </w:r>
            <w:proofErr w:type="spellEnd"/>
            <w:r w:rsidRPr="00250727">
              <w:rPr>
                <w:sz w:val="22"/>
              </w:rPr>
              <w:t>, records and digital skills</w:t>
            </w:r>
          </w:p>
        </w:tc>
        <w:tc>
          <w:tcPr>
            <w:tcW w:w="4608" w:type="dxa"/>
            <w:tcMar>
              <w:top w:w="80" w:type="dxa"/>
              <w:left w:w="90" w:type="dxa"/>
              <w:bottom w:w="80" w:type="dxa"/>
              <w:right w:w="90" w:type="dxa"/>
            </w:tcMar>
          </w:tcPr>
          <w:p w14:paraId="1B1F85C8" w14:textId="77777777" w:rsidR="002C5E63" w:rsidRPr="00250727" w:rsidRDefault="00FA70B1" w:rsidP="00B0143F">
            <w:pPr>
              <w:spacing w:after="20"/>
              <w:rPr>
                <w:sz w:val="22"/>
              </w:rPr>
            </w:pPr>
            <w:r w:rsidRPr="00250727">
              <w:rPr>
                <w:sz w:val="22"/>
              </w:rPr>
              <w:t xml:space="preserve">Strong </w:t>
            </w:r>
            <w:proofErr w:type="spellStart"/>
            <w:r w:rsidRPr="00250727">
              <w:rPr>
                <w:sz w:val="22"/>
              </w:rPr>
              <w:t>organisation</w:t>
            </w:r>
            <w:proofErr w:type="spellEnd"/>
            <w:r w:rsidRPr="00250727">
              <w:rPr>
                <w:sz w:val="22"/>
              </w:rPr>
              <w:t>, attention to detail and follow-through. Competence in Word, Excel, Outlook and electronic records. Ability to learn specialist systems.</w:t>
            </w:r>
          </w:p>
        </w:tc>
        <w:tc>
          <w:tcPr>
            <w:tcW w:w="3240" w:type="dxa"/>
            <w:tcMar>
              <w:top w:w="80" w:type="dxa"/>
              <w:left w:w="90" w:type="dxa"/>
              <w:bottom w:w="80" w:type="dxa"/>
              <w:right w:w="90" w:type="dxa"/>
            </w:tcMar>
          </w:tcPr>
          <w:p w14:paraId="48990F63" w14:textId="71EC1C71" w:rsidR="002C5E63" w:rsidRPr="00250727" w:rsidRDefault="183604C4" w:rsidP="00B0143F">
            <w:pPr>
              <w:spacing w:after="20"/>
              <w:rPr>
                <w:sz w:val="22"/>
              </w:rPr>
            </w:pPr>
            <w:r w:rsidRPr="00250727">
              <w:rPr>
                <w:sz w:val="22"/>
              </w:rPr>
              <w:t>Experience using scheduling software, a CRM or other operational system; experience producing reports or performance information.</w:t>
            </w:r>
          </w:p>
        </w:tc>
      </w:tr>
      <w:tr w:rsidR="002C5E63" w:rsidRPr="00B718B3" w14:paraId="108AECD5" w14:textId="77777777" w:rsidTr="00B0143F">
        <w:trPr>
          <w:jc w:val="center"/>
        </w:trPr>
        <w:tc>
          <w:tcPr>
            <w:tcW w:w="1944" w:type="dxa"/>
            <w:shd w:val="clear" w:color="auto" w:fill="F5F8FA"/>
            <w:tcMar>
              <w:top w:w="80" w:type="dxa"/>
              <w:left w:w="90" w:type="dxa"/>
              <w:bottom w:w="80" w:type="dxa"/>
              <w:right w:w="90" w:type="dxa"/>
            </w:tcMar>
          </w:tcPr>
          <w:p w14:paraId="4B1D87A9" w14:textId="77777777" w:rsidR="002C5E63" w:rsidRPr="00250727" w:rsidRDefault="00FA70B1" w:rsidP="00B0143F">
            <w:pPr>
              <w:spacing w:after="20"/>
              <w:rPr>
                <w:sz w:val="22"/>
              </w:rPr>
            </w:pPr>
            <w:r w:rsidRPr="00250727">
              <w:rPr>
                <w:sz w:val="22"/>
              </w:rPr>
              <w:t>Continuous improvement</w:t>
            </w:r>
          </w:p>
        </w:tc>
        <w:tc>
          <w:tcPr>
            <w:tcW w:w="4608" w:type="dxa"/>
            <w:shd w:val="clear" w:color="auto" w:fill="F5F8FA"/>
            <w:tcMar>
              <w:top w:w="80" w:type="dxa"/>
              <w:left w:w="90" w:type="dxa"/>
              <w:bottom w:w="80" w:type="dxa"/>
              <w:right w:w="90" w:type="dxa"/>
            </w:tcMar>
          </w:tcPr>
          <w:p w14:paraId="20DC0ADC" w14:textId="77777777" w:rsidR="002C5E63" w:rsidRPr="00250727" w:rsidRDefault="00FA70B1" w:rsidP="00B0143F">
            <w:pPr>
              <w:spacing w:after="20"/>
              <w:rPr>
                <w:sz w:val="22"/>
              </w:rPr>
            </w:pPr>
            <w:r w:rsidRPr="00250727">
              <w:rPr>
                <w:sz w:val="22"/>
              </w:rPr>
              <w:t>Ability to identify problems, suggest practical solutions and support better ways of working.</w:t>
            </w:r>
          </w:p>
        </w:tc>
        <w:tc>
          <w:tcPr>
            <w:tcW w:w="3240" w:type="dxa"/>
            <w:shd w:val="clear" w:color="auto" w:fill="F5F8FA"/>
            <w:tcMar>
              <w:top w:w="80" w:type="dxa"/>
              <w:left w:w="90" w:type="dxa"/>
              <w:bottom w:w="80" w:type="dxa"/>
              <w:right w:w="90" w:type="dxa"/>
            </w:tcMar>
          </w:tcPr>
          <w:p w14:paraId="42CF6B2D" w14:textId="77777777" w:rsidR="002C5E63" w:rsidRPr="00250727" w:rsidRDefault="00FA70B1" w:rsidP="00B0143F">
            <w:pPr>
              <w:spacing w:after="20"/>
              <w:rPr>
                <w:sz w:val="22"/>
              </w:rPr>
            </w:pPr>
            <w:r w:rsidRPr="00250727">
              <w:rPr>
                <w:sz w:val="22"/>
              </w:rPr>
              <w:t>Experience implementing a process, service or digital improvement.</w:t>
            </w:r>
          </w:p>
        </w:tc>
      </w:tr>
      <w:tr w:rsidR="002C5E63" w:rsidRPr="00B718B3" w14:paraId="34668C75" w14:textId="77777777" w:rsidTr="00B0143F">
        <w:trPr>
          <w:jc w:val="center"/>
        </w:trPr>
        <w:tc>
          <w:tcPr>
            <w:tcW w:w="1944" w:type="dxa"/>
            <w:tcMar>
              <w:top w:w="80" w:type="dxa"/>
              <w:left w:w="90" w:type="dxa"/>
              <w:bottom w:w="80" w:type="dxa"/>
              <w:right w:w="90" w:type="dxa"/>
            </w:tcMar>
          </w:tcPr>
          <w:p w14:paraId="3AD08E9B" w14:textId="77777777" w:rsidR="002C5E63" w:rsidRPr="00250727" w:rsidRDefault="00FA70B1" w:rsidP="00B0143F">
            <w:pPr>
              <w:spacing w:after="20"/>
              <w:rPr>
                <w:sz w:val="22"/>
              </w:rPr>
            </w:pPr>
            <w:r w:rsidRPr="00250727">
              <w:rPr>
                <w:sz w:val="22"/>
              </w:rPr>
              <w:t>Knowledge and values</w:t>
            </w:r>
          </w:p>
        </w:tc>
        <w:tc>
          <w:tcPr>
            <w:tcW w:w="4608" w:type="dxa"/>
            <w:tcMar>
              <w:top w:w="80" w:type="dxa"/>
              <w:left w:w="90" w:type="dxa"/>
              <w:bottom w:w="80" w:type="dxa"/>
              <w:right w:w="90" w:type="dxa"/>
            </w:tcMar>
          </w:tcPr>
          <w:p w14:paraId="0431B5F8" w14:textId="77777777" w:rsidR="002C5E63" w:rsidRPr="00250727" w:rsidRDefault="00FA70B1" w:rsidP="00B0143F">
            <w:pPr>
              <w:spacing w:after="20"/>
              <w:rPr>
                <w:sz w:val="22"/>
              </w:rPr>
            </w:pPr>
            <w:r w:rsidRPr="00250727">
              <w:rPr>
                <w:sz w:val="22"/>
              </w:rPr>
              <w:t xml:space="preserve">Awareness of rural isolation and the needs of older people and people with seen and unseen </w:t>
            </w:r>
            <w:r w:rsidRPr="00250727">
              <w:rPr>
                <w:sz w:val="22"/>
              </w:rPr>
              <w:lastRenderedPageBreak/>
              <w:t>disabilities. Commitment to dignity, equality, confidentiality and person-</w:t>
            </w:r>
            <w:proofErr w:type="spellStart"/>
            <w:r w:rsidRPr="00250727">
              <w:rPr>
                <w:sz w:val="22"/>
              </w:rPr>
              <w:t>centred</w:t>
            </w:r>
            <w:proofErr w:type="spellEnd"/>
            <w:r w:rsidRPr="00250727">
              <w:rPr>
                <w:sz w:val="22"/>
              </w:rPr>
              <w:t xml:space="preserve"> service.</w:t>
            </w:r>
          </w:p>
        </w:tc>
        <w:tc>
          <w:tcPr>
            <w:tcW w:w="3240" w:type="dxa"/>
            <w:tcMar>
              <w:top w:w="80" w:type="dxa"/>
              <w:left w:w="90" w:type="dxa"/>
              <w:bottom w:w="80" w:type="dxa"/>
              <w:right w:w="90" w:type="dxa"/>
            </w:tcMar>
          </w:tcPr>
          <w:p w14:paraId="4BB8FAA3" w14:textId="67B1841D" w:rsidR="002C5E63" w:rsidRPr="00250727" w:rsidRDefault="009C3A55" w:rsidP="00B0143F">
            <w:pPr>
              <w:spacing w:after="20"/>
              <w:rPr>
                <w:sz w:val="22"/>
              </w:rPr>
            </w:pPr>
            <w:r w:rsidRPr="00250727">
              <w:rPr>
                <w:sz w:val="22"/>
              </w:rPr>
              <w:lastRenderedPageBreak/>
              <w:t xml:space="preserve">Awareness of community transport, the voluntary and </w:t>
            </w:r>
            <w:r w:rsidRPr="00250727">
              <w:rPr>
                <w:sz w:val="22"/>
              </w:rPr>
              <w:lastRenderedPageBreak/>
              <w:t xml:space="preserve">community sector, safeguarding, UK GDPR </w:t>
            </w:r>
          </w:p>
        </w:tc>
      </w:tr>
      <w:tr w:rsidR="002C5E63" w:rsidRPr="00B718B3" w14:paraId="1ED09735" w14:textId="77777777" w:rsidTr="00B0143F">
        <w:trPr>
          <w:jc w:val="center"/>
        </w:trPr>
        <w:tc>
          <w:tcPr>
            <w:tcW w:w="1944" w:type="dxa"/>
            <w:shd w:val="clear" w:color="auto" w:fill="F5F8FA"/>
            <w:tcMar>
              <w:top w:w="80" w:type="dxa"/>
              <w:left w:w="90" w:type="dxa"/>
              <w:bottom w:w="80" w:type="dxa"/>
              <w:right w:w="90" w:type="dxa"/>
            </w:tcMar>
          </w:tcPr>
          <w:p w14:paraId="5B7A0343" w14:textId="77777777" w:rsidR="002C5E63" w:rsidRPr="00250727" w:rsidRDefault="00FA70B1" w:rsidP="00B0143F">
            <w:pPr>
              <w:spacing w:after="20"/>
              <w:rPr>
                <w:sz w:val="22"/>
              </w:rPr>
            </w:pPr>
            <w:r w:rsidRPr="00250727">
              <w:rPr>
                <w:sz w:val="22"/>
              </w:rPr>
              <w:t>Personal qualities</w:t>
            </w:r>
          </w:p>
        </w:tc>
        <w:tc>
          <w:tcPr>
            <w:tcW w:w="4608" w:type="dxa"/>
            <w:shd w:val="clear" w:color="auto" w:fill="F5F8FA"/>
            <w:tcMar>
              <w:top w:w="80" w:type="dxa"/>
              <w:left w:w="90" w:type="dxa"/>
              <w:bottom w:w="80" w:type="dxa"/>
              <w:right w:w="90" w:type="dxa"/>
            </w:tcMar>
          </w:tcPr>
          <w:p w14:paraId="7B0EF468" w14:textId="77777777" w:rsidR="002C5E63" w:rsidRPr="00250727" w:rsidRDefault="00FA70B1" w:rsidP="00B0143F">
            <w:pPr>
              <w:spacing w:after="20"/>
              <w:rPr>
                <w:sz w:val="22"/>
              </w:rPr>
            </w:pPr>
            <w:r w:rsidRPr="00250727">
              <w:rPr>
                <w:sz w:val="22"/>
              </w:rPr>
              <w:t>Professional, compassionate, reliable, calm, fair, solution-focused and willing to take responsibility. Able to support others while setting clear expectations.</w:t>
            </w:r>
          </w:p>
        </w:tc>
        <w:tc>
          <w:tcPr>
            <w:tcW w:w="3240" w:type="dxa"/>
            <w:shd w:val="clear" w:color="auto" w:fill="F5F8FA"/>
            <w:tcMar>
              <w:top w:w="80" w:type="dxa"/>
              <w:left w:w="90" w:type="dxa"/>
              <w:bottom w:w="80" w:type="dxa"/>
              <w:right w:w="90" w:type="dxa"/>
            </w:tcMar>
          </w:tcPr>
          <w:p w14:paraId="728072E6" w14:textId="77777777" w:rsidR="002C5E63" w:rsidRPr="00250727" w:rsidRDefault="00FA70B1" w:rsidP="00B0143F">
            <w:pPr>
              <w:spacing w:after="20"/>
              <w:rPr>
                <w:sz w:val="22"/>
              </w:rPr>
            </w:pPr>
            <w:r w:rsidRPr="00250727">
              <w:rPr>
                <w:sz w:val="22"/>
              </w:rPr>
              <w:t>Evidence of developing colleagues, strengthening team resilience or leading sustained improvement.</w:t>
            </w:r>
          </w:p>
        </w:tc>
      </w:tr>
    </w:tbl>
    <w:p w14:paraId="72A3D3EC" w14:textId="77777777" w:rsidR="002C5E63" w:rsidRDefault="00FA70B1">
      <w:r>
        <w:br w:type="page"/>
      </w:r>
    </w:p>
    <w:p w14:paraId="73F861F2" w14:textId="77777777" w:rsidR="0035337B" w:rsidRDefault="0035337B" w:rsidP="0035337B">
      <w:pPr>
        <w:pStyle w:val="Title"/>
        <w:keepNext/>
        <w:rPr>
          <w:kern w:val="2"/>
          <w:lang w:val="en-GB" w:eastAsia="en-GB"/>
          <w14:ligatures w14:val="standardContextual"/>
        </w:rPr>
      </w:pPr>
      <w:r>
        <w:lastRenderedPageBreak/>
        <w:t>7. Application Form</w:t>
      </w:r>
    </w:p>
    <w:tbl>
      <w:tblPr>
        <w:tblW w:w="0" w:type="auto"/>
        <w:jc w:val="center"/>
        <w:tblLook w:val="04A0" w:firstRow="1" w:lastRow="0" w:firstColumn="1" w:lastColumn="0" w:noHBand="0" w:noVBand="1"/>
      </w:tblPr>
      <w:tblGrid>
        <w:gridCol w:w="10224"/>
      </w:tblGrid>
      <w:tr w:rsidR="002C5E63" w14:paraId="3CEE544B" w14:textId="77777777">
        <w:trPr>
          <w:jc w:val="center"/>
        </w:trPr>
        <w:tc>
          <w:tcPr>
            <w:tcW w:w="10224" w:type="dxa"/>
            <w:shd w:val="clear" w:color="auto" w:fill="17365D"/>
            <w:tcMar>
              <w:top w:w="80" w:type="dxa"/>
              <w:left w:w="90" w:type="dxa"/>
              <w:bottom w:w="80" w:type="dxa"/>
              <w:right w:w="90" w:type="dxa"/>
            </w:tcMar>
            <w:vAlign w:val="center"/>
          </w:tcPr>
          <w:p w14:paraId="4231189B" w14:textId="77777777" w:rsidR="002C5E63" w:rsidRDefault="00FA70B1">
            <w:pPr>
              <w:jc w:val="center"/>
            </w:pPr>
            <w:r>
              <w:rPr>
                <w:b/>
                <w:color w:val="FFFFFF"/>
              </w:rPr>
              <w:t>TRANSPORT OPERATIONS COORDINATOR APPLICATION</w:t>
            </w:r>
          </w:p>
        </w:tc>
      </w:tr>
    </w:tbl>
    <w:p w14:paraId="754443E5" w14:textId="77777777" w:rsidR="009C3A55" w:rsidRDefault="009C3A55">
      <w:pPr>
        <w:pStyle w:val="SmallPrint"/>
        <w:rPr>
          <w:sz w:val="22"/>
          <w:szCs w:val="32"/>
        </w:rPr>
      </w:pPr>
    </w:p>
    <w:p w14:paraId="76BF3A79" w14:textId="20263822" w:rsidR="002C5E63" w:rsidRPr="009C3A55" w:rsidRDefault="00FA70B1">
      <w:pPr>
        <w:pStyle w:val="SmallPrint"/>
        <w:rPr>
          <w:sz w:val="22"/>
          <w:szCs w:val="32"/>
        </w:rPr>
      </w:pPr>
      <w:r w:rsidRPr="009C3A55">
        <w:rPr>
          <w:sz w:val="22"/>
          <w:szCs w:val="32"/>
        </w:rPr>
        <w:t>For office use only</w:t>
      </w:r>
      <w:proofErr w:type="gramStart"/>
      <w:r w:rsidRPr="009C3A55">
        <w:rPr>
          <w:sz w:val="22"/>
          <w:szCs w:val="32"/>
        </w:rPr>
        <w:t>:  Reference</w:t>
      </w:r>
      <w:proofErr w:type="gramEnd"/>
      <w:r w:rsidRPr="009C3A55">
        <w:rPr>
          <w:sz w:val="22"/>
          <w:szCs w:val="32"/>
        </w:rPr>
        <w:t xml:space="preserve"> _________</w:t>
      </w:r>
      <w:proofErr w:type="gramStart"/>
      <w:r w:rsidRPr="009C3A55">
        <w:rPr>
          <w:sz w:val="22"/>
          <w:szCs w:val="32"/>
        </w:rPr>
        <w:t>_  Date</w:t>
      </w:r>
      <w:proofErr w:type="gramEnd"/>
      <w:r w:rsidRPr="009C3A55">
        <w:rPr>
          <w:sz w:val="22"/>
          <w:szCs w:val="32"/>
        </w:rPr>
        <w:t xml:space="preserve"> received _________</w:t>
      </w:r>
      <w:proofErr w:type="gramStart"/>
      <w:r w:rsidRPr="009C3A55">
        <w:rPr>
          <w:sz w:val="22"/>
          <w:szCs w:val="32"/>
        </w:rPr>
        <w:t>_  Eligible</w:t>
      </w:r>
      <w:proofErr w:type="gramEnd"/>
      <w:r w:rsidRPr="009C3A55">
        <w:rPr>
          <w:sz w:val="22"/>
          <w:szCs w:val="32"/>
        </w:rPr>
        <w:t xml:space="preserve"> for shortlisting:  ☐ </w:t>
      </w:r>
      <w:proofErr w:type="gramStart"/>
      <w:r w:rsidRPr="009C3A55">
        <w:rPr>
          <w:sz w:val="22"/>
          <w:szCs w:val="32"/>
        </w:rPr>
        <w:t>Yes  ☐</w:t>
      </w:r>
      <w:proofErr w:type="gramEnd"/>
      <w:r w:rsidRPr="009C3A55">
        <w:rPr>
          <w:sz w:val="22"/>
          <w:szCs w:val="32"/>
        </w:rPr>
        <w:t xml:space="preserve"> No</w:t>
      </w:r>
    </w:p>
    <w:p w14:paraId="6DAE389C" w14:textId="77777777" w:rsidR="002C5E63" w:rsidRDefault="00FA70B1">
      <w:pPr>
        <w:pStyle w:val="Heading1"/>
      </w:pPr>
      <w:r>
        <w:t>A. Personal and contact details</w:t>
      </w:r>
    </w:p>
    <w:p w14:paraId="66C95A1A" w14:textId="77777777" w:rsidR="002C5E63" w:rsidRDefault="00FA70B1">
      <w:pPr>
        <w:spacing w:after="40"/>
      </w:pPr>
      <w:r>
        <w:rPr>
          <w:b/>
          <w:color w:val="17365D"/>
        </w:rPr>
        <w:t>Full name</w:t>
      </w:r>
    </w:p>
    <w:sdt>
      <w:sdtPr>
        <w:alias w:val="Applicant response"/>
        <w:tag w:val="applicant_form_field"/>
        <w:id w:val="1947882330"/>
        <w:placeholder>
          <w:docPart w:val="5FF926270AB5488293E0A3A12EA2D966"/>
        </w:placeholder>
        <w15:color w:val="137C8B"/>
        <w:text/>
      </w:sdtPr>
      <w:sdtContent>
        <w:p w14:paraId="3EC5595A" w14:textId="1F7206F7" w:rsidR="002C5E63" w:rsidRDefault="00B567CB">
          <w:r>
            <w:t xml:space="preserve"> </w:t>
          </w:r>
        </w:p>
      </w:sdtContent>
    </w:sdt>
    <w:p w14:paraId="47D2A083" w14:textId="77777777" w:rsidR="002C5E63" w:rsidRDefault="00FA70B1">
      <w:pPr>
        <w:spacing w:after="40"/>
      </w:pPr>
      <w:r>
        <w:rPr>
          <w:b/>
          <w:color w:val="17365D"/>
        </w:rPr>
        <w:t>Address</w:t>
      </w:r>
    </w:p>
    <w:sdt>
      <w:sdtPr>
        <w:alias w:val="Applicant response"/>
        <w:tag w:val="applicant_form_field"/>
        <w:id w:val="-248123547"/>
        <w:placeholder>
          <w:docPart w:val="5A01F30C6A4147A3B3AA64AB2C721DA6"/>
        </w:placeholder>
        <w15:color w:val="137C8B"/>
        <w:text/>
      </w:sdtPr>
      <w:sdtContent>
        <w:p w14:paraId="7EAAACE0" w14:textId="07E63C04" w:rsidR="002C5E63" w:rsidRDefault="00B567CB">
          <w:r>
            <w:t xml:space="preserve"> </w:t>
          </w:r>
        </w:p>
      </w:sdtContent>
    </w:sdt>
    <w:p w14:paraId="2312CEE1" w14:textId="77777777" w:rsidR="002C5E63" w:rsidRDefault="00FA70B1">
      <w:pPr>
        <w:spacing w:after="40"/>
      </w:pPr>
      <w:r>
        <w:rPr>
          <w:b/>
          <w:color w:val="17365D"/>
        </w:rPr>
        <w:t>Postcode</w:t>
      </w:r>
    </w:p>
    <w:sdt>
      <w:sdtPr>
        <w:alias w:val="Applicant response"/>
        <w:tag w:val="applicant_form_field"/>
        <w:id w:val="2055729353"/>
        <w:placeholder>
          <w:docPart w:val="48C2941A53634C5CA8F9DF041BBFF667"/>
        </w:placeholder>
        <w15:color w:val="137C8B"/>
        <w:text/>
      </w:sdtPr>
      <w:sdtContent>
        <w:p w14:paraId="2EF420EB" w14:textId="72F5F1BF" w:rsidR="002C5E63" w:rsidRDefault="00B567CB">
          <w:r>
            <w:t xml:space="preserve"> </w:t>
          </w:r>
        </w:p>
      </w:sdtContent>
    </w:sdt>
    <w:p w14:paraId="72AD11C8" w14:textId="77777777" w:rsidR="002C5E63" w:rsidRDefault="00FA70B1">
      <w:pPr>
        <w:spacing w:after="40"/>
      </w:pPr>
      <w:r>
        <w:rPr>
          <w:b/>
          <w:color w:val="17365D"/>
        </w:rPr>
        <w:t>Telephone number</w:t>
      </w:r>
    </w:p>
    <w:sdt>
      <w:sdtPr>
        <w:alias w:val="Applicant response"/>
        <w:tag w:val="applicant_form_field"/>
        <w:id w:val="-314489255"/>
        <w:placeholder>
          <w:docPart w:val="2674CDBECEFD4FD9A70EAA8FA91DD170"/>
        </w:placeholder>
        <w15:color w:val="137C8B"/>
        <w:text/>
      </w:sdtPr>
      <w:sdtContent>
        <w:p w14:paraId="495EFC39" w14:textId="5F5983D5" w:rsidR="002C5E63" w:rsidRDefault="00B567CB">
          <w:r>
            <w:t xml:space="preserve"> </w:t>
          </w:r>
        </w:p>
      </w:sdtContent>
    </w:sdt>
    <w:p w14:paraId="58C6109E" w14:textId="77777777" w:rsidR="002C5E63" w:rsidRDefault="00FA70B1">
      <w:pPr>
        <w:spacing w:after="40"/>
      </w:pPr>
      <w:r>
        <w:rPr>
          <w:b/>
          <w:color w:val="17365D"/>
        </w:rPr>
        <w:t>Email address</w:t>
      </w:r>
    </w:p>
    <w:sdt>
      <w:sdtPr>
        <w:alias w:val="Applicant response"/>
        <w:tag w:val="applicant_form_field"/>
        <w:id w:val="102616919"/>
        <w:placeholder>
          <w:docPart w:val="6A91DCB443E94E9AA46BF582B3C0E451"/>
        </w:placeholder>
        <w15:color w:val="137C8B"/>
        <w:text/>
      </w:sdtPr>
      <w:sdtContent>
        <w:p w14:paraId="6C7F1499" w14:textId="314701FE" w:rsidR="002C5E63" w:rsidRDefault="00B567CB">
          <w:r>
            <w:t xml:space="preserve"> </w:t>
          </w:r>
        </w:p>
      </w:sdtContent>
    </w:sdt>
    <w:p w14:paraId="50D15A46" w14:textId="77777777" w:rsidR="002C5E63" w:rsidRDefault="00FA70B1">
      <w:r>
        <w:t xml:space="preserve">Do you require reasonable adjustments for any stage of the recruitment process?  ☐ </w:t>
      </w:r>
      <w:proofErr w:type="gramStart"/>
      <w:r>
        <w:t>No  ☐</w:t>
      </w:r>
      <w:proofErr w:type="gramEnd"/>
      <w:r>
        <w:t xml:space="preserve"> Yes</w:t>
      </w:r>
    </w:p>
    <w:p w14:paraId="10CE9B90" w14:textId="77777777" w:rsidR="002C5E63" w:rsidRDefault="00FA70B1">
      <w:r>
        <w:t>If yes, please provide details or contact us confidentially:</w:t>
      </w:r>
    </w:p>
    <w:p w14:paraId="0D0B940D" w14:textId="31F601D9" w:rsidR="002C5E63" w:rsidRDefault="002C5E63">
      <w:pPr>
        <w:spacing w:after="40"/>
      </w:pPr>
    </w:p>
    <w:p w14:paraId="4EE2FF31" w14:textId="58C108B0" w:rsidR="002C5E63" w:rsidRDefault="002C5E63"/>
    <w:p w14:paraId="585B0C83" w14:textId="007737A9" w:rsidR="002C5E63" w:rsidRDefault="002C5E63"/>
    <w:p w14:paraId="61FFE526" w14:textId="77777777" w:rsidR="002C5E63" w:rsidRDefault="00FA70B1">
      <w:pPr>
        <w:pStyle w:val="Heading1"/>
      </w:pPr>
      <w:r>
        <w:t>B. Eligibility</w:t>
      </w:r>
    </w:p>
    <w:p w14:paraId="478410E5" w14:textId="77777777" w:rsidR="002C5E63" w:rsidRDefault="00FA70B1">
      <w:proofErr w:type="gramStart"/>
      <w:r>
        <w:t>☐  I</w:t>
      </w:r>
      <w:proofErr w:type="gramEnd"/>
      <w:r>
        <w:t xml:space="preserve"> am legally entitled to work in the United Kingdom.</w:t>
      </w:r>
    </w:p>
    <w:p w14:paraId="4343827F" w14:textId="77777777" w:rsidR="002C5E63" w:rsidRDefault="00FA70B1">
      <w:proofErr w:type="gramStart"/>
      <w:r>
        <w:t>☐  I</w:t>
      </w:r>
      <w:proofErr w:type="gramEnd"/>
      <w:r>
        <w:t xml:space="preserve"> can meet the normal working pattern stated for the post.</w:t>
      </w:r>
    </w:p>
    <w:p w14:paraId="23AE43D5" w14:textId="2B1693B7" w:rsidR="002C5E63" w:rsidRPr="00AB754D" w:rsidRDefault="00FA70B1">
      <w:pPr>
        <w:pStyle w:val="SmallPrint"/>
        <w:rPr>
          <w:sz w:val="20"/>
          <w:szCs w:val="20"/>
        </w:rPr>
      </w:pPr>
      <w:r w:rsidRPr="00AB754D">
        <w:rPr>
          <w:sz w:val="20"/>
          <w:szCs w:val="20"/>
        </w:rPr>
        <w:t>The successful applicant will be asked to provide evidence of eligibility to work</w:t>
      </w:r>
      <w:r w:rsidR="00D315CC" w:rsidRPr="00AB754D">
        <w:rPr>
          <w:sz w:val="20"/>
          <w:szCs w:val="20"/>
        </w:rPr>
        <w:t xml:space="preserve"> in the UK</w:t>
      </w:r>
      <w:r w:rsidRPr="00AB754D">
        <w:rPr>
          <w:sz w:val="20"/>
          <w:szCs w:val="20"/>
        </w:rPr>
        <w:t xml:space="preserve">. </w:t>
      </w:r>
      <w:r w:rsidR="00D315CC" w:rsidRPr="00AB754D">
        <w:rPr>
          <w:sz w:val="20"/>
          <w:szCs w:val="20"/>
        </w:rPr>
        <w:t xml:space="preserve"> </w:t>
      </w:r>
      <w:r w:rsidR="00AB754D" w:rsidRPr="00AB754D">
        <w:rPr>
          <w:sz w:val="20"/>
          <w:szCs w:val="20"/>
        </w:rPr>
        <w:t>The successful applicant will be required to undergo a Basic Access NI Disclosure Check.</w:t>
      </w:r>
    </w:p>
    <w:p w14:paraId="567A9EBF" w14:textId="77777777" w:rsidR="002C5E63" w:rsidRDefault="00FA70B1">
      <w:pPr>
        <w:pStyle w:val="Heading1"/>
      </w:pPr>
      <w:r>
        <w:t>C. Employment history</w:t>
      </w:r>
    </w:p>
    <w:p w14:paraId="57FA908E" w14:textId="77777777" w:rsidR="002C5E63" w:rsidRDefault="00FA70B1">
      <w:r>
        <w:t>Begin with your present or most recent employment. Explain any significant gaps in employment in the space provided.</w:t>
      </w:r>
    </w:p>
    <w:p w14:paraId="2E79FD13" w14:textId="77777777" w:rsidR="00AB754D" w:rsidRDefault="00AB754D"/>
    <w:p w14:paraId="44027C94" w14:textId="77777777" w:rsidR="002C5E63" w:rsidRDefault="00FA70B1">
      <w:pPr>
        <w:pStyle w:val="Heading2"/>
      </w:pPr>
      <w:r>
        <w:lastRenderedPageBreak/>
        <w:t>Employment 1</w:t>
      </w:r>
    </w:p>
    <w:tbl>
      <w:tblPr>
        <w:tblStyle w:val="TableGrid"/>
        <w:tblW w:w="0" w:type="auto"/>
        <w:jc w:val="center"/>
        <w:tblLook w:val="04A0" w:firstRow="1" w:lastRow="0" w:firstColumn="1" w:lastColumn="0" w:noHBand="0" w:noVBand="1"/>
      </w:tblPr>
      <w:tblGrid>
        <w:gridCol w:w="3024"/>
        <w:gridCol w:w="6624"/>
      </w:tblGrid>
      <w:tr w:rsidR="002C5E63" w14:paraId="35841892" w14:textId="77777777">
        <w:trPr>
          <w:jc w:val="center"/>
        </w:trPr>
        <w:tc>
          <w:tcPr>
            <w:tcW w:w="3024" w:type="dxa"/>
            <w:tcMar>
              <w:top w:w="80" w:type="dxa"/>
              <w:left w:w="90" w:type="dxa"/>
              <w:bottom w:w="80" w:type="dxa"/>
              <w:right w:w="90" w:type="dxa"/>
            </w:tcMar>
            <w:vAlign w:val="center"/>
          </w:tcPr>
          <w:p w14:paraId="1BF509B0" w14:textId="77777777" w:rsidR="002C5E63" w:rsidRPr="009C3A55" w:rsidRDefault="00FA70B1">
            <w:pPr>
              <w:spacing w:after="20"/>
              <w:rPr>
                <w:szCs w:val="32"/>
              </w:rPr>
            </w:pPr>
            <w:r w:rsidRPr="009C3A55">
              <w:rPr>
                <w:b/>
                <w:color w:val="17365D"/>
                <w:szCs w:val="32"/>
              </w:rPr>
              <w:t>Employer name and address</w:t>
            </w:r>
          </w:p>
        </w:tc>
        <w:tc>
          <w:tcPr>
            <w:tcW w:w="6624" w:type="dxa"/>
            <w:tcMar>
              <w:top w:w="80" w:type="dxa"/>
              <w:left w:w="90" w:type="dxa"/>
              <w:bottom w:w="80" w:type="dxa"/>
              <w:right w:w="90" w:type="dxa"/>
            </w:tcMar>
            <w:vAlign w:val="center"/>
          </w:tcPr>
          <w:p w14:paraId="0E27B00A" w14:textId="71185B33" w:rsidR="002C5E63" w:rsidRPr="009C3A55" w:rsidRDefault="00000000">
            <w:pPr>
              <w:spacing w:after="20"/>
              <w:rPr>
                <w:szCs w:val="32"/>
              </w:rPr>
            </w:pPr>
            <w:sdt>
              <w:sdtPr>
                <w:rPr>
                  <w:szCs w:val="32"/>
                </w:rPr>
                <w:alias w:val="Applicant table response"/>
                <w:tag w:val="applicant_form_field"/>
                <w:id w:val="1989122849"/>
                <w:placeholder>
                  <w:docPart w:val="DC5B7E1F495B422C9FFD43867BAAD506"/>
                </w:placeholder>
                <w15:color w:val="137C8B"/>
                <w:text/>
              </w:sdtPr>
              <w:sdtContent>
                <w:r w:rsidR="00B567CB" w:rsidRPr="009C3A55">
                  <w:rPr>
                    <w:szCs w:val="32"/>
                  </w:rPr>
                  <w:t xml:space="preserve"> </w:t>
                </w:r>
              </w:sdtContent>
            </w:sdt>
            <w:sdt>
              <w:sdtPr>
                <w:rPr>
                  <w:szCs w:val="32"/>
                </w:rPr>
                <w:alias w:val="Applicant response"/>
                <w:tag w:val="applicant_form_field"/>
                <w:id w:val="-1159075918"/>
                <w:placeholder>
                  <w:docPart w:val="750B7FE335F84A1780810E7327A50D5A"/>
                </w:placeholder>
                <w15:color w:val="137C8B"/>
                <w:text/>
              </w:sdtPr>
              <w:sdtContent>
                <w:r w:rsidR="00075718" w:rsidRPr="009C3A55">
                  <w:rPr>
                    <w:szCs w:val="32"/>
                  </w:rPr>
                  <w:br/>
                </w:r>
              </w:sdtContent>
            </w:sdt>
          </w:p>
        </w:tc>
      </w:tr>
      <w:tr w:rsidR="002C5E63" w14:paraId="4522F6CB" w14:textId="77777777">
        <w:trPr>
          <w:jc w:val="center"/>
        </w:trPr>
        <w:tc>
          <w:tcPr>
            <w:tcW w:w="3024" w:type="dxa"/>
            <w:tcMar>
              <w:top w:w="80" w:type="dxa"/>
              <w:left w:w="90" w:type="dxa"/>
              <w:bottom w:w="80" w:type="dxa"/>
              <w:right w:w="90" w:type="dxa"/>
            </w:tcMar>
            <w:vAlign w:val="center"/>
          </w:tcPr>
          <w:p w14:paraId="38954474" w14:textId="77777777" w:rsidR="002C5E63" w:rsidRPr="009C3A55" w:rsidRDefault="00FA70B1">
            <w:pPr>
              <w:spacing w:after="20"/>
              <w:rPr>
                <w:szCs w:val="32"/>
              </w:rPr>
            </w:pPr>
            <w:r w:rsidRPr="009C3A55">
              <w:rPr>
                <w:b/>
                <w:color w:val="17365D"/>
                <w:szCs w:val="32"/>
              </w:rPr>
              <w:t>Job title</w:t>
            </w:r>
          </w:p>
        </w:tc>
        <w:tc>
          <w:tcPr>
            <w:tcW w:w="6624" w:type="dxa"/>
            <w:tcMar>
              <w:top w:w="80" w:type="dxa"/>
              <w:left w:w="90" w:type="dxa"/>
              <w:bottom w:w="80" w:type="dxa"/>
              <w:right w:w="90" w:type="dxa"/>
            </w:tcMar>
            <w:vAlign w:val="center"/>
          </w:tcPr>
          <w:p w14:paraId="60061E4C" w14:textId="1BEE777B" w:rsidR="002C5E63" w:rsidRPr="009C3A55" w:rsidRDefault="00000000">
            <w:pPr>
              <w:spacing w:after="20"/>
              <w:rPr>
                <w:szCs w:val="32"/>
              </w:rPr>
            </w:pPr>
            <w:sdt>
              <w:sdtPr>
                <w:rPr>
                  <w:szCs w:val="32"/>
                </w:rPr>
                <w:alias w:val="Applicant table response"/>
                <w:tag w:val="applicant_form_field"/>
                <w:id w:val="-1025086665"/>
                <w:placeholder>
                  <w:docPart w:val="8133DC8C86AA468BB46256ED684F0BF0"/>
                </w:placeholder>
                <w15:color w:val="137C8B"/>
                <w:text/>
              </w:sdtPr>
              <w:sdtContent>
                <w:r w:rsidR="00B567CB" w:rsidRPr="009C3A55">
                  <w:rPr>
                    <w:szCs w:val="32"/>
                  </w:rPr>
                  <w:t xml:space="preserve"> </w:t>
                </w:r>
              </w:sdtContent>
            </w:sdt>
            <w:sdt>
              <w:sdtPr>
                <w:rPr>
                  <w:szCs w:val="32"/>
                </w:rPr>
                <w:alias w:val="Applicant response"/>
                <w:tag w:val="applicant_form_field"/>
                <w:id w:val="1499465840"/>
                <w:placeholder>
                  <w:docPart w:val="24F7AC0D83E446F1B469A6E275F79C70"/>
                </w:placeholder>
                <w15:color w:val="137C8B"/>
                <w:text/>
              </w:sdtPr>
              <w:sdtContent>
                <w:r w:rsidR="00075718" w:rsidRPr="009C3A55">
                  <w:rPr>
                    <w:szCs w:val="32"/>
                  </w:rPr>
                  <w:br/>
                </w:r>
              </w:sdtContent>
            </w:sdt>
          </w:p>
        </w:tc>
      </w:tr>
      <w:tr w:rsidR="002C5E63" w14:paraId="51BFF32B" w14:textId="77777777">
        <w:trPr>
          <w:jc w:val="center"/>
        </w:trPr>
        <w:tc>
          <w:tcPr>
            <w:tcW w:w="3024" w:type="dxa"/>
            <w:shd w:val="clear" w:color="auto" w:fill="F5F8FA"/>
            <w:tcMar>
              <w:top w:w="80" w:type="dxa"/>
              <w:left w:w="90" w:type="dxa"/>
              <w:bottom w:w="80" w:type="dxa"/>
              <w:right w:w="90" w:type="dxa"/>
            </w:tcMar>
            <w:vAlign w:val="center"/>
          </w:tcPr>
          <w:p w14:paraId="038998BC" w14:textId="77777777" w:rsidR="002C5E63" w:rsidRPr="009C3A55" w:rsidRDefault="00FA70B1">
            <w:pPr>
              <w:spacing w:after="20"/>
              <w:rPr>
                <w:szCs w:val="32"/>
              </w:rPr>
            </w:pPr>
            <w:r w:rsidRPr="009C3A55">
              <w:rPr>
                <w:b/>
                <w:color w:val="17365D"/>
                <w:szCs w:val="32"/>
              </w:rPr>
              <w:t>Dates employed and reason for leaving</w:t>
            </w:r>
          </w:p>
        </w:tc>
        <w:tc>
          <w:tcPr>
            <w:tcW w:w="6624" w:type="dxa"/>
            <w:shd w:val="clear" w:color="auto" w:fill="F5F8FA"/>
            <w:tcMar>
              <w:top w:w="80" w:type="dxa"/>
              <w:left w:w="90" w:type="dxa"/>
              <w:bottom w:w="80" w:type="dxa"/>
              <w:right w:w="90" w:type="dxa"/>
            </w:tcMar>
            <w:vAlign w:val="center"/>
          </w:tcPr>
          <w:p w14:paraId="44EAFD9C" w14:textId="3D8E94D4" w:rsidR="002C5E63" w:rsidRPr="009C3A55" w:rsidRDefault="00000000">
            <w:pPr>
              <w:spacing w:after="20"/>
              <w:rPr>
                <w:szCs w:val="32"/>
              </w:rPr>
            </w:pPr>
            <w:sdt>
              <w:sdtPr>
                <w:rPr>
                  <w:szCs w:val="32"/>
                </w:rPr>
                <w:alias w:val="Applicant table response"/>
                <w:tag w:val="applicant_form_field"/>
                <w:id w:val="-1899661820"/>
                <w:placeholder>
                  <w:docPart w:val="F298296BC0214F98A05E1BABBCED9C43"/>
                </w:placeholder>
                <w15:color w:val="137C8B"/>
                <w:text/>
              </w:sdtPr>
              <w:sdtContent>
                <w:r w:rsidR="00B567CB" w:rsidRPr="009C3A55">
                  <w:rPr>
                    <w:szCs w:val="32"/>
                  </w:rPr>
                  <w:t xml:space="preserve"> </w:t>
                </w:r>
              </w:sdtContent>
            </w:sdt>
            <w:sdt>
              <w:sdtPr>
                <w:rPr>
                  <w:szCs w:val="32"/>
                </w:rPr>
                <w:alias w:val="Applicant response"/>
                <w:tag w:val="applicant_form_field"/>
                <w:id w:val="1846584863"/>
                <w:placeholder>
                  <w:docPart w:val="73D2AB848E84496B9315FFDC7BC67066"/>
                </w:placeholder>
                <w15:color w:val="137C8B"/>
                <w:text/>
              </w:sdtPr>
              <w:sdtContent>
                <w:r w:rsidR="00075718" w:rsidRPr="009C3A55">
                  <w:rPr>
                    <w:szCs w:val="32"/>
                  </w:rPr>
                  <w:br/>
                </w:r>
              </w:sdtContent>
            </w:sdt>
          </w:p>
        </w:tc>
      </w:tr>
      <w:tr w:rsidR="002C5E63" w14:paraId="0E4E77AB" w14:textId="77777777">
        <w:trPr>
          <w:jc w:val="center"/>
        </w:trPr>
        <w:tc>
          <w:tcPr>
            <w:tcW w:w="3024" w:type="dxa"/>
            <w:tcMar>
              <w:top w:w="80" w:type="dxa"/>
              <w:left w:w="90" w:type="dxa"/>
              <w:bottom w:w="80" w:type="dxa"/>
              <w:right w:w="90" w:type="dxa"/>
            </w:tcMar>
            <w:vAlign w:val="center"/>
          </w:tcPr>
          <w:p w14:paraId="1516A6ED" w14:textId="77777777" w:rsidR="002C5E63" w:rsidRPr="009C3A55" w:rsidRDefault="00FA70B1">
            <w:pPr>
              <w:spacing w:after="20"/>
              <w:rPr>
                <w:szCs w:val="32"/>
              </w:rPr>
            </w:pPr>
            <w:r w:rsidRPr="009C3A55">
              <w:rPr>
                <w:b/>
                <w:color w:val="17365D"/>
                <w:szCs w:val="32"/>
              </w:rPr>
              <w:t>Key responsibilities and achievements</w:t>
            </w:r>
          </w:p>
        </w:tc>
        <w:tc>
          <w:tcPr>
            <w:tcW w:w="6624" w:type="dxa"/>
            <w:tcMar>
              <w:top w:w="80" w:type="dxa"/>
              <w:left w:w="90" w:type="dxa"/>
              <w:bottom w:w="80" w:type="dxa"/>
              <w:right w:w="90" w:type="dxa"/>
            </w:tcMar>
            <w:vAlign w:val="center"/>
          </w:tcPr>
          <w:p w14:paraId="4B94D5A5" w14:textId="00F59913" w:rsidR="002C5E63" w:rsidRPr="009C3A55" w:rsidRDefault="00000000">
            <w:pPr>
              <w:spacing w:after="20"/>
              <w:rPr>
                <w:szCs w:val="32"/>
              </w:rPr>
            </w:pPr>
            <w:sdt>
              <w:sdtPr>
                <w:rPr>
                  <w:szCs w:val="32"/>
                </w:rPr>
                <w:alias w:val="Applicant table response"/>
                <w:tag w:val="applicant_form_field"/>
                <w:id w:val="235976384"/>
                <w:placeholder>
                  <w:docPart w:val="1B0FCE02408A4F75B70E089E23E56BA4"/>
                </w:placeholder>
                <w15:color w:val="137C8B"/>
                <w:text/>
              </w:sdtPr>
              <w:sdtContent>
                <w:r w:rsidR="00B567CB" w:rsidRPr="009C3A55">
                  <w:rPr>
                    <w:szCs w:val="32"/>
                  </w:rPr>
                  <w:t xml:space="preserve"> </w:t>
                </w:r>
              </w:sdtContent>
            </w:sdt>
            <w:sdt>
              <w:sdtPr>
                <w:rPr>
                  <w:szCs w:val="32"/>
                </w:rPr>
                <w:alias w:val="Applicant response"/>
                <w:tag w:val="applicant_form_field"/>
                <w:id w:val="-771786087"/>
                <w:placeholder>
                  <w:docPart w:val="5500E080C32A4705BDC4D797A1CE7208"/>
                </w:placeholder>
                <w15:color w:val="137C8B"/>
                <w:text/>
              </w:sdtPr>
              <w:sdtContent>
                <w:r w:rsidR="00075718" w:rsidRPr="009C3A55">
                  <w:rPr>
                    <w:szCs w:val="32"/>
                  </w:rPr>
                  <w:br/>
                </w:r>
                <w:r w:rsidR="00075718" w:rsidRPr="009C3A55">
                  <w:rPr>
                    <w:szCs w:val="32"/>
                  </w:rPr>
                  <w:br/>
                </w:r>
              </w:sdtContent>
            </w:sdt>
          </w:p>
        </w:tc>
      </w:tr>
    </w:tbl>
    <w:p w14:paraId="7C54A058" w14:textId="77777777" w:rsidR="002C5E63" w:rsidRDefault="00FA70B1">
      <w:pPr>
        <w:pStyle w:val="Heading2"/>
      </w:pPr>
      <w:r>
        <w:t>Employment 2</w:t>
      </w:r>
    </w:p>
    <w:tbl>
      <w:tblPr>
        <w:tblStyle w:val="TableGrid"/>
        <w:tblW w:w="0" w:type="auto"/>
        <w:jc w:val="center"/>
        <w:tblLook w:val="04A0" w:firstRow="1" w:lastRow="0" w:firstColumn="1" w:lastColumn="0" w:noHBand="0" w:noVBand="1"/>
      </w:tblPr>
      <w:tblGrid>
        <w:gridCol w:w="3024"/>
        <w:gridCol w:w="6624"/>
      </w:tblGrid>
      <w:tr w:rsidR="002C5E63" w14:paraId="012E73A9" w14:textId="77777777">
        <w:trPr>
          <w:jc w:val="center"/>
        </w:trPr>
        <w:tc>
          <w:tcPr>
            <w:tcW w:w="3024" w:type="dxa"/>
            <w:tcMar>
              <w:top w:w="80" w:type="dxa"/>
              <w:left w:w="90" w:type="dxa"/>
              <w:bottom w:w="80" w:type="dxa"/>
              <w:right w:w="90" w:type="dxa"/>
            </w:tcMar>
            <w:vAlign w:val="center"/>
          </w:tcPr>
          <w:p w14:paraId="3D440AA9" w14:textId="77777777" w:rsidR="002C5E63" w:rsidRPr="009C3A55" w:rsidRDefault="00FA70B1">
            <w:pPr>
              <w:spacing w:after="20"/>
              <w:rPr>
                <w:szCs w:val="32"/>
              </w:rPr>
            </w:pPr>
            <w:r w:rsidRPr="009C3A55">
              <w:rPr>
                <w:b/>
                <w:color w:val="17365D"/>
                <w:szCs w:val="32"/>
              </w:rPr>
              <w:t>Employer name and address</w:t>
            </w:r>
          </w:p>
        </w:tc>
        <w:tc>
          <w:tcPr>
            <w:tcW w:w="6624" w:type="dxa"/>
            <w:tcMar>
              <w:top w:w="80" w:type="dxa"/>
              <w:left w:w="90" w:type="dxa"/>
              <w:bottom w:w="80" w:type="dxa"/>
              <w:right w:w="90" w:type="dxa"/>
            </w:tcMar>
            <w:vAlign w:val="center"/>
          </w:tcPr>
          <w:p w14:paraId="3DEEC669" w14:textId="300D7903" w:rsidR="002C5E63" w:rsidRDefault="00000000">
            <w:pPr>
              <w:spacing w:after="20"/>
            </w:pPr>
            <w:sdt>
              <w:sdtPr>
                <w:rPr>
                  <w:sz w:val="18"/>
                </w:rPr>
                <w:alias w:val="Applicant table response"/>
                <w:tag w:val="applicant_form_field"/>
                <w:id w:val="-2101470063"/>
                <w:placeholder>
                  <w:docPart w:val="2C3F9E82D1E44D64A85304B919116C5D"/>
                </w:placeholder>
                <w15:color w:val="137C8B"/>
                <w:text/>
              </w:sdtPr>
              <w:sdtContent>
                <w:r w:rsidR="00B567CB">
                  <w:rPr>
                    <w:sz w:val="18"/>
                  </w:rPr>
                  <w:t xml:space="preserve"> </w:t>
                </w:r>
              </w:sdtContent>
            </w:sdt>
            <w:sdt>
              <w:sdtPr>
                <w:rPr>
                  <w:sz w:val="18"/>
                </w:rPr>
                <w:alias w:val="Applicant response"/>
                <w:tag w:val="applicant_form_field"/>
                <w:id w:val="533930342"/>
                <w:placeholder>
                  <w:docPart w:val="8D44A41E1F0B40D7A2EE772C8941374A"/>
                </w:placeholder>
                <w15:color w:val="137C8B"/>
                <w:text/>
              </w:sdtPr>
              <w:sdtContent>
                <w:r w:rsidR="00075718" w:rsidRPr="00075718">
                  <w:rPr>
                    <w:sz w:val="18"/>
                  </w:rPr>
                  <w:br/>
                </w:r>
              </w:sdtContent>
            </w:sdt>
          </w:p>
        </w:tc>
      </w:tr>
      <w:tr w:rsidR="002C5E63" w14:paraId="04A6DA07" w14:textId="77777777">
        <w:trPr>
          <w:jc w:val="center"/>
        </w:trPr>
        <w:tc>
          <w:tcPr>
            <w:tcW w:w="3024" w:type="dxa"/>
            <w:tcMar>
              <w:top w:w="80" w:type="dxa"/>
              <w:left w:w="90" w:type="dxa"/>
              <w:bottom w:w="80" w:type="dxa"/>
              <w:right w:w="90" w:type="dxa"/>
            </w:tcMar>
            <w:vAlign w:val="center"/>
          </w:tcPr>
          <w:p w14:paraId="5E2FA9DE" w14:textId="77777777" w:rsidR="002C5E63" w:rsidRPr="009C3A55" w:rsidRDefault="00FA70B1">
            <w:pPr>
              <w:spacing w:after="20"/>
              <w:rPr>
                <w:szCs w:val="32"/>
              </w:rPr>
            </w:pPr>
            <w:r w:rsidRPr="009C3A55">
              <w:rPr>
                <w:b/>
                <w:color w:val="17365D"/>
                <w:szCs w:val="32"/>
              </w:rPr>
              <w:t>Job title</w:t>
            </w:r>
          </w:p>
        </w:tc>
        <w:tc>
          <w:tcPr>
            <w:tcW w:w="6624" w:type="dxa"/>
            <w:tcMar>
              <w:top w:w="80" w:type="dxa"/>
              <w:left w:w="90" w:type="dxa"/>
              <w:bottom w:w="80" w:type="dxa"/>
              <w:right w:w="90" w:type="dxa"/>
            </w:tcMar>
            <w:vAlign w:val="center"/>
          </w:tcPr>
          <w:p w14:paraId="3656B9AB" w14:textId="23FCC804" w:rsidR="002C5E63" w:rsidRDefault="00000000">
            <w:pPr>
              <w:spacing w:after="20"/>
            </w:pPr>
            <w:sdt>
              <w:sdtPr>
                <w:rPr>
                  <w:sz w:val="18"/>
                </w:rPr>
                <w:alias w:val="Applicant table response"/>
                <w:tag w:val="applicant_form_field"/>
                <w:id w:val="-1450692812"/>
                <w:placeholder>
                  <w:docPart w:val="185939E37DEC406EBE4E78AC46564246"/>
                </w:placeholder>
                <w15:color w:val="137C8B"/>
                <w:text/>
              </w:sdtPr>
              <w:sdtContent>
                <w:r w:rsidR="00B567CB">
                  <w:rPr>
                    <w:sz w:val="18"/>
                  </w:rPr>
                  <w:t xml:space="preserve"> </w:t>
                </w:r>
              </w:sdtContent>
            </w:sdt>
            <w:sdt>
              <w:sdtPr>
                <w:rPr>
                  <w:sz w:val="18"/>
                </w:rPr>
                <w:alias w:val="Applicant response"/>
                <w:tag w:val="applicant_form_field"/>
                <w:id w:val="652035011"/>
                <w:placeholder>
                  <w:docPart w:val="7DB34566F1FB4CAAAB993E71DA6E786F"/>
                </w:placeholder>
                <w15:color w:val="137C8B"/>
                <w:text/>
              </w:sdtPr>
              <w:sdtContent>
                <w:r w:rsidR="00075718" w:rsidRPr="00075718">
                  <w:rPr>
                    <w:sz w:val="18"/>
                  </w:rPr>
                  <w:br/>
                </w:r>
              </w:sdtContent>
            </w:sdt>
          </w:p>
        </w:tc>
      </w:tr>
      <w:tr w:rsidR="002C5E63" w14:paraId="751E05D8" w14:textId="77777777">
        <w:trPr>
          <w:jc w:val="center"/>
        </w:trPr>
        <w:tc>
          <w:tcPr>
            <w:tcW w:w="3024" w:type="dxa"/>
            <w:shd w:val="clear" w:color="auto" w:fill="F5F8FA"/>
            <w:tcMar>
              <w:top w:w="80" w:type="dxa"/>
              <w:left w:w="90" w:type="dxa"/>
              <w:bottom w:w="80" w:type="dxa"/>
              <w:right w:w="90" w:type="dxa"/>
            </w:tcMar>
            <w:vAlign w:val="center"/>
          </w:tcPr>
          <w:p w14:paraId="66E94562" w14:textId="77777777" w:rsidR="002C5E63" w:rsidRPr="009C3A55" w:rsidRDefault="00FA70B1">
            <w:pPr>
              <w:spacing w:after="20"/>
              <w:rPr>
                <w:szCs w:val="32"/>
              </w:rPr>
            </w:pPr>
            <w:r w:rsidRPr="009C3A55">
              <w:rPr>
                <w:b/>
                <w:color w:val="17365D"/>
                <w:szCs w:val="32"/>
              </w:rPr>
              <w:t>Dates employed and reason for leaving</w:t>
            </w:r>
          </w:p>
        </w:tc>
        <w:tc>
          <w:tcPr>
            <w:tcW w:w="6624" w:type="dxa"/>
            <w:shd w:val="clear" w:color="auto" w:fill="F5F8FA"/>
            <w:tcMar>
              <w:top w:w="80" w:type="dxa"/>
              <w:left w:w="90" w:type="dxa"/>
              <w:bottom w:w="80" w:type="dxa"/>
              <w:right w:w="90" w:type="dxa"/>
            </w:tcMar>
            <w:vAlign w:val="center"/>
          </w:tcPr>
          <w:p w14:paraId="45FB0818" w14:textId="37BD146A" w:rsidR="002C5E63" w:rsidRDefault="00000000">
            <w:pPr>
              <w:spacing w:after="20"/>
            </w:pPr>
            <w:sdt>
              <w:sdtPr>
                <w:rPr>
                  <w:sz w:val="18"/>
                </w:rPr>
                <w:alias w:val="Applicant table response"/>
                <w:tag w:val="applicant_form_field"/>
                <w:id w:val="-1610813199"/>
                <w:placeholder>
                  <w:docPart w:val="1DEDCBF243124FEEBF9A7CD478979347"/>
                </w:placeholder>
                <w15:color w:val="137C8B"/>
                <w:text/>
              </w:sdtPr>
              <w:sdtContent>
                <w:r w:rsidR="00B567CB">
                  <w:rPr>
                    <w:sz w:val="18"/>
                  </w:rPr>
                  <w:t xml:space="preserve"> </w:t>
                </w:r>
              </w:sdtContent>
            </w:sdt>
            <w:sdt>
              <w:sdtPr>
                <w:rPr>
                  <w:sz w:val="18"/>
                </w:rPr>
                <w:alias w:val="Applicant response"/>
                <w:tag w:val="applicant_form_field"/>
                <w:id w:val="2090347473"/>
                <w:placeholder>
                  <w:docPart w:val="88AD04B004B549A4994A7DC47914A4BB"/>
                </w:placeholder>
                <w15:color w:val="137C8B"/>
                <w:text/>
              </w:sdtPr>
              <w:sdtContent>
                <w:r w:rsidR="00075718" w:rsidRPr="00075718">
                  <w:rPr>
                    <w:sz w:val="18"/>
                  </w:rPr>
                  <w:br/>
                </w:r>
              </w:sdtContent>
            </w:sdt>
          </w:p>
        </w:tc>
      </w:tr>
      <w:tr w:rsidR="002C5E63" w14:paraId="27930424" w14:textId="77777777">
        <w:trPr>
          <w:jc w:val="center"/>
        </w:trPr>
        <w:tc>
          <w:tcPr>
            <w:tcW w:w="3024" w:type="dxa"/>
            <w:tcMar>
              <w:top w:w="80" w:type="dxa"/>
              <w:left w:w="90" w:type="dxa"/>
              <w:bottom w:w="80" w:type="dxa"/>
              <w:right w:w="90" w:type="dxa"/>
            </w:tcMar>
            <w:vAlign w:val="center"/>
          </w:tcPr>
          <w:p w14:paraId="7A3CFD50" w14:textId="77777777" w:rsidR="002C5E63" w:rsidRPr="009C3A55" w:rsidRDefault="00FA70B1">
            <w:pPr>
              <w:spacing w:after="20"/>
              <w:rPr>
                <w:szCs w:val="32"/>
              </w:rPr>
            </w:pPr>
            <w:r w:rsidRPr="009C3A55">
              <w:rPr>
                <w:b/>
                <w:color w:val="17365D"/>
                <w:szCs w:val="32"/>
              </w:rPr>
              <w:t>Key responsibilities and achievements</w:t>
            </w:r>
          </w:p>
        </w:tc>
        <w:tc>
          <w:tcPr>
            <w:tcW w:w="6624" w:type="dxa"/>
            <w:tcMar>
              <w:top w:w="80" w:type="dxa"/>
              <w:left w:w="90" w:type="dxa"/>
              <w:bottom w:w="80" w:type="dxa"/>
              <w:right w:w="90" w:type="dxa"/>
            </w:tcMar>
            <w:vAlign w:val="center"/>
          </w:tcPr>
          <w:p w14:paraId="049F31CB" w14:textId="4C32419C" w:rsidR="002C5E63" w:rsidRDefault="00000000">
            <w:pPr>
              <w:spacing w:after="20"/>
            </w:pPr>
            <w:sdt>
              <w:sdtPr>
                <w:rPr>
                  <w:sz w:val="18"/>
                </w:rPr>
                <w:alias w:val="Applicant table response"/>
                <w:tag w:val="applicant_form_field"/>
                <w:id w:val="696435283"/>
                <w:placeholder>
                  <w:docPart w:val="F1F319EFDCA6444281D15F2F54FAC5A6"/>
                </w:placeholder>
                <w15:color w:val="137C8B"/>
                <w:text/>
              </w:sdtPr>
              <w:sdtContent>
                <w:r w:rsidR="00B567CB">
                  <w:rPr>
                    <w:sz w:val="18"/>
                  </w:rPr>
                  <w:t xml:space="preserve"> </w:t>
                </w:r>
              </w:sdtContent>
            </w:sdt>
            <w:sdt>
              <w:sdtPr>
                <w:rPr>
                  <w:sz w:val="18"/>
                </w:rPr>
                <w:alias w:val="Applicant response"/>
                <w:tag w:val="applicant_form_field"/>
                <w:id w:val="813293279"/>
                <w:placeholder>
                  <w:docPart w:val="47FC972DC6BE4A649E7C18423569C1DB"/>
                </w:placeholder>
                <w15:color w:val="137C8B"/>
                <w:text/>
              </w:sdtPr>
              <w:sdtContent>
                <w:r w:rsidR="00075718" w:rsidRPr="00075718">
                  <w:rPr>
                    <w:sz w:val="18"/>
                  </w:rPr>
                  <w:br/>
                </w:r>
                <w:r w:rsidR="00075718" w:rsidRPr="00075718">
                  <w:rPr>
                    <w:sz w:val="18"/>
                  </w:rPr>
                  <w:br/>
                </w:r>
              </w:sdtContent>
            </w:sdt>
          </w:p>
        </w:tc>
      </w:tr>
    </w:tbl>
    <w:p w14:paraId="11CF6D56" w14:textId="77777777" w:rsidR="002C5E63" w:rsidRDefault="00FA70B1">
      <w:pPr>
        <w:pStyle w:val="Heading2"/>
      </w:pPr>
      <w:r>
        <w:t>Employment 3</w:t>
      </w:r>
    </w:p>
    <w:tbl>
      <w:tblPr>
        <w:tblStyle w:val="TableGrid"/>
        <w:tblW w:w="0" w:type="auto"/>
        <w:jc w:val="center"/>
        <w:tblLook w:val="04A0" w:firstRow="1" w:lastRow="0" w:firstColumn="1" w:lastColumn="0" w:noHBand="0" w:noVBand="1"/>
      </w:tblPr>
      <w:tblGrid>
        <w:gridCol w:w="3024"/>
        <w:gridCol w:w="6624"/>
      </w:tblGrid>
      <w:tr w:rsidR="002C5E63" w14:paraId="3E3D71A8" w14:textId="77777777">
        <w:trPr>
          <w:jc w:val="center"/>
        </w:trPr>
        <w:tc>
          <w:tcPr>
            <w:tcW w:w="3024" w:type="dxa"/>
            <w:tcMar>
              <w:top w:w="80" w:type="dxa"/>
              <w:left w:w="90" w:type="dxa"/>
              <w:bottom w:w="80" w:type="dxa"/>
              <w:right w:w="90" w:type="dxa"/>
            </w:tcMar>
            <w:vAlign w:val="center"/>
          </w:tcPr>
          <w:p w14:paraId="0064CA9C" w14:textId="77777777" w:rsidR="002C5E63" w:rsidRPr="009C3A55" w:rsidRDefault="00FA70B1">
            <w:pPr>
              <w:spacing w:after="20"/>
              <w:rPr>
                <w:szCs w:val="32"/>
              </w:rPr>
            </w:pPr>
            <w:r w:rsidRPr="009C3A55">
              <w:rPr>
                <w:b/>
                <w:color w:val="17365D"/>
                <w:szCs w:val="32"/>
              </w:rPr>
              <w:t>Employer name and address</w:t>
            </w:r>
          </w:p>
        </w:tc>
        <w:tc>
          <w:tcPr>
            <w:tcW w:w="6624" w:type="dxa"/>
            <w:tcMar>
              <w:top w:w="80" w:type="dxa"/>
              <w:left w:w="90" w:type="dxa"/>
              <w:bottom w:w="80" w:type="dxa"/>
              <w:right w:w="90" w:type="dxa"/>
            </w:tcMar>
            <w:vAlign w:val="center"/>
          </w:tcPr>
          <w:p w14:paraId="53128261" w14:textId="632C2EE5" w:rsidR="002C5E63" w:rsidRDefault="00000000">
            <w:pPr>
              <w:spacing w:after="20"/>
            </w:pPr>
            <w:sdt>
              <w:sdtPr>
                <w:rPr>
                  <w:sz w:val="18"/>
                </w:rPr>
                <w:alias w:val="Applicant table response"/>
                <w:tag w:val="applicant_form_field"/>
                <w:id w:val="-1075353610"/>
                <w:placeholder>
                  <w:docPart w:val="E466E5CE980E45E9BEA8BE412B140A5A"/>
                </w:placeholder>
                <w15:color w:val="137C8B"/>
                <w:text/>
              </w:sdtPr>
              <w:sdtContent>
                <w:r w:rsidR="00B567CB">
                  <w:rPr>
                    <w:sz w:val="18"/>
                  </w:rPr>
                  <w:t xml:space="preserve"> </w:t>
                </w:r>
              </w:sdtContent>
            </w:sdt>
            <w:sdt>
              <w:sdtPr>
                <w:rPr>
                  <w:sz w:val="18"/>
                </w:rPr>
                <w:alias w:val="Applicant response"/>
                <w:tag w:val="applicant_form_field"/>
                <w:id w:val="246465207"/>
                <w:placeholder>
                  <w:docPart w:val="70A59AAC14964A3D81908FC1D15D6916"/>
                </w:placeholder>
                <w15:color w:val="137C8B"/>
                <w:text/>
              </w:sdtPr>
              <w:sdtContent>
                <w:r w:rsidR="00075718" w:rsidRPr="00075718">
                  <w:rPr>
                    <w:sz w:val="18"/>
                  </w:rPr>
                  <w:br/>
                </w:r>
              </w:sdtContent>
            </w:sdt>
          </w:p>
        </w:tc>
      </w:tr>
      <w:tr w:rsidR="002C5E63" w14:paraId="74409857" w14:textId="77777777">
        <w:trPr>
          <w:jc w:val="center"/>
        </w:trPr>
        <w:tc>
          <w:tcPr>
            <w:tcW w:w="3024" w:type="dxa"/>
            <w:tcMar>
              <w:top w:w="80" w:type="dxa"/>
              <w:left w:w="90" w:type="dxa"/>
              <w:bottom w:w="80" w:type="dxa"/>
              <w:right w:w="90" w:type="dxa"/>
            </w:tcMar>
            <w:vAlign w:val="center"/>
          </w:tcPr>
          <w:p w14:paraId="61AB48DE" w14:textId="77777777" w:rsidR="002C5E63" w:rsidRPr="009C3A55" w:rsidRDefault="00FA70B1">
            <w:pPr>
              <w:spacing w:after="20"/>
              <w:rPr>
                <w:szCs w:val="32"/>
              </w:rPr>
            </w:pPr>
            <w:r w:rsidRPr="009C3A55">
              <w:rPr>
                <w:b/>
                <w:color w:val="17365D"/>
                <w:szCs w:val="32"/>
              </w:rPr>
              <w:t>Job title</w:t>
            </w:r>
          </w:p>
        </w:tc>
        <w:tc>
          <w:tcPr>
            <w:tcW w:w="6624" w:type="dxa"/>
            <w:tcMar>
              <w:top w:w="80" w:type="dxa"/>
              <w:left w:w="90" w:type="dxa"/>
              <w:bottom w:w="80" w:type="dxa"/>
              <w:right w:w="90" w:type="dxa"/>
            </w:tcMar>
            <w:vAlign w:val="center"/>
          </w:tcPr>
          <w:p w14:paraId="62486C05" w14:textId="23E6D0C2" w:rsidR="002C5E63" w:rsidRDefault="00000000">
            <w:pPr>
              <w:spacing w:after="20"/>
            </w:pPr>
            <w:sdt>
              <w:sdtPr>
                <w:rPr>
                  <w:sz w:val="18"/>
                </w:rPr>
                <w:alias w:val="Applicant table response"/>
                <w:tag w:val="applicant_form_field"/>
                <w:id w:val="-256060944"/>
                <w:placeholder>
                  <w:docPart w:val="664233D35E49469D969D84F299491F21"/>
                </w:placeholder>
                <w15:color w:val="137C8B"/>
                <w:text/>
              </w:sdtPr>
              <w:sdtContent>
                <w:r w:rsidR="00B567CB">
                  <w:rPr>
                    <w:sz w:val="18"/>
                  </w:rPr>
                  <w:t xml:space="preserve"> </w:t>
                </w:r>
              </w:sdtContent>
            </w:sdt>
            <w:sdt>
              <w:sdtPr>
                <w:rPr>
                  <w:sz w:val="18"/>
                </w:rPr>
                <w:alias w:val="Applicant response"/>
                <w:tag w:val="applicant_form_field"/>
                <w:id w:val="-1080522716"/>
                <w:placeholder>
                  <w:docPart w:val="E62F652FB00C4CC49306572B74D736E3"/>
                </w:placeholder>
                <w15:color w:val="137C8B"/>
                <w:text/>
              </w:sdtPr>
              <w:sdtContent>
                <w:r w:rsidR="00075718" w:rsidRPr="00075718">
                  <w:rPr>
                    <w:sz w:val="18"/>
                  </w:rPr>
                  <w:br/>
                </w:r>
              </w:sdtContent>
            </w:sdt>
          </w:p>
        </w:tc>
      </w:tr>
      <w:tr w:rsidR="002C5E63" w14:paraId="1F43BAF1" w14:textId="77777777">
        <w:trPr>
          <w:jc w:val="center"/>
        </w:trPr>
        <w:tc>
          <w:tcPr>
            <w:tcW w:w="3024" w:type="dxa"/>
            <w:shd w:val="clear" w:color="auto" w:fill="F5F8FA"/>
            <w:tcMar>
              <w:top w:w="80" w:type="dxa"/>
              <w:left w:w="90" w:type="dxa"/>
              <w:bottom w:w="80" w:type="dxa"/>
              <w:right w:w="90" w:type="dxa"/>
            </w:tcMar>
            <w:vAlign w:val="center"/>
          </w:tcPr>
          <w:p w14:paraId="699833E5" w14:textId="77777777" w:rsidR="002C5E63" w:rsidRPr="009C3A55" w:rsidRDefault="00FA70B1">
            <w:pPr>
              <w:spacing w:after="20"/>
              <w:rPr>
                <w:szCs w:val="32"/>
              </w:rPr>
            </w:pPr>
            <w:r w:rsidRPr="009C3A55">
              <w:rPr>
                <w:b/>
                <w:color w:val="17365D"/>
                <w:szCs w:val="32"/>
              </w:rPr>
              <w:t>Dates employed and reason for leaving</w:t>
            </w:r>
          </w:p>
        </w:tc>
        <w:tc>
          <w:tcPr>
            <w:tcW w:w="6624" w:type="dxa"/>
            <w:shd w:val="clear" w:color="auto" w:fill="F5F8FA"/>
            <w:tcMar>
              <w:top w:w="80" w:type="dxa"/>
              <w:left w:w="90" w:type="dxa"/>
              <w:bottom w:w="80" w:type="dxa"/>
              <w:right w:w="90" w:type="dxa"/>
            </w:tcMar>
            <w:vAlign w:val="center"/>
          </w:tcPr>
          <w:p w14:paraId="4101652C" w14:textId="06715F6A" w:rsidR="002C5E63" w:rsidRDefault="00000000">
            <w:pPr>
              <w:spacing w:after="20"/>
            </w:pPr>
            <w:sdt>
              <w:sdtPr>
                <w:rPr>
                  <w:sz w:val="18"/>
                </w:rPr>
                <w:alias w:val="Applicant table response"/>
                <w:tag w:val="applicant_form_field"/>
                <w:id w:val="1223646339"/>
                <w:placeholder>
                  <w:docPart w:val="43C98D0D8D6745F4BE3DC87FE23C0C5A"/>
                </w:placeholder>
                <w15:color w:val="137C8B"/>
                <w:text/>
              </w:sdtPr>
              <w:sdtContent>
                <w:r w:rsidR="00B567CB">
                  <w:rPr>
                    <w:sz w:val="18"/>
                  </w:rPr>
                  <w:t xml:space="preserve"> </w:t>
                </w:r>
              </w:sdtContent>
            </w:sdt>
            <w:sdt>
              <w:sdtPr>
                <w:rPr>
                  <w:sz w:val="18"/>
                </w:rPr>
                <w:alias w:val="Applicant response"/>
                <w:tag w:val="applicant_form_field"/>
                <w:id w:val="2033444093"/>
                <w:placeholder>
                  <w:docPart w:val="9267D3073D2849DEA6FE72AABF837ED5"/>
                </w:placeholder>
                <w15:color w:val="137C8B"/>
                <w:text/>
              </w:sdtPr>
              <w:sdtContent>
                <w:r w:rsidR="00075718" w:rsidRPr="00075718">
                  <w:rPr>
                    <w:sz w:val="18"/>
                  </w:rPr>
                  <w:br/>
                </w:r>
              </w:sdtContent>
            </w:sdt>
          </w:p>
        </w:tc>
      </w:tr>
      <w:tr w:rsidR="002C5E63" w14:paraId="583A3B8F" w14:textId="77777777">
        <w:trPr>
          <w:jc w:val="center"/>
        </w:trPr>
        <w:tc>
          <w:tcPr>
            <w:tcW w:w="3024" w:type="dxa"/>
            <w:tcMar>
              <w:top w:w="80" w:type="dxa"/>
              <w:left w:w="90" w:type="dxa"/>
              <w:bottom w:w="80" w:type="dxa"/>
              <w:right w:w="90" w:type="dxa"/>
            </w:tcMar>
            <w:vAlign w:val="center"/>
          </w:tcPr>
          <w:p w14:paraId="1A4F6699" w14:textId="77777777" w:rsidR="002C5E63" w:rsidRPr="009C3A55" w:rsidRDefault="00FA70B1">
            <w:pPr>
              <w:spacing w:after="20"/>
              <w:rPr>
                <w:szCs w:val="32"/>
              </w:rPr>
            </w:pPr>
            <w:r w:rsidRPr="009C3A55">
              <w:rPr>
                <w:b/>
                <w:color w:val="17365D"/>
                <w:szCs w:val="32"/>
              </w:rPr>
              <w:t>Key responsibilities and achievements</w:t>
            </w:r>
          </w:p>
        </w:tc>
        <w:tc>
          <w:tcPr>
            <w:tcW w:w="6624" w:type="dxa"/>
            <w:tcMar>
              <w:top w:w="80" w:type="dxa"/>
              <w:left w:w="90" w:type="dxa"/>
              <w:bottom w:w="80" w:type="dxa"/>
              <w:right w:w="90" w:type="dxa"/>
            </w:tcMar>
            <w:vAlign w:val="center"/>
          </w:tcPr>
          <w:p w14:paraId="4B99056E" w14:textId="4DAAB0B7" w:rsidR="002C5E63" w:rsidRDefault="00000000">
            <w:pPr>
              <w:spacing w:after="20"/>
            </w:pPr>
            <w:sdt>
              <w:sdtPr>
                <w:rPr>
                  <w:sz w:val="18"/>
                </w:rPr>
                <w:alias w:val="Applicant table response"/>
                <w:tag w:val="applicant_form_field"/>
                <w:id w:val="1292631754"/>
                <w:placeholder>
                  <w:docPart w:val="76E319A1FB564FFFB3AC488D04914246"/>
                </w:placeholder>
                <w15:color w:val="137C8B"/>
                <w:text/>
              </w:sdtPr>
              <w:sdtContent>
                <w:r w:rsidR="00B567CB">
                  <w:rPr>
                    <w:sz w:val="18"/>
                  </w:rPr>
                  <w:t xml:space="preserve"> </w:t>
                </w:r>
              </w:sdtContent>
            </w:sdt>
            <w:sdt>
              <w:sdtPr>
                <w:rPr>
                  <w:sz w:val="18"/>
                </w:rPr>
                <w:alias w:val="Applicant response"/>
                <w:tag w:val="applicant_form_field"/>
                <w:id w:val="882437716"/>
                <w:placeholder>
                  <w:docPart w:val="CF9C758FB6264D0C91AF14C1632AD79F"/>
                </w:placeholder>
                <w15:color w:val="137C8B"/>
                <w:text/>
              </w:sdtPr>
              <w:sdtContent>
                <w:r w:rsidR="00075718" w:rsidRPr="00075718">
                  <w:rPr>
                    <w:sz w:val="18"/>
                  </w:rPr>
                  <w:br/>
                </w:r>
                <w:r w:rsidR="00075718" w:rsidRPr="00075718">
                  <w:rPr>
                    <w:sz w:val="18"/>
                  </w:rPr>
                  <w:br/>
                </w:r>
              </w:sdtContent>
            </w:sdt>
          </w:p>
        </w:tc>
      </w:tr>
    </w:tbl>
    <w:p w14:paraId="1AAC897F" w14:textId="77777777" w:rsidR="00AB754D" w:rsidRDefault="00AB754D"/>
    <w:p w14:paraId="08E99F22" w14:textId="77777777" w:rsidR="00C16106" w:rsidRDefault="00C16106"/>
    <w:p w14:paraId="322E2ED0" w14:textId="77777777" w:rsidR="00C16106" w:rsidRDefault="00C16106"/>
    <w:p w14:paraId="54100494" w14:textId="77777777" w:rsidR="00C16106" w:rsidRDefault="00C16106"/>
    <w:p w14:paraId="158E82BC" w14:textId="30C6C212" w:rsidR="002C5E63" w:rsidRDefault="00FA70B1">
      <w:r>
        <w:t>Employment gaps or additional employment information:</w:t>
      </w:r>
    </w:p>
    <w:p w14:paraId="1299C43A" w14:textId="5EC1D0A7" w:rsidR="002C5E63" w:rsidRDefault="002C5E63">
      <w:pPr>
        <w:spacing w:after="40"/>
      </w:pPr>
    </w:p>
    <w:p w14:paraId="146F42A7" w14:textId="789EFB33" w:rsidR="002C5E63" w:rsidRDefault="002C5E63"/>
    <w:p w14:paraId="4E463158" w14:textId="0617C533" w:rsidR="002C5E63" w:rsidRDefault="002C5E63"/>
    <w:p w14:paraId="6F65D73A" w14:textId="58F4E34F" w:rsidR="002C5E63" w:rsidRDefault="002C5E63"/>
    <w:p w14:paraId="4DDBEF00" w14:textId="77777777" w:rsidR="002C5E63" w:rsidRDefault="00FA70B1">
      <w:r>
        <w:br w:type="page"/>
      </w:r>
    </w:p>
    <w:p w14:paraId="52E26D91" w14:textId="77777777" w:rsidR="002C5E63" w:rsidRDefault="00FA70B1">
      <w:pPr>
        <w:pStyle w:val="Heading1"/>
      </w:pPr>
      <w:r>
        <w:lastRenderedPageBreak/>
        <w:t>D. Education and qualifications</w:t>
      </w:r>
    </w:p>
    <w:tbl>
      <w:tblPr>
        <w:tblStyle w:val="TableGrid"/>
        <w:tblW w:w="0" w:type="auto"/>
        <w:jc w:val="center"/>
        <w:tblLook w:val="04A0" w:firstRow="1" w:lastRow="0" w:firstColumn="1" w:lastColumn="0" w:noHBand="0" w:noVBand="1"/>
      </w:tblPr>
      <w:tblGrid>
        <w:gridCol w:w="3240"/>
        <w:gridCol w:w="1584"/>
        <w:gridCol w:w="3312"/>
        <w:gridCol w:w="1656"/>
      </w:tblGrid>
      <w:tr w:rsidR="002C5E63" w14:paraId="7E69DF83" w14:textId="77777777">
        <w:trPr>
          <w:tblHeader/>
          <w:jc w:val="center"/>
        </w:trPr>
        <w:tc>
          <w:tcPr>
            <w:tcW w:w="3240" w:type="dxa"/>
            <w:shd w:val="clear" w:color="auto" w:fill="17365D"/>
            <w:tcMar>
              <w:top w:w="80" w:type="dxa"/>
              <w:left w:w="90" w:type="dxa"/>
              <w:bottom w:w="80" w:type="dxa"/>
              <w:right w:w="90" w:type="dxa"/>
            </w:tcMar>
            <w:vAlign w:val="center"/>
          </w:tcPr>
          <w:p w14:paraId="3FC535F8" w14:textId="77777777" w:rsidR="002C5E63" w:rsidRPr="009C3A55" w:rsidRDefault="00FA70B1">
            <w:pPr>
              <w:spacing w:after="20"/>
              <w:rPr>
                <w:szCs w:val="36"/>
              </w:rPr>
            </w:pPr>
            <w:r w:rsidRPr="009C3A55">
              <w:rPr>
                <w:b/>
                <w:color w:val="FFFFFF"/>
                <w:szCs w:val="36"/>
              </w:rPr>
              <w:t>School, college or provider</w:t>
            </w:r>
          </w:p>
        </w:tc>
        <w:tc>
          <w:tcPr>
            <w:tcW w:w="1584" w:type="dxa"/>
            <w:shd w:val="clear" w:color="auto" w:fill="17365D"/>
            <w:tcMar>
              <w:top w:w="80" w:type="dxa"/>
              <w:left w:w="90" w:type="dxa"/>
              <w:bottom w:w="80" w:type="dxa"/>
              <w:right w:w="90" w:type="dxa"/>
            </w:tcMar>
            <w:vAlign w:val="center"/>
          </w:tcPr>
          <w:p w14:paraId="405005C2" w14:textId="77777777" w:rsidR="002C5E63" w:rsidRPr="009C3A55" w:rsidRDefault="00FA70B1">
            <w:pPr>
              <w:spacing w:after="20"/>
              <w:rPr>
                <w:szCs w:val="36"/>
              </w:rPr>
            </w:pPr>
            <w:r w:rsidRPr="009C3A55">
              <w:rPr>
                <w:b/>
                <w:color w:val="FFFFFF"/>
                <w:szCs w:val="36"/>
              </w:rPr>
              <w:t>Dates</w:t>
            </w:r>
          </w:p>
        </w:tc>
        <w:tc>
          <w:tcPr>
            <w:tcW w:w="3312" w:type="dxa"/>
            <w:shd w:val="clear" w:color="auto" w:fill="17365D"/>
            <w:tcMar>
              <w:top w:w="80" w:type="dxa"/>
              <w:left w:w="90" w:type="dxa"/>
              <w:bottom w:w="80" w:type="dxa"/>
              <w:right w:w="90" w:type="dxa"/>
            </w:tcMar>
            <w:vAlign w:val="center"/>
          </w:tcPr>
          <w:p w14:paraId="3A1031EA" w14:textId="77777777" w:rsidR="002C5E63" w:rsidRPr="009C3A55" w:rsidRDefault="00FA70B1">
            <w:pPr>
              <w:spacing w:after="20"/>
              <w:rPr>
                <w:szCs w:val="36"/>
              </w:rPr>
            </w:pPr>
            <w:r w:rsidRPr="009C3A55">
              <w:rPr>
                <w:b/>
                <w:color w:val="FFFFFF"/>
                <w:szCs w:val="36"/>
              </w:rPr>
              <w:t>Qualification or subject</w:t>
            </w:r>
          </w:p>
        </w:tc>
        <w:tc>
          <w:tcPr>
            <w:tcW w:w="1656" w:type="dxa"/>
            <w:shd w:val="clear" w:color="auto" w:fill="17365D"/>
            <w:tcMar>
              <w:top w:w="80" w:type="dxa"/>
              <w:left w:w="90" w:type="dxa"/>
              <w:bottom w:w="80" w:type="dxa"/>
              <w:right w:w="90" w:type="dxa"/>
            </w:tcMar>
            <w:vAlign w:val="center"/>
          </w:tcPr>
          <w:p w14:paraId="33921437" w14:textId="77777777" w:rsidR="002C5E63" w:rsidRPr="009C3A55" w:rsidRDefault="00FA70B1">
            <w:pPr>
              <w:spacing w:after="20"/>
              <w:rPr>
                <w:szCs w:val="36"/>
              </w:rPr>
            </w:pPr>
            <w:r w:rsidRPr="009C3A55">
              <w:rPr>
                <w:b/>
                <w:color w:val="FFFFFF"/>
                <w:szCs w:val="36"/>
              </w:rPr>
              <w:t>Grade or result</w:t>
            </w:r>
          </w:p>
        </w:tc>
      </w:tr>
      <w:tr w:rsidR="002C5E63" w14:paraId="3461D779" w14:textId="77777777">
        <w:trPr>
          <w:jc w:val="center"/>
        </w:trPr>
        <w:tc>
          <w:tcPr>
            <w:tcW w:w="3240" w:type="dxa"/>
            <w:tcMar>
              <w:top w:w="80" w:type="dxa"/>
              <w:left w:w="90" w:type="dxa"/>
              <w:bottom w:w="80" w:type="dxa"/>
              <w:right w:w="90" w:type="dxa"/>
            </w:tcMar>
            <w:vAlign w:val="center"/>
          </w:tcPr>
          <w:p w14:paraId="3CF2D8B6" w14:textId="09A0D853" w:rsidR="002C5E63" w:rsidRDefault="00000000">
            <w:pPr>
              <w:spacing w:after="20"/>
            </w:pPr>
            <w:sdt>
              <w:sdtPr>
                <w:alias w:val="Applicant table response"/>
                <w:tag w:val="applicant_form_field"/>
                <w:id w:val="2022043521"/>
                <w:placeholder>
                  <w:docPart w:val="96249F31D9E943DB85B1BAC76E5F5481"/>
                </w:placeholder>
                <w15:color w:val="137C8B"/>
                <w:text/>
              </w:sdtPr>
              <w:sdtContent>
                <w:r w:rsidR="00B567CB">
                  <w:t xml:space="preserve"> </w:t>
                </w:r>
              </w:sdtContent>
            </w:sdt>
            <w:sdt>
              <w:sdtPr>
                <w:alias w:val="Applicant response"/>
                <w:tag w:val="applicant_form_field"/>
                <w:id w:val="-1191364580"/>
                <w:placeholder>
                  <w:docPart w:val="7D411090FE9546068D45C53861A3B930"/>
                </w:placeholder>
                <w15:color w:val="137C8B"/>
                <w:text/>
              </w:sdtPr>
              <w:sdtContent>
                <w:r w:rsidR="00B567CB">
                  <w:t xml:space="preserve"> </w:t>
                </w:r>
              </w:sdtContent>
            </w:sdt>
          </w:p>
        </w:tc>
        <w:sdt>
          <w:sdtPr>
            <w:alias w:val="Applicant table response"/>
            <w:tag w:val="applicant_form_field"/>
            <w:id w:val="859711590"/>
            <w:placeholder>
              <w:docPart w:val="F01E2BDF05CE4F6388919A999A4B8595"/>
            </w:placeholder>
            <w15:color w:val="137C8B"/>
            <w:text/>
          </w:sdtPr>
          <w:sdtContent>
            <w:tc>
              <w:tcPr>
                <w:tcW w:w="1584" w:type="dxa"/>
                <w:tcMar>
                  <w:top w:w="80" w:type="dxa"/>
                  <w:left w:w="90" w:type="dxa"/>
                  <w:bottom w:w="80" w:type="dxa"/>
                  <w:right w:w="90" w:type="dxa"/>
                </w:tcMar>
                <w:vAlign w:val="center"/>
              </w:tcPr>
              <w:p w14:paraId="0FB78278" w14:textId="70E45A96" w:rsidR="002C5E63" w:rsidRDefault="00B567CB">
                <w:pPr>
                  <w:spacing w:after="20"/>
                </w:pPr>
                <w:r>
                  <w:t xml:space="preserve"> </w:t>
                </w:r>
              </w:p>
            </w:tc>
          </w:sdtContent>
        </w:sdt>
        <w:sdt>
          <w:sdtPr>
            <w:alias w:val="Applicant table response"/>
            <w:tag w:val="applicant_form_field"/>
            <w:id w:val="-1293350256"/>
            <w:placeholder>
              <w:docPart w:val="324283914B08467487024B86919C26AA"/>
            </w:placeholder>
            <w15:color w:val="137C8B"/>
            <w:text/>
          </w:sdtPr>
          <w:sdtContent>
            <w:tc>
              <w:tcPr>
                <w:tcW w:w="3312" w:type="dxa"/>
                <w:tcMar>
                  <w:top w:w="80" w:type="dxa"/>
                  <w:left w:w="90" w:type="dxa"/>
                  <w:bottom w:w="80" w:type="dxa"/>
                  <w:right w:w="90" w:type="dxa"/>
                </w:tcMar>
                <w:vAlign w:val="center"/>
              </w:tcPr>
              <w:p w14:paraId="1FC39945" w14:textId="578B126F" w:rsidR="002C5E63" w:rsidRDefault="00B567CB">
                <w:pPr>
                  <w:spacing w:after="20"/>
                </w:pPr>
                <w:r>
                  <w:t xml:space="preserve"> </w:t>
                </w:r>
              </w:p>
            </w:tc>
          </w:sdtContent>
        </w:sdt>
        <w:sdt>
          <w:sdtPr>
            <w:alias w:val="Applicant table response"/>
            <w:tag w:val="applicant_form_field"/>
            <w:id w:val="-1083842068"/>
            <w:placeholder>
              <w:docPart w:val="F7752786C4C445CFADC639B70237B295"/>
            </w:placeholder>
            <w15:color w:val="137C8B"/>
            <w:text/>
          </w:sdtPr>
          <w:sdtContent>
            <w:tc>
              <w:tcPr>
                <w:tcW w:w="1656" w:type="dxa"/>
                <w:tcMar>
                  <w:top w:w="80" w:type="dxa"/>
                  <w:left w:w="90" w:type="dxa"/>
                  <w:bottom w:w="80" w:type="dxa"/>
                  <w:right w:w="90" w:type="dxa"/>
                </w:tcMar>
                <w:vAlign w:val="center"/>
              </w:tcPr>
              <w:p w14:paraId="0562CB0E" w14:textId="1D99BFD7" w:rsidR="002C5E63" w:rsidRDefault="00B567CB">
                <w:pPr>
                  <w:spacing w:after="20"/>
                </w:pPr>
                <w:r>
                  <w:t xml:space="preserve"> </w:t>
                </w:r>
              </w:p>
            </w:tc>
          </w:sdtContent>
        </w:sdt>
      </w:tr>
      <w:tr w:rsidR="002C5E63" w14:paraId="34CE0A41" w14:textId="77777777">
        <w:trPr>
          <w:jc w:val="center"/>
        </w:trPr>
        <w:sdt>
          <w:sdtPr>
            <w:alias w:val="Applicant table response"/>
            <w:tag w:val="applicant_form_field"/>
            <w:id w:val="1724556557"/>
            <w:placeholder>
              <w:docPart w:val="8229EF2B0BB740899D60731EAF076314"/>
            </w:placeholder>
            <w15:color w:val="137C8B"/>
            <w:text/>
          </w:sdtPr>
          <w:sdtContent>
            <w:tc>
              <w:tcPr>
                <w:tcW w:w="3240" w:type="dxa"/>
                <w:shd w:val="clear" w:color="auto" w:fill="F5F8FA"/>
                <w:tcMar>
                  <w:top w:w="80" w:type="dxa"/>
                  <w:left w:w="90" w:type="dxa"/>
                  <w:bottom w:w="80" w:type="dxa"/>
                  <w:right w:w="90" w:type="dxa"/>
                </w:tcMar>
                <w:vAlign w:val="center"/>
              </w:tcPr>
              <w:p w14:paraId="62EBF3C5" w14:textId="0263084D" w:rsidR="002C5E63" w:rsidRDefault="00B567CB">
                <w:pPr>
                  <w:spacing w:after="20"/>
                </w:pPr>
                <w:r>
                  <w:t xml:space="preserve"> </w:t>
                </w:r>
              </w:p>
            </w:tc>
          </w:sdtContent>
        </w:sdt>
        <w:sdt>
          <w:sdtPr>
            <w:alias w:val="Applicant table response"/>
            <w:tag w:val="applicant_form_field"/>
            <w:id w:val="2119408059"/>
            <w:placeholder>
              <w:docPart w:val="64B8488DC6CD4CA2ACC39C589F8506BD"/>
            </w:placeholder>
            <w15:color w:val="137C8B"/>
            <w:text/>
          </w:sdtPr>
          <w:sdtContent>
            <w:tc>
              <w:tcPr>
                <w:tcW w:w="1584" w:type="dxa"/>
                <w:shd w:val="clear" w:color="auto" w:fill="F5F8FA"/>
                <w:tcMar>
                  <w:top w:w="80" w:type="dxa"/>
                  <w:left w:w="90" w:type="dxa"/>
                  <w:bottom w:w="80" w:type="dxa"/>
                  <w:right w:w="90" w:type="dxa"/>
                </w:tcMar>
                <w:vAlign w:val="center"/>
              </w:tcPr>
              <w:p w14:paraId="6D98A12B" w14:textId="617D991B" w:rsidR="002C5E63" w:rsidRDefault="00B567CB">
                <w:pPr>
                  <w:spacing w:after="20"/>
                </w:pPr>
                <w:r>
                  <w:t xml:space="preserve"> </w:t>
                </w:r>
              </w:p>
            </w:tc>
          </w:sdtContent>
        </w:sdt>
        <w:sdt>
          <w:sdtPr>
            <w:alias w:val="Applicant table response"/>
            <w:tag w:val="applicant_form_field"/>
            <w:id w:val="902792668"/>
            <w:placeholder>
              <w:docPart w:val="4430AF836B2044EC89AD1BA62937A274"/>
            </w:placeholder>
            <w15:color w:val="137C8B"/>
            <w:text/>
          </w:sdtPr>
          <w:sdtContent>
            <w:tc>
              <w:tcPr>
                <w:tcW w:w="3312" w:type="dxa"/>
                <w:shd w:val="clear" w:color="auto" w:fill="F5F8FA"/>
                <w:tcMar>
                  <w:top w:w="80" w:type="dxa"/>
                  <w:left w:w="90" w:type="dxa"/>
                  <w:bottom w:w="80" w:type="dxa"/>
                  <w:right w:w="90" w:type="dxa"/>
                </w:tcMar>
                <w:vAlign w:val="center"/>
              </w:tcPr>
              <w:p w14:paraId="2946DB82" w14:textId="1B3234D9" w:rsidR="002C5E63" w:rsidRDefault="00B567CB">
                <w:pPr>
                  <w:spacing w:after="20"/>
                </w:pPr>
                <w:r>
                  <w:t xml:space="preserve"> </w:t>
                </w:r>
              </w:p>
            </w:tc>
          </w:sdtContent>
        </w:sdt>
        <w:sdt>
          <w:sdtPr>
            <w:alias w:val="Applicant table response"/>
            <w:tag w:val="applicant_form_field"/>
            <w:id w:val="705298439"/>
            <w:placeholder>
              <w:docPart w:val="4A3A08BB5D7C4F8D96029FD788440EF6"/>
            </w:placeholder>
            <w15:color w:val="137C8B"/>
            <w:text/>
          </w:sdtPr>
          <w:sdtContent>
            <w:tc>
              <w:tcPr>
                <w:tcW w:w="1656" w:type="dxa"/>
                <w:shd w:val="clear" w:color="auto" w:fill="F5F8FA"/>
                <w:tcMar>
                  <w:top w:w="80" w:type="dxa"/>
                  <w:left w:w="90" w:type="dxa"/>
                  <w:bottom w:w="80" w:type="dxa"/>
                  <w:right w:w="90" w:type="dxa"/>
                </w:tcMar>
                <w:vAlign w:val="center"/>
              </w:tcPr>
              <w:p w14:paraId="5997CC1D" w14:textId="4900EB25" w:rsidR="002C5E63" w:rsidRDefault="00B567CB">
                <w:pPr>
                  <w:spacing w:after="20"/>
                </w:pPr>
                <w:r>
                  <w:t xml:space="preserve"> </w:t>
                </w:r>
              </w:p>
            </w:tc>
          </w:sdtContent>
        </w:sdt>
      </w:tr>
      <w:tr w:rsidR="002C5E63" w14:paraId="110FFD37" w14:textId="77777777">
        <w:trPr>
          <w:jc w:val="center"/>
        </w:trPr>
        <w:sdt>
          <w:sdtPr>
            <w:alias w:val="Applicant table response"/>
            <w:tag w:val="applicant_form_field"/>
            <w:id w:val="298584834"/>
            <w:placeholder>
              <w:docPart w:val="F4B60C16B3F94E7E8F25905DE0D77DE6"/>
            </w:placeholder>
            <w15:color w:val="137C8B"/>
            <w:text/>
          </w:sdtPr>
          <w:sdtContent>
            <w:tc>
              <w:tcPr>
                <w:tcW w:w="3240" w:type="dxa"/>
                <w:tcMar>
                  <w:top w:w="80" w:type="dxa"/>
                  <w:left w:w="90" w:type="dxa"/>
                  <w:bottom w:w="80" w:type="dxa"/>
                  <w:right w:w="90" w:type="dxa"/>
                </w:tcMar>
                <w:vAlign w:val="center"/>
              </w:tcPr>
              <w:p w14:paraId="6B699379" w14:textId="1FA15F51" w:rsidR="002C5E63" w:rsidRDefault="00B567CB">
                <w:pPr>
                  <w:spacing w:after="20"/>
                </w:pPr>
                <w:r>
                  <w:t xml:space="preserve"> </w:t>
                </w:r>
              </w:p>
            </w:tc>
          </w:sdtContent>
        </w:sdt>
        <w:sdt>
          <w:sdtPr>
            <w:alias w:val="Applicant table response"/>
            <w:tag w:val="applicant_form_field"/>
            <w:id w:val="2015646614"/>
            <w:placeholder>
              <w:docPart w:val="49F91D72310A4DA1B77BB0A6F4FCEA20"/>
            </w:placeholder>
            <w15:color w:val="137C8B"/>
            <w:text/>
          </w:sdtPr>
          <w:sdtContent>
            <w:tc>
              <w:tcPr>
                <w:tcW w:w="1584" w:type="dxa"/>
                <w:tcMar>
                  <w:top w:w="80" w:type="dxa"/>
                  <w:left w:w="90" w:type="dxa"/>
                  <w:bottom w:w="80" w:type="dxa"/>
                  <w:right w:w="90" w:type="dxa"/>
                </w:tcMar>
                <w:vAlign w:val="center"/>
              </w:tcPr>
              <w:p w14:paraId="3FE9F23F" w14:textId="7D65EF66" w:rsidR="002C5E63" w:rsidRDefault="00B567CB">
                <w:pPr>
                  <w:spacing w:after="20"/>
                </w:pPr>
                <w:r>
                  <w:t xml:space="preserve"> </w:t>
                </w:r>
              </w:p>
            </w:tc>
          </w:sdtContent>
        </w:sdt>
        <w:sdt>
          <w:sdtPr>
            <w:alias w:val="Applicant table response"/>
            <w:tag w:val="applicant_form_field"/>
            <w:id w:val="1712612045"/>
            <w:placeholder>
              <w:docPart w:val="3E8A697BCD0F4EEF8F9014893AC9D6D7"/>
            </w:placeholder>
            <w15:color w:val="137C8B"/>
            <w:text/>
          </w:sdtPr>
          <w:sdtContent>
            <w:tc>
              <w:tcPr>
                <w:tcW w:w="3312" w:type="dxa"/>
                <w:tcMar>
                  <w:top w:w="80" w:type="dxa"/>
                  <w:left w:w="90" w:type="dxa"/>
                  <w:bottom w:w="80" w:type="dxa"/>
                  <w:right w:w="90" w:type="dxa"/>
                </w:tcMar>
                <w:vAlign w:val="center"/>
              </w:tcPr>
              <w:p w14:paraId="1F72F646" w14:textId="51E66F26" w:rsidR="002C5E63" w:rsidRDefault="00B567CB">
                <w:pPr>
                  <w:spacing w:after="20"/>
                </w:pPr>
                <w:r>
                  <w:t xml:space="preserve"> </w:t>
                </w:r>
              </w:p>
            </w:tc>
          </w:sdtContent>
        </w:sdt>
        <w:sdt>
          <w:sdtPr>
            <w:alias w:val="Applicant table response"/>
            <w:tag w:val="applicant_form_field"/>
            <w:id w:val="975099465"/>
            <w:placeholder>
              <w:docPart w:val="97076B2BB6444849BB76EB85AC100E24"/>
            </w:placeholder>
            <w15:color w:val="137C8B"/>
            <w:text/>
          </w:sdtPr>
          <w:sdtContent>
            <w:tc>
              <w:tcPr>
                <w:tcW w:w="1656" w:type="dxa"/>
                <w:tcMar>
                  <w:top w:w="80" w:type="dxa"/>
                  <w:left w:w="90" w:type="dxa"/>
                  <w:bottom w:w="80" w:type="dxa"/>
                  <w:right w:w="90" w:type="dxa"/>
                </w:tcMar>
                <w:vAlign w:val="center"/>
              </w:tcPr>
              <w:p w14:paraId="08CE6F91" w14:textId="50317869" w:rsidR="002C5E63" w:rsidRDefault="00B567CB">
                <w:pPr>
                  <w:spacing w:after="20"/>
                </w:pPr>
                <w:r>
                  <w:t xml:space="preserve"> </w:t>
                </w:r>
              </w:p>
            </w:tc>
          </w:sdtContent>
        </w:sdt>
      </w:tr>
      <w:tr w:rsidR="002C5E63" w14:paraId="61CDCEAD" w14:textId="77777777">
        <w:trPr>
          <w:jc w:val="center"/>
        </w:trPr>
        <w:sdt>
          <w:sdtPr>
            <w:alias w:val="Applicant table response"/>
            <w:tag w:val="applicant_form_field"/>
            <w:id w:val="1918432356"/>
            <w:placeholder>
              <w:docPart w:val="1447EB14E8C3498DAA89E384296CB54C"/>
            </w:placeholder>
            <w15:color w:val="137C8B"/>
            <w:text/>
          </w:sdtPr>
          <w:sdtContent>
            <w:tc>
              <w:tcPr>
                <w:tcW w:w="3240" w:type="dxa"/>
                <w:shd w:val="clear" w:color="auto" w:fill="F5F8FA"/>
                <w:tcMar>
                  <w:top w:w="80" w:type="dxa"/>
                  <w:left w:w="90" w:type="dxa"/>
                  <w:bottom w:w="80" w:type="dxa"/>
                  <w:right w:w="90" w:type="dxa"/>
                </w:tcMar>
                <w:vAlign w:val="center"/>
              </w:tcPr>
              <w:p w14:paraId="6BB9E253" w14:textId="3ECDF227" w:rsidR="002C5E63" w:rsidRDefault="00B567CB">
                <w:pPr>
                  <w:spacing w:after="20"/>
                </w:pPr>
                <w:r>
                  <w:t xml:space="preserve"> </w:t>
                </w:r>
              </w:p>
            </w:tc>
          </w:sdtContent>
        </w:sdt>
        <w:sdt>
          <w:sdtPr>
            <w:alias w:val="Applicant table response"/>
            <w:tag w:val="applicant_form_field"/>
            <w:id w:val="932086963"/>
            <w:placeholder>
              <w:docPart w:val="E21DF7140F604E9199DE38D90056D9B8"/>
            </w:placeholder>
            <w15:color w:val="137C8B"/>
            <w:text/>
          </w:sdtPr>
          <w:sdtContent>
            <w:tc>
              <w:tcPr>
                <w:tcW w:w="1584" w:type="dxa"/>
                <w:shd w:val="clear" w:color="auto" w:fill="F5F8FA"/>
                <w:tcMar>
                  <w:top w:w="80" w:type="dxa"/>
                  <w:left w:w="90" w:type="dxa"/>
                  <w:bottom w:w="80" w:type="dxa"/>
                  <w:right w:w="90" w:type="dxa"/>
                </w:tcMar>
                <w:vAlign w:val="center"/>
              </w:tcPr>
              <w:p w14:paraId="23DE523C" w14:textId="0C1E586A" w:rsidR="002C5E63" w:rsidRDefault="00B567CB">
                <w:pPr>
                  <w:spacing w:after="20"/>
                </w:pPr>
                <w:r>
                  <w:t xml:space="preserve"> </w:t>
                </w:r>
              </w:p>
            </w:tc>
          </w:sdtContent>
        </w:sdt>
        <w:sdt>
          <w:sdtPr>
            <w:alias w:val="Applicant table response"/>
            <w:tag w:val="applicant_form_field"/>
            <w:id w:val="-715741059"/>
            <w:placeholder>
              <w:docPart w:val="294C3FCB05E94FB0B551CBFECB91394A"/>
            </w:placeholder>
            <w15:color w:val="137C8B"/>
            <w:text/>
          </w:sdtPr>
          <w:sdtContent>
            <w:tc>
              <w:tcPr>
                <w:tcW w:w="3312" w:type="dxa"/>
                <w:shd w:val="clear" w:color="auto" w:fill="F5F8FA"/>
                <w:tcMar>
                  <w:top w:w="80" w:type="dxa"/>
                  <w:left w:w="90" w:type="dxa"/>
                  <w:bottom w:w="80" w:type="dxa"/>
                  <w:right w:w="90" w:type="dxa"/>
                </w:tcMar>
                <w:vAlign w:val="center"/>
              </w:tcPr>
              <w:p w14:paraId="52E56223" w14:textId="038E9A4E" w:rsidR="002C5E63" w:rsidRDefault="00B567CB">
                <w:pPr>
                  <w:spacing w:after="20"/>
                </w:pPr>
                <w:r>
                  <w:t xml:space="preserve"> </w:t>
                </w:r>
              </w:p>
            </w:tc>
          </w:sdtContent>
        </w:sdt>
        <w:sdt>
          <w:sdtPr>
            <w:alias w:val="Applicant table response"/>
            <w:tag w:val="applicant_form_field"/>
            <w:id w:val="1303573774"/>
            <w:placeholder>
              <w:docPart w:val="FBC0E8CEB76A4AA78FA0F4EF9C699855"/>
            </w:placeholder>
            <w15:color w:val="137C8B"/>
            <w:text/>
          </w:sdtPr>
          <w:sdtContent>
            <w:tc>
              <w:tcPr>
                <w:tcW w:w="1656" w:type="dxa"/>
                <w:shd w:val="clear" w:color="auto" w:fill="F5F8FA"/>
                <w:tcMar>
                  <w:top w:w="80" w:type="dxa"/>
                  <w:left w:w="90" w:type="dxa"/>
                  <w:bottom w:w="80" w:type="dxa"/>
                  <w:right w:w="90" w:type="dxa"/>
                </w:tcMar>
                <w:vAlign w:val="center"/>
              </w:tcPr>
              <w:p w14:paraId="07547A01" w14:textId="1A7AF4C1" w:rsidR="002C5E63" w:rsidRDefault="00B567CB">
                <w:pPr>
                  <w:spacing w:after="20"/>
                </w:pPr>
                <w:r>
                  <w:t xml:space="preserve"> </w:t>
                </w:r>
              </w:p>
            </w:tc>
          </w:sdtContent>
        </w:sdt>
      </w:tr>
      <w:tr w:rsidR="002C5E63" w14:paraId="5043CB0F" w14:textId="77777777">
        <w:trPr>
          <w:jc w:val="center"/>
        </w:trPr>
        <w:sdt>
          <w:sdtPr>
            <w:alias w:val="Applicant table response"/>
            <w:tag w:val="applicant_form_field"/>
            <w:id w:val="685255130"/>
            <w:placeholder>
              <w:docPart w:val="A7FE01997A724A4FA1B4CB7774B7FD02"/>
            </w:placeholder>
            <w15:color w:val="137C8B"/>
            <w:text/>
          </w:sdtPr>
          <w:sdtContent>
            <w:tc>
              <w:tcPr>
                <w:tcW w:w="3240" w:type="dxa"/>
                <w:tcMar>
                  <w:top w:w="80" w:type="dxa"/>
                  <w:left w:w="90" w:type="dxa"/>
                  <w:bottom w:w="80" w:type="dxa"/>
                  <w:right w:w="90" w:type="dxa"/>
                </w:tcMar>
                <w:vAlign w:val="center"/>
              </w:tcPr>
              <w:p w14:paraId="07459315" w14:textId="3ADE7538" w:rsidR="002C5E63" w:rsidRDefault="00B567CB">
                <w:pPr>
                  <w:spacing w:after="20"/>
                </w:pPr>
                <w:r>
                  <w:t xml:space="preserve"> </w:t>
                </w:r>
              </w:p>
            </w:tc>
          </w:sdtContent>
        </w:sdt>
        <w:sdt>
          <w:sdtPr>
            <w:alias w:val="Applicant table response"/>
            <w:tag w:val="applicant_form_field"/>
            <w:id w:val="-473836699"/>
            <w:placeholder>
              <w:docPart w:val="EB7779468C5848BD87EEE2DFFBB0EC57"/>
            </w:placeholder>
            <w15:color w:val="137C8B"/>
            <w:text/>
          </w:sdtPr>
          <w:sdtContent>
            <w:tc>
              <w:tcPr>
                <w:tcW w:w="1584" w:type="dxa"/>
                <w:tcMar>
                  <w:top w:w="80" w:type="dxa"/>
                  <w:left w:w="90" w:type="dxa"/>
                  <w:bottom w:w="80" w:type="dxa"/>
                  <w:right w:w="90" w:type="dxa"/>
                </w:tcMar>
                <w:vAlign w:val="center"/>
              </w:tcPr>
              <w:p w14:paraId="6537F28F" w14:textId="5BFC7510" w:rsidR="002C5E63" w:rsidRDefault="00B567CB">
                <w:pPr>
                  <w:spacing w:after="20"/>
                </w:pPr>
                <w:r>
                  <w:t xml:space="preserve"> </w:t>
                </w:r>
              </w:p>
            </w:tc>
          </w:sdtContent>
        </w:sdt>
        <w:sdt>
          <w:sdtPr>
            <w:alias w:val="Applicant table response"/>
            <w:tag w:val="applicant_form_field"/>
            <w:id w:val="977111198"/>
            <w:placeholder>
              <w:docPart w:val="B633BCA13AE44DF1848F77E1EF193275"/>
            </w:placeholder>
            <w15:color w:val="137C8B"/>
            <w:text/>
          </w:sdtPr>
          <w:sdtContent>
            <w:tc>
              <w:tcPr>
                <w:tcW w:w="3312" w:type="dxa"/>
                <w:tcMar>
                  <w:top w:w="80" w:type="dxa"/>
                  <w:left w:w="90" w:type="dxa"/>
                  <w:bottom w:w="80" w:type="dxa"/>
                  <w:right w:w="90" w:type="dxa"/>
                </w:tcMar>
                <w:vAlign w:val="center"/>
              </w:tcPr>
              <w:p w14:paraId="6DFB9E20" w14:textId="3AD22B52" w:rsidR="002C5E63" w:rsidRDefault="00B567CB">
                <w:pPr>
                  <w:spacing w:after="20"/>
                </w:pPr>
                <w:r>
                  <w:t xml:space="preserve"> </w:t>
                </w:r>
              </w:p>
            </w:tc>
          </w:sdtContent>
        </w:sdt>
        <w:sdt>
          <w:sdtPr>
            <w:alias w:val="Applicant table response"/>
            <w:tag w:val="applicant_form_field"/>
            <w:id w:val="-852962014"/>
            <w:placeholder>
              <w:docPart w:val="B85251932A4C44BBAB3674D0AE22C8BF"/>
            </w:placeholder>
            <w15:color w:val="137C8B"/>
            <w:text/>
          </w:sdtPr>
          <w:sdtContent>
            <w:tc>
              <w:tcPr>
                <w:tcW w:w="1656" w:type="dxa"/>
                <w:tcMar>
                  <w:top w:w="80" w:type="dxa"/>
                  <w:left w:w="90" w:type="dxa"/>
                  <w:bottom w:w="80" w:type="dxa"/>
                  <w:right w:w="90" w:type="dxa"/>
                </w:tcMar>
                <w:vAlign w:val="center"/>
              </w:tcPr>
              <w:p w14:paraId="70DF9E56" w14:textId="305CED53" w:rsidR="002C5E63" w:rsidRDefault="00B567CB">
                <w:pPr>
                  <w:spacing w:after="20"/>
                </w:pPr>
                <w:r>
                  <w:t xml:space="preserve"> </w:t>
                </w:r>
              </w:p>
            </w:tc>
          </w:sdtContent>
        </w:sdt>
      </w:tr>
      <w:tr w:rsidR="002C5E63" w14:paraId="44E871BC" w14:textId="77777777">
        <w:trPr>
          <w:jc w:val="center"/>
        </w:trPr>
        <w:sdt>
          <w:sdtPr>
            <w:alias w:val="Applicant table response"/>
            <w:tag w:val="applicant_form_field"/>
            <w:id w:val="-1324503409"/>
            <w:placeholder>
              <w:docPart w:val="F942584A2B794A3A890103BD3F652AF0"/>
            </w:placeholder>
            <w15:color w:val="137C8B"/>
            <w:text/>
          </w:sdtPr>
          <w:sdtContent>
            <w:tc>
              <w:tcPr>
                <w:tcW w:w="3240" w:type="dxa"/>
                <w:shd w:val="clear" w:color="auto" w:fill="F5F8FA"/>
                <w:tcMar>
                  <w:top w:w="80" w:type="dxa"/>
                  <w:left w:w="90" w:type="dxa"/>
                  <w:bottom w:w="80" w:type="dxa"/>
                  <w:right w:w="90" w:type="dxa"/>
                </w:tcMar>
                <w:vAlign w:val="center"/>
              </w:tcPr>
              <w:p w14:paraId="144A5D23" w14:textId="5FA17D45" w:rsidR="002C5E63" w:rsidRDefault="00B567CB">
                <w:pPr>
                  <w:spacing w:after="20"/>
                </w:pPr>
                <w:r>
                  <w:t xml:space="preserve"> </w:t>
                </w:r>
              </w:p>
            </w:tc>
          </w:sdtContent>
        </w:sdt>
        <w:sdt>
          <w:sdtPr>
            <w:alias w:val="Applicant table response"/>
            <w:tag w:val="applicant_form_field"/>
            <w:id w:val="-370543510"/>
            <w:placeholder>
              <w:docPart w:val="7CB9D37B466C4805B3794290479C3638"/>
            </w:placeholder>
            <w15:color w:val="137C8B"/>
            <w:text/>
          </w:sdtPr>
          <w:sdtContent>
            <w:tc>
              <w:tcPr>
                <w:tcW w:w="1584" w:type="dxa"/>
                <w:shd w:val="clear" w:color="auto" w:fill="F5F8FA"/>
                <w:tcMar>
                  <w:top w:w="80" w:type="dxa"/>
                  <w:left w:w="90" w:type="dxa"/>
                  <w:bottom w:w="80" w:type="dxa"/>
                  <w:right w:w="90" w:type="dxa"/>
                </w:tcMar>
                <w:vAlign w:val="center"/>
              </w:tcPr>
              <w:p w14:paraId="738610EB" w14:textId="332DF061" w:rsidR="002C5E63" w:rsidRDefault="00B567CB">
                <w:pPr>
                  <w:spacing w:after="20"/>
                </w:pPr>
                <w:r>
                  <w:t xml:space="preserve"> </w:t>
                </w:r>
              </w:p>
            </w:tc>
          </w:sdtContent>
        </w:sdt>
        <w:sdt>
          <w:sdtPr>
            <w:alias w:val="Applicant table response"/>
            <w:tag w:val="applicant_form_field"/>
            <w:id w:val="888994608"/>
            <w:placeholder>
              <w:docPart w:val="8A38874A99844F87B2E8F49FC969EBD4"/>
            </w:placeholder>
            <w15:color w:val="137C8B"/>
            <w:text/>
          </w:sdtPr>
          <w:sdtContent>
            <w:tc>
              <w:tcPr>
                <w:tcW w:w="3312" w:type="dxa"/>
                <w:shd w:val="clear" w:color="auto" w:fill="F5F8FA"/>
                <w:tcMar>
                  <w:top w:w="80" w:type="dxa"/>
                  <w:left w:w="90" w:type="dxa"/>
                  <w:bottom w:w="80" w:type="dxa"/>
                  <w:right w:w="90" w:type="dxa"/>
                </w:tcMar>
                <w:vAlign w:val="center"/>
              </w:tcPr>
              <w:p w14:paraId="637805D2" w14:textId="7C4000B6" w:rsidR="002C5E63" w:rsidRDefault="00B567CB">
                <w:pPr>
                  <w:spacing w:after="20"/>
                </w:pPr>
                <w:r>
                  <w:t xml:space="preserve"> </w:t>
                </w:r>
              </w:p>
            </w:tc>
          </w:sdtContent>
        </w:sdt>
        <w:sdt>
          <w:sdtPr>
            <w:alias w:val="Applicant table response"/>
            <w:tag w:val="applicant_form_field"/>
            <w:id w:val="-1665464575"/>
            <w:placeholder>
              <w:docPart w:val="ABA5E9F3AC2E4F498806B63A0EFF65E8"/>
            </w:placeholder>
            <w15:color w:val="137C8B"/>
            <w:text/>
          </w:sdtPr>
          <w:sdtContent>
            <w:tc>
              <w:tcPr>
                <w:tcW w:w="1656" w:type="dxa"/>
                <w:shd w:val="clear" w:color="auto" w:fill="F5F8FA"/>
                <w:tcMar>
                  <w:top w:w="80" w:type="dxa"/>
                  <w:left w:w="90" w:type="dxa"/>
                  <w:bottom w:w="80" w:type="dxa"/>
                  <w:right w:w="90" w:type="dxa"/>
                </w:tcMar>
                <w:vAlign w:val="center"/>
              </w:tcPr>
              <w:p w14:paraId="463F29E8" w14:textId="18D31B4B" w:rsidR="002C5E63" w:rsidRDefault="00B567CB">
                <w:pPr>
                  <w:spacing w:after="20"/>
                </w:pPr>
                <w:r>
                  <w:t xml:space="preserve"> </w:t>
                </w:r>
              </w:p>
            </w:tc>
          </w:sdtContent>
        </w:sdt>
      </w:tr>
    </w:tbl>
    <w:p w14:paraId="75B6ED14" w14:textId="77777777" w:rsidR="002C5E63" w:rsidRDefault="00FA70B1">
      <w:pPr>
        <w:pStyle w:val="Heading1"/>
      </w:pPr>
      <w:r>
        <w:t>E. Training and professional development</w:t>
      </w:r>
    </w:p>
    <w:tbl>
      <w:tblPr>
        <w:tblStyle w:val="TableGrid"/>
        <w:tblW w:w="0" w:type="auto"/>
        <w:jc w:val="center"/>
        <w:tblLook w:val="04A0" w:firstRow="1" w:lastRow="0" w:firstColumn="1" w:lastColumn="0" w:noHBand="0" w:noVBand="1"/>
      </w:tblPr>
      <w:tblGrid>
        <w:gridCol w:w="4752"/>
        <w:gridCol w:w="3240"/>
        <w:gridCol w:w="1800"/>
      </w:tblGrid>
      <w:tr w:rsidR="002C5E63" w14:paraId="064B75EB" w14:textId="77777777">
        <w:trPr>
          <w:tblHeader/>
          <w:jc w:val="center"/>
        </w:trPr>
        <w:tc>
          <w:tcPr>
            <w:tcW w:w="4752" w:type="dxa"/>
            <w:shd w:val="clear" w:color="auto" w:fill="17365D"/>
            <w:tcMar>
              <w:top w:w="80" w:type="dxa"/>
              <w:left w:w="90" w:type="dxa"/>
              <w:bottom w:w="80" w:type="dxa"/>
              <w:right w:w="90" w:type="dxa"/>
            </w:tcMar>
            <w:vAlign w:val="center"/>
          </w:tcPr>
          <w:p w14:paraId="166C9CFA" w14:textId="77777777" w:rsidR="002C5E63" w:rsidRPr="009C3A55" w:rsidRDefault="00FA70B1">
            <w:pPr>
              <w:spacing w:after="20"/>
              <w:rPr>
                <w:szCs w:val="36"/>
              </w:rPr>
            </w:pPr>
            <w:r w:rsidRPr="009C3A55">
              <w:rPr>
                <w:b/>
                <w:color w:val="FFFFFF"/>
                <w:szCs w:val="36"/>
              </w:rPr>
              <w:t>Course or training</w:t>
            </w:r>
          </w:p>
        </w:tc>
        <w:tc>
          <w:tcPr>
            <w:tcW w:w="3240" w:type="dxa"/>
            <w:shd w:val="clear" w:color="auto" w:fill="17365D"/>
            <w:tcMar>
              <w:top w:w="80" w:type="dxa"/>
              <w:left w:w="90" w:type="dxa"/>
              <w:bottom w:w="80" w:type="dxa"/>
              <w:right w:w="90" w:type="dxa"/>
            </w:tcMar>
            <w:vAlign w:val="center"/>
          </w:tcPr>
          <w:p w14:paraId="57BA7D9E" w14:textId="77777777" w:rsidR="002C5E63" w:rsidRPr="009C3A55" w:rsidRDefault="00FA70B1">
            <w:pPr>
              <w:spacing w:after="20"/>
              <w:rPr>
                <w:szCs w:val="36"/>
              </w:rPr>
            </w:pPr>
            <w:r w:rsidRPr="009C3A55">
              <w:rPr>
                <w:b/>
                <w:color w:val="FFFFFF"/>
                <w:szCs w:val="36"/>
              </w:rPr>
              <w:t>Provider</w:t>
            </w:r>
          </w:p>
        </w:tc>
        <w:tc>
          <w:tcPr>
            <w:tcW w:w="1800" w:type="dxa"/>
            <w:shd w:val="clear" w:color="auto" w:fill="17365D"/>
            <w:tcMar>
              <w:top w:w="80" w:type="dxa"/>
              <w:left w:w="90" w:type="dxa"/>
              <w:bottom w:w="80" w:type="dxa"/>
              <w:right w:w="90" w:type="dxa"/>
            </w:tcMar>
            <w:vAlign w:val="center"/>
          </w:tcPr>
          <w:p w14:paraId="50145BD4" w14:textId="77777777" w:rsidR="002C5E63" w:rsidRPr="009C3A55" w:rsidRDefault="00FA70B1">
            <w:pPr>
              <w:spacing w:after="20"/>
              <w:rPr>
                <w:szCs w:val="36"/>
              </w:rPr>
            </w:pPr>
            <w:r w:rsidRPr="009C3A55">
              <w:rPr>
                <w:b/>
                <w:color w:val="FFFFFF"/>
                <w:szCs w:val="36"/>
              </w:rPr>
              <w:t>Date / duration</w:t>
            </w:r>
          </w:p>
        </w:tc>
      </w:tr>
      <w:tr w:rsidR="002C5E63" w14:paraId="3B7B4B86" w14:textId="77777777">
        <w:trPr>
          <w:jc w:val="center"/>
        </w:trPr>
        <w:tc>
          <w:tcPr>
            <w:tcW w:w="4752" w:type="dxa"/>
            <w:tcMar>
              <w:top w:w="80" w:type="dxa"/>
              <w:left w:w="90" w:type="dxa"/>
              <w:bottom w:w="80" w:type="dxa"/>
              <w:right w:w="90" w:type="dxa"/>
            </w:tcMar>
            <w:vAlign w:val="center"/>
          </w:tcPr>
          <w:p w14:paraId="3A0FF5F2" w14:textId="1F95F2B5" w:rsidR="002C5E63" w:rsidRDefault="00000000">
            <w:pPr>
              <w:spacing w:after="20"/>
            </w:pPr>
            <w:sdt>
              <w:sdtPr>
                <w:alias w:val="Applicant table response"/>
                <w:tag w:val="applicant_form_field"/>
                <w:id w:val="-480002561"/>
                <w:placeholder>
                  <w:docPart w:val="DBBE673CC5F24C52A1BA3629E2603C00"/>
                </w:placeholder>
                <w15:color w:val="137C8B"/>
                <w:text/>
              </w:sdtPr>
              <w:sdtContent>
                <w:r w:rsidR="00B567CB">
                  <w:t xml:space="preserve"> </w:t>
                </w:r>
              </w:sdtContent>
            </w:sdt>
            <w:sdt>
              <w:sdtPr>
                <w:alias w:val="Applicant response"/>
                <w:tag w:val="applicant_form_field"/>
                <w:id w:val="564304010"/>
                <w:placeholder>
                  <w:docPart w:val="787128BB833D423CB530DE414490EE59"/>
                </w:placeholder>
                <w15:color w:val="137C8B"/>
                <w:text/>
              </w:sdtPr>
              <w:sdtContent>
                <w:r w:rsidR="00B567CB">
                  <w:t xml:space="preserve"> </w:t>
                </w:r>
              </w:sdtContent>
            </w:sdt>
          </w:p>
        </w:tc>
        <w:sdt>
          <w:sdtPr>
            <w:alias w:val="Applicant table response"/>
            <w:tag w:val="applicant_form_field"/>
            <w:id w:val="17822954"/>
            <w:placeholder>
              <w:docPart w:val="74AF2CBC627A480CAA3A24D484203820"/>
            </w:placeholder>
            <w15:color w:val="137C8B"/>
            <w:text/>
          </w:sdtPr>
          <w:sdtContent>
            <w:tc>
              <w:tcPr>
                <w:tcW w:w="3240" w:type="dxa"/>
                <w:tcMar>
                  <w:top w:w="80" w:type="dxa"/>
                  <w:left w:w="90" w:type="dxa"/>
                  <w:bottom w:w="80" w:type="dxa"/>
                  <w:right w:w="90" w:type="dxa"/>
                </w:tcMar>
                <w:vAlign w:val="center"/>
              </w:tcPr>
              <w:p w14:paraId="5630AD66" w14:textId="1E0FA780" w:rsidR="002C5E63" w:rsidRDefault="00B567CB">
                <w:pPr>
                  <w:spacing w:after="20"/>
                </w:pPr>
                <w:r>
                  <w:t xml:space="preserve"> </w:t>
                </w:r>
              </w:p>
            </w:tc>
          </w:sdtContent>
        </w:sdt>
        <w:sdt>
          <w:sdtPr>
            <w:alias w:val="Applicant table response"/>
            <w:tag w:val="applicant_form_field"/>
            <w:id w:val="-1704861334"/>
            <w:placeholder>
              <w:docPart w:val="22E82CA564644A148D24F452E682D56D"/>
            </w:placeholder>
            <w15:color w:val="137C8B"/>
            <w:text/>
          </w:sdtPr>
          <w:sdtContent>
            <w:tc>
              <w:tcPr>
                <w:tcW w:w="1800" w:type="dxa"/>
                <w:tcMar>
                  <w:top w:w="80" w:type="dxa"/>
                  <w:left w:w="90" w:type="dxa"/>
                  <w:bottom w:w="80" w:type="dxa"/>
                  <w:right w:w="90" w:type="dxa"/>
                </w:tcMar>
                <w:vAlign w:val="center"/>
              </w:tcPr>
              <w:p w14:paraId="61829076" w14:textId="09230BF4" w:rsidR="002C5E63" w:rsidRDefault="00B567CB">
                <w:pPr>
                  <w:spacing w:after="20"/>
                </w:pPr>
                <w:r>
                  <w:t xml:space="preserve"> </w:t>
                </w:r>
              </w:p>
            </w:tc>
          </w:sdtContent>
        </w:sdt>
      </w:tr>
      <w:tr w:rsidR="002C5E63" w14:paraId="2BA226A1" w14:textId="77777777">
        <w:trPr>
          <w:jc w:val="center"/>
        </w:trPr>
        <w:sdt>
          <w:sdtPr>
            <w:alias w:val="Applicant table response"/>
            <w:tag w:val="applicant_form_field"/>
            <w:id w:val="-343633367"/>
            <w:placeholder>
              <w:docPart w:val="117ACAF54D744A20A6FE786A62C2557E"/>
            </w:placeholder>
            <w15:color w:val="137C8B"/>
            <w:text/>
          </w:sdtPr>
          <w:sdtContent>
            <w:tc>
              <w:tcPr>
                <w:tcW w:w="4752" w:type="dxa"/>
                <w:shd w:val="clear" w:color="auto" w:fill="F5F8FA"/>
                <w:tcMar>
                  <w:top w:w="80" w:type="dxa"/>
                  <w:left w:w="90" w:type="dxa"/>
                  <w:bottom w:w="80" w:type="dxa"/>
                  <w:right w:w="90" w:type="dxa"/>
                </w:tcMar>
                <w:vAlign w:val="center"/>
              </w:tcPr>
              <w:p w14:paraId="17AD93B2" w14:textId="3D799528" w:rsidR="002C5E63" w:rsidRDefault="00B567CB">
                <w:pPr>
                  <w:spacing w:after="20"/>
                </w:pPr>
                <w:r>
                  <w:t xml:space="preserve"> </w:t>
                </w:r>
              </w:p>
            </w:tc>
          </w:sdtContent>
        </w:sdt>
        <w:sdt>
          <w:sdtPr>
            <w:alias w:val="Applicant table response"/>
            <w:tag w:val="applicant_form_field"/>
            <w:id w:val="2108996958"/>
            <w:placeholder>
              <w:docPart w:val="A9D03F0A95924F2D8720E20267A3003E"/>
            </w:placeholder>
            <w15:color w:val="137C8B"/>
            <w:text/>
          </w:sdtPr>
          <w:sdtContent>
            <w:tc>
              <w:tcPr>
                <w:tcW w:w="3240" w:type="dxa"/>
                <w:shd w:val="clear" w:color="auto" w:fill="F5F8FA"/>
                <w:tcMar>
                  <w:top w:w="80" w:type="dxa"/>
                  <w:left w:w="90" w:type="dxa"/>
                  <w:bottom w:w="80" w:type="dxa"/>
                  <w:right w:w="90" w:type="dxa"/>
                </w:tcMar>
                <w:vAlign w:val="center"/>
              </w:tcPr>
              <w:p w14:paraId="0DE4B5B7" w14:textId="7664BD3E" w:rsidR="002C5E63" w:rsidRDefault="00B567CB">
                <w:pPr>
                  <w:spacing w:after="20"/>
                </w:pPr>
                <w:r>
                  <w:t xml:space="preserve"> </w:t>
                </w:r>
              </w:p>
            </w:tc>
          </w:sdtContent>
        </w:sdt>
        <w:sdt>
          <w:sdtPr>
            <w:alias w:val="Applicant table response"/>
            <w:tag w:val="applicant_form_field"/>
            <w:id w:val="-1976594693"/>
            <w:placeholder>
              <w:docPart w:val="9FA52992A4DF4C4BACE796D91A3DC1B3"/>
            </w:placeholder>
            <w15:color w:val="137C8B"/>
            <w:text/>
          </w:sdtPr>
          <w:sdtContent>
            <w:tc>
              <w:tcPr>
                <w:tcW w:w="1800" w:type="dxa"/>
                <w:shd w:val="clear" w:color="auto" w:fill="F5F8FA"/>
                <w:tcMar>
                  <w:top w:w="80" w:type="dxa"/>
                  <w:left w:w="90" w:type="dxa"/>
                  <w:bottom w:w="80" w:type="dxa"/>
                  <w:right w:w="90" w:type="dxa"/>
                </w:tcMar>
                <w:vAlign w:val="center"/>
              </w:tcPr>
              <w:p w14:paraId="66204FF1" w14:textId="24FABCA8" w:rsidR="002C5E63" w:rsidRDefault="00B567CB">
                <w:pPr>
                  <w:spacing w:after="20"/>
                </w:pPr>
                <w:r>
                  <w:t xml:space="preserve"> </w:t>
                </w:r>
              </w:p>
            </w:tc>
          </w:sdtContent>
        </w:sdt>
      </w:tr>
      <w:tr w:rsidR="002C5E63" w14:paraId="2DBF0D7D" w14:textId="77777777">
        <w:trPr>
          <w:jc w:val="center"/>
        </w:trPr>
        <w:sdt>
          <w:sdtPr>
            <w:alias w:val="Applicant table response"/>
            <w:tag w:val="applicant_form_field"/>
            <w:id w:val="1391927272"/>
            <w:placeholder>
              <w:docPart w:val="125EEE99670F4293854E7388E6CF46CE"/>
            </w:placeholder>
            <w15:color w:val="137C8B"/>
            <w:text/>
          </w:sdtPr>
          <w:sdtContent>
            <w:tc>
              <w:tcPr>
                <w:tcW w:w="4752" w:type="dxa"/>
                <w:tcMar>
                  <w:top w:w="80" w:type="dxa"/>
                  <w:left w:w="90" w:type="dxa"/>
                  <w:bottom w:w="80" w:type="dxa"/>
                  <w:right w:w="90" w:type="dxa"/>
                </w:tcMar>
                <w:vAlign w:val="center"/>
              </w:tcPr>
              <w:p w14:paraId="6B62F1B3" w14:textId="3BCF98D8" w:rsidR="002C5E63" w:rsidRDefault="00B567CB">
                <w:pPr>
                  <w:spacing w:after="20"/>
                </w:pPr>
                <w:r>
                  <w:t xml:space="preserve"> </w:t>
                </w:r>
              </w:p>
            </w:tc>
          </w:sdtContent>
        </w:sdt>
        <w:sdt>
          <w:sdtPr>
            <w:alias w:val="Applicant table response"/>
            <w:tag w:val="applicant_form_field"/>
            <w:id w:val="1729341328"/>
            <w:placeholder>
              <w:docPart w:val="9988AC50CC5E4969807638DAA93B2FD0"/>
            </w:placeholder>
            <w15:color w:val="137C8B"/>
            <w:text/>
          </w:sdtPr>
          <w:sdtContent>
            <w:tc>
              <w:tcPr>
                <w:tcW w:w="3240" w:type="dxa"/>
                <w:tcMar>
                  <w:top w:w="80" w:type="dxa"/>
                  <w:left w:w="90" w:type="dxa"/>
                  <w:bottom w:w="80" w:type="dxa"/>
                  <w:right w:w="90" w:type="dxa"/>
                </w:tcMar>
                <w:vAlign w:val="center"/>
              </w:tcPr>
              <w:p w14:paraId="02F2C34E" w14:textId="4163DDDB" w:rsidR="002C5E63" w:rsidRDefault="00B567CB">
                <w:pPr>
                  <w:spacing w:after="20"/>
                </w:pPr>
                <w:r>
                  <w:t xml:space="preserve"> </w:t>
                </w:r>
              </w:p>
            </w:tc>
          </w:sdtContent>
        </w:sdt>
        <w:sdt>
          <w:sdtPr>
            <w:alias w:val="Applicant table response"/>
            <w:tag w:val="applicant_form_field"/>
            <w:id w:val="1392851888"/>
            <w:placeholder>
              <w:docPart w:val="A670004BC84A45BFA0BDA5D8DD048E3F"/>
            </w:placeholder>
            <w15:color w:val="137C8B"/>
            <w:text/>
          </w:sdtPr>
          <w:sdtContent>
            <w:tc>
              <w:tcPr>
                <w:tcW w:w="1800" w:type="dxa"/>
                <w:tcMar>
                  <w:top w:w="80" w:type="dxa"/>
                  <w:left w:w="90" w:type="dxa"/>
                  <w:bottom w:w="80" w:type="dxa"/>
                  <w:right w:w="90" w:type="dxa"/>
                </w:tcMar>
                <w:vAlign w:val="center"/>
              </w:tcPr>
              <w:p w14:paraId="680A4E5D" w14:textId="74E11F0D" w:rsidR="002C5E63" w:rsidRDefault="00B567CB">
                <w:pPr>
                  <w:spacing w:after="20"/>
                </w:pPr>
                <w:r>
                  <w:t xml:space="preserve"> </w:t>
                </w:r>
              </w:p>
            </w:tc>
          </w:sdtContent>
        </w:sdt>
      </w:tr>
      <w:tr w:rsidR="002C5E63" w14:paraId="19219836" w14:textId="77777777">
        <w:trPr>
          <w:jc w:val="center"/>
        </w:trPr>
        <w:sdt>
          <w:sdtPr>
            <w:alias w:val="Applicant table response"/>
            <w:tag w:val="applicant_form_field"/>
            <w:id w:val="-376395671"/>
            <w:placeholder>
              <w:docPart w:val="C485BA87147F433D97DAA95D2864A74B"/>
            </w:placeholder>
            <w15:color w:val="137C8B"/>
            <w:text/>
          </w:sdtPr>
          <w:sdtContent>
            <w:tc>
              <w:tcPr>
                <w:tcW w:w="4752" w:type="dxa"/>
                <w:shd w:val="clear" w:color="auto" w:fill="F5F8FA"/>
                <w:tcMar>
                  <w:top w:w="80" w:type="dxa"/>
                  <w:left w:w="90" w:type="dxa"/>
                  <w:bottom w:w="80" w:type="dxa"/>
                  <w:right w:w="90" w:type="dxa"/>
                </w:tcMar>
                <w:vAlign w:val="center"/>
              </w:tcPr>
              <w:p w14:paraId="296FEF7D" w14:textId="572857CC" w:rsidR="002C5E63" w:rsidRDefault="00B567CB">
                <w:pPr>
                  <w:spacing w:after="20"/>
                </w:pPr>
                <w:r>
                  <w:t xml:space="preserve"> </w:t>
                </w:r>
              </w:p>
            </w:tc>
          </w:sdtContent>
        </w:sdt>
        <w:sdt>
          <w:sdtPr>
            <w:alias w:val="Applicant table response"/>
            <w:tag w:val="applicant_form_field"/>
            <w:id w:val="-615757082"/>
            <w:placeholder>
              <w:docPart w:val="5AF03D3D89BA4F158A3F393E81C47B68"/>
            </w:placeholder>
            <w15:color w:val="137C8B"/>
            <w:text/>
          </w:sdtPr>
          <w:sdtContent>
            <w:tc>
              <w:tcPr>
                <w:tcW w:w="3240" w:type="dxa"/>
                <w:shd w:val="clear" w:color="auto" w:fill="F5F8FA"/>
                <w:tcMar>
                  <w:top w:w="80" w:type="dxa"/>
                  <w:left w:w="90" w:type="dxa"/>
                  <w:bottom w:w="80" w:type="dxa"/>
                  <w:right w:w="90" w:type="dxa"/>
                </w:tcMar>
                <w:vAlign w:val="center"/>
              </w:tcPr>
              <w:p w14:paraId="7194DBDC" w14:textId="5A717746" w:rsidR="002C5E63" w:rsidRDefault="00B567CB">
                <w:pPr>
                  <w:spacing w:after="20"/>
                </w:pPr>
                <w:r>
                  <w:t xml:space="preserve"> </w:t>
                </w:r>
              </w:p>
            </w:tc>
          </w:sdtContent>
        </w:sdt>
        <w:sdt>
          <w:sdtPr>
            <w:alias w:val="Applicant table response"/>
            <w:tag w:val="applicant_form_field"/>
            <w:id w:val="1462925810"/>
            <w:placeholder>
              <w:docPart w:val="07D5E0CB95734019A4BD45BFF67FB897"/>
            </w:placeholder>
            <w15:color w:val="137C8B"/>
            <w:text/>
          </w:sdtPr>
          <w:sdtContent>
            <w:tc>
              <w:tcPr>
                <w:tcW w:w="1800" w:type="dxa"/>
                <w:shd w:val="clear" w:color="auto" w:fill="F5F8FA"/>
                <w:tcMar>
                  <w:top w:w="80" w:type="dxa"/>
                  <w:left w:w="90" w:type="dxa"/>
                  <w:bottom w:w="80" w:type="dxa"/>
                  <w:right w:w="90" w:type="dxa"/>
                </w:tcMar>
                <w:vAlign w:val="center"/>
              </w:tcPr>
              <w:p w14:paraId="769D0D3C" w14:textId="2E812287" w:rsidR="002C5E63" w:rsidRDefault="00B567CB">
                <w:pPr>
                  <w:spacing w:after="20"/>
                </w:pPr>
                <w:r>
                  <w:t xml:space="preserve"> </w:t>
                </w:r>
              </w:p>
            </w:tc>
          </w:sdtContent>
        </w:sdt>
      </w:tr>
      <w:tr w:rsidR="002C5E63" w14:paraId="54CD245A" w14:textId="77777777">
        <w:trPr>
          <w:jc w:val="center"/>
        </w:trPr>
        <w:sdt>
          <w:sdtPr>
            <w:alias w:val="Applicant table response"/>
            <w:tag w:val="applicant_form_field"/>
            <w:id w:val="1592737572"/>
            <w:placeholder>
              <w:docPart w:val="62F25D98AE874DB58E0B09B4F646A85C"/>
            </w:placeholder>
            <w15:color w:val="137C8B"/>
            <w:text/>
          </w:sdtPr>
          <w:sdtContent>
            <w:tc>
              <w:tcPr>
                <w:tcW w:w="4752" w:type="dxa"/>
                <w:tcMar>
                  <w:top w:w="80" w:type="dxa"/>
                  <w:left w:w="90" w:type="dxa"/>
                  <w:bottom w:w="80" w:type="dxa"/>
                  <w:right w:w="90" w:type="dxa"/>
                </w:tcMar>
                <w:vAlign w:val="center"/>
              </w:tcPr>
              <w:p w14:paraId="1231BE67" w14:textId="1BF4901F" w:rsidR="002C5E63" w:rsidRDefault="00B567CB">
                <w:pPr>
                  <w:spacing w:after="20"/>
                </w:pPr>
                <w:r>
                  <w:t xml:space="preserve"> </w:t>
                </w:r>
              </w:p>
            </w:tc>
          </w:sdtContent>
        </w:sdt>
        <w:sdt>
          <w:sdtPr>
            <w:alias w:val="Applicant table response"/>
            <w:tag w:val="applicant_form_field"/>
            <w:id w:val="-1519463025"/>
            <w:placeholder>
              <w:docPart w:val="32E1464BEEE04E4F91C1855C71DFC85B"/>
            </w:placeholder>
            <w15:color w:val="137C8B"/>
            <w:text/>
          </w:sdtPr>
          <w:sdtContent>
            <w:tc>
              <w:tcPr>
                <w:tcW w:w="3240" w:type="dxa"/>
                <w:tcMar>
                  <w:top w:w="80" w:type="dxa"/>
                  <w:left w:w="90" w:type="dxa"/>
                  <w:bottom w:w="80" w:type="dxa"/>
                  <w:right w:w="90" w:type="dxa"/>
                </w:tcMar>
                <w:vAlign w:val="center"/>
              </w:tcPr>
              <w:p w14:paraId="36FEB5B0" w14:textId="1B7E462C" w:rsidR="002C5E63" w:rsidRDefault="00B567CB">
                <w:pPr>
                  <w:spacing w:after="20"/>
                </w:pPr>
                <w:r>
                  <w:t xml:space="preserve"> </w:t>
                </w:r>
              </w:p>
            </w:tc>
          </w:sdtContent>
        </w:sdt>
        <w:sdt>
          <w:sdtPr>
            <w:alias w:val="Applicant table response"/>
            <w:tag w:val="applicant_form_field"/>
            <w:id w:val="-2037193320"/>
            <w:placeholder>
              <w:docPart w:val="B0B32FB264B14BD8B9CB3159CFBE62D7"/>
            </w:placeholder>
            <w15:color w:val="137C8B"/>
            <w:text/>
          </w:sdtPr>
          <w:sdtContent>
            <w:tc>
              <w:tcPr>
                <w:tcW w:w="1800" w:type="dxa"/>
                <w:tcMar>
                  <w:top w:w="80" w:type="dxa"/>
                  <w:left w:w="90" w:type="dxa"/>
                  <w:bottom w:w="80" w:type="dxa"/>
                  <w:right w:w="90" w:type="dxa"/>
                </w:tcMar>
                <w:vAlign w:val="center"/>
              </w:tcPr>
              <w:p w14:paraId="30D7AA69" w14:textId="74CB06E1" w:rsidR="002C5E63" w:rsidRDefault="00B567CB">
                <w:pPr>
                  <w:spacing w:after="20"/>
                </w:pPr>
                <w:r>
                  <w:t xml:space="preserve"> </w:t>
                </w:r>
              </w:p>
            </w:tc>
          </w:sdtContent>
        </w:sdt>
      </w:tr>
      <w:tr w:rsidR="002C5E63" w14:paraId="7196D064" w14:textId="77777777">
        <w:trPr>
          <w:jc w:val="center"/>
        </w:trPr>
        <w:sdt>
          <w:sdtPr>
            <w:alias w:val="Applicant table response"/>
            <w:tag w:val="applicant_form_field"/>
            <w:id w:val="-2047368460"/>
            <w:placeholder>
              <w:docPart w:val="9795D6E1EB3C4A1F91E2081B676E28B3"/>
            </w:placeholder>
            <w15:color w:val="137C8B"/>
            <w:text/>
          </w:sdtPr>
          <w:sdtContent>
            <w:tc>
              <w:tcPr>
                <w:tcW w:w="4752" w:type="dxa"/>
                <w:shd w:val="clear" w:color="auto" w:fill="F5F8FA"/>
                <w:tcMar>
                  <w:top w:w="80" w:type="dxa"/>
                  <w:left w:w="90" w:type="dxa"/>
                  <w:bottom w:w="80" w:type="dxa"/>
                  <w:right w:w="90" w:type="dxa"/>
                </w:tcMar>
                <w:vAlign w:val="center"/>
              </w:tcPr>
              <w:p w14:paraId="34FF1C98" w14:textId="5211C715" w:rsidR="002C5E63" w:rsidRDefault="00B567CB">
                <w:pPr>
                  <w:spacing w:after="20"/>
                </w:pPr>
                <w:r>
                  <w:t xml:space="preserve"> </w:t>
                </w:r>
              </w:p>
            </w:tc>
          </w:sdtContent>
        </w:sdt>
        <w:sdt>
          <w:sdtPr>
            <w:alias w:val="Applicant table response"/>
            <w:tag w:val="applicant_form_field"/>
            <w:id w:val="-1865660041"/>
            <w:placeholder>
              <w:docPart w:val="E2F57C7C47D04EF293C97A8C13063921"/>
            </w:placeholder>
            <w15:color w:val="137C8B"/>
            <w:text/>
          </w:sdtPr>
          <w:sdtContent>
            <w:tc>
              <w:tcPr>
                <w:tcW w:w="3240" w:type="dxa"/>
                <w:shd w:val="clear" w:color="auto" w:fill="F5F8FA"/>
                <w:tcMar>
                  <w:top w:w="80" w:type="dxa"/>
                  <w:left w:w="90" w:type="dxa"/>
                  <w:bottom w:w="80" w:type="dxa"/>
                  <w:right w:w="90" w:type="dxa"/>
                </w:tcMar>
                <w:vAlign w:val="center"/>
              </w:tcPr>
              <w:p w14:paraId="6D072C0D" w14:textId="72D63C5F" w:rsidR="002C5E63" w:rsidRDefault="00B567CB">
                <w:pPr>
                  <w:spacing w:after="20"/>
                </w:pPr>
                <w:r>
                  <w:t xml:space="preserve"> </w:t>
                </w:r>
              </w:p>
            </w:tc>
          </w:sdtContent>
        </w:sdt>
        <w:sdt>
          <w:sdtPr>
            <w:alias w:val="Applicant table response"/>
            <w:tag w:val="applicant_form_field"/>
            <w:id w:val="-1920238537"/>
            <w:placeholder>
              <w:docPart w:val="C4D4FB82322049A8AA18017029F376EB"/>
            </w:placeholder>
            <w15:color w:val="137C8B"/>
            <w:text/>
          </w:sdtPr>
          <w:sdtContent>
            <w:tc>
              <w:tcPr>
                <w:tcW w:w="1800" w:type="dxa"/>
                <w:shd w:val="clear" w:color="auto" w:fill="F5F8FA"/>
                <w:tcMar>
                  <w:top w:w="80" w:type="dxa"/>
                  <w:left w:w="90" w:type="dxa"/>
                  <w:bottom w:w="80" w:type="dxa"/>
                  <w:right w:w="90" w:type="dxa"/>
                </w:tcMar>
                <w:vAlign w:val="center"/>
              </w:tcPr>
              <w:p w14:paraId="48A21919" w14:textId="5BB8EF3B" w:rsidR="002C5E63" w:rsidRDefault="00B567CB">
                <w:pPr>
                  <w:spacing w:after="20"/>
                </w:pPr>
                <w:r>
                  <w:t xml:space="preserve"> </w:t>
                </w:r>
              </w:p>
            </w:tc>
          </w:sdtContent>
        </w:sdt>
      </w:tr>
    </w:tbl>
    <w:p w14:paraId="256CFB6D" w14:textId="77777777" w:rsidR="002C5E63" w:rsidRDefault="00FA70B1">
      <w:pPr>
        <w:pStyle w:val="Heading1"/>
      </w:pPr>
      <w:r>
        <w:t>F. Supporting statement</w:t>
      </w:r>
    </w:p>
    <w:p w14:paraId="7C2C66B4" w14:textId="77777777" w:rsidR="002C5E63" w:rsidRDefault="00FA70B1">
      <w:r>
        <w:t>Provide concise, specific examples. You may use the Situation, Task, Action and Result structure. Maximum 2,000 words across Sections F1 to F5.</w:t>
      </w:r>
    </w:p>
    <w:p w14:paraId="70BA821D" w14:textId="77777777" w:rsidR="002C5E63" w:rsidRDefault="00FA70B1">
      <w:pPr>
        <w:pStyle w:val="Heading2"/>
      </w:pPr>
      <w:r>
        <w:t>F1. Team coordination and leadership</w:t>
      </w:r>
    </w:p>
    <w:p w14:paraId="1CADEB42" w14:textId="77777777" w:rsidR="002C5E63" w:rsidRDefault="00FA70B1">
      <w:r>
        <w:t>Describe a time when you coordinated the work of several colleagues to achieve a shared goal. Explain your own role, how you allocated or coordinated work, how you maintained standards and the outcome.</w:t>
      </w:r>
    </w:p>
    <w:p w14:paraId="6CC0CB8E" w14:textId="3DF2B223" w:rsidR="002C5E63" w:rsidRDefault="002C5E63"/>
    <w:p w14:paraId="4F7B372F" w14:textId="1DFCCBF9" w:rsidR="002C5E63" w:rsidRDefault="002C5E63"/>
    <w:p w14:paraId="188D674D" w14:textId="0629C137" w:rsidR="002C5E63" w:rsidRDefault="002C5E63"/>
    <w:p w14:paraId="365CB2D3" w14:textId="0AE5FF79" w:rsidR="002C5E63" w:rsidRDefault="002C5E63"/>
    <w:p w14:paraId="4E3BF6E1" w14:textId="34868A0B" w:rsidR="002C5E63" w:rsidRDefault="002C5E63"/>
    <w:p w14:paraId="00496ADD" w14:textId="286A8D9B" w:rsidR="002C5E63" w:rsidRDefault="002C5E63"/>
    <w:p w14:paraId="4F45A50E" w14:textId="1AC74356" w:rsidR="002C5E63" w:rsidRDefault="002C5E63"/>
    <w:p w14:paraId="12BD3203" w14:textId="77777777" w:rsidR="00AB754D" w:rsidRDefault="00AB754D"/>
    <w:p w14:paraId="1611D032" w14:textId="77777777" w:rsidR="00AB754D" w:rsidRDefault="00AB754D"/>
    <w:p w14:paraId="4A521A37" w14:textId="696EED6A" w:rsidR="002C5E63" w:rsidRDefault="002C5E63"/>
    <w:p w14:paraId="59FA27F3" w14:textId="77777777" w:rsidR="002C5E63" w:rsidRDefault="00FA70B1">
      <w:pPr>
        <w:pStyle w:val="Heading2"/>
      </w:pPr>
      <w:r>
        <w:t xml:space="preserve">F2. Operational </w:t>
      </w:r>
      <w:proofErr w:type="spellStart"/>
      <w:r>
        <w:t>prioritisation</w:t>
      </w:r>
      <w:proofErr w:type="spellEnd"/>
      <w:r>
        <w:t xml:space="preserve"> and judgement</w:t>
      </w:r>
    </w:p>
    <w:p w14:paraId="081B249D" w14:textId="77777777" w:rsidR="002C5E63" w:rsidRDefault="00FA70B1">
      <w:r>
        <w:t>Describe a particularly busy situation involving several urgent or competing demands. Explain how you decided what to do first, how you communicated priorities and what happened.</w:t>
      </w:r>
    </w:p>
    <w:p w14:paraId="44AF882D" w14:textId="332003C4" w:rsidR="002C5E63" w:rsidRDefault="002C5E63"/>
    <w:p w14:paraId="066D5344" w14:textId="3E9C62C8" w:rsidR="002C5E63" w:rsidRDefault="002C5E63"/>
    <w:p w14:paraId="1B6E524B" w14:textId="10865F63" w:rsidR="002C5E63" w:rsidRDefault="002C5E63"/>
    <w:p w14:paraId="1698F64C" w14:textId="0E060C72" w:rsidR="002C5E63" w:rsidRDefault="002C5E63"/>
    <w:p w14:paraId="073A800D" w14:textId="19181CBA" w:rsidR="002C5E63" w:rsidRDefault="002C5E63"/>
    <w:p w14:paraId="435DA032" w14:textId="4D12BE99" w:rsidR="002C5E63" w:rsidRDefault="002C5E63"/>
    <w:p w14:paraId="37432EDF" w14:textId="6326C1CE" w:rsidR="002C5E63" w:rsidRDefault="002C5E63"/>
    <w:p w14:paraId="59D8BF89" w14:textId="60E5EDF3" w:rsidR="002C5E63" w:rsidRDefault="002C5E63"/>
    <w:p w14:paraId="10126C68" w14:textId="77777777" w:rsidR="002C5E63" w:rsidRDefault="00FA70B1">
      <w:pPr>
        <w:pStyle w:val="Heading2"/>
      </w:pPr>
      <w:r>
        <w:t>F3. Continuous improvement</w:t>
      </w:r>
    </w:p>
    <w:p w14:paraId="0898D848" w14:textId="77777777" w:rsidR="002C5E63" w:rsidRDefault="00FA70B1">
      <w:r>
        <w:t>Describe a process, system or way of working that you improved. Explain the problem, the action you took and the difference the improvement made.</w:t>
      </w:r>
    </w:p>
    <w:p w14:paraId="7652A355" w14:textId="513F4134" w:rsidR="002C5E63" w:rsidRDefault="002C5E63"/>
    <w:p w14:paraId="597382C5" w14:textId="773B0F47" w:rsidR="002C5E63" w:rsidRDefault="002C5E63"/>
    <w:p w14:paraId="4B905928" w14:textId="2FC611C0" w:rsidR="002C5E63" w:rsidRDefault="002C5E63"/>
    <w:p w14:paraId="0E5B930E" w14:textId="5CA3CF6F" w:rsidR="002C5E63" w:rsidRDefault="002C5E63"/>
    <w:p w14:paraId="63917996" w14:textId="1359C99E" w:rsidR="002C5E63" w:rsidRDefault="002C5E63"/>
    <w:p w14:paraId="3E20D645" w14:textId="76986246" w:rsidR="002C5E63" w:rsidRDefault="002C5E63"/>
    <w:p w14:paraId="4FAE043C" w14:textId="4EFF1A41" w:rsidR="002C5E63" w:rsidRDefault="002C5E63"/>
    <w:p w14:paraId="7E56C43B" w14:textId="77777777" w:rsidR="002C5E63" w:rsidRDefault="00FA70B1">
      <w:pPr>
        <w:pStyle w:val="Heading2"/>
      </w:pPr>
      <w:r>
        <w:t>F4. Customer service and communication</w:t>
      </w:r>
    </w:p>
    <w:p w14:paraId="257B6907" w14:textId="77777777" w:rsidR="002C5E63" w:rsidRDefault="00FA70B1">
      <w:r>
        <w:t>Describe a difficult customer situation you handled successfully. Explain how you listened, communicated, resolved or escalated the issue and protected the relationship.</w:t>
      </w:r>
    </w:p>
    <w:p w14:paraId="79201176" w14:textId="25888CAB" w:rsidR="002C5E63" w:rsidRDefault="002C5E63"/>
    <w:p w14:paraId="669C0802" w14:textId="1014EEFD" w:rsidR="002C5E63" w:rsidRDefault="002C5E63"/>
    <w:p w14:paraId="2C4C3AB6" w14:textId="0E210CA5" w:rsidR="002C5E63" w:rsidRDefault="002C5E63"/>
    <w:p w14:paraId="0952E3E3" w14:textId="24EEDA47" w:rsidR="002C5E63" w:rsidRDefault="002C5E63"/>
    <w:p w14:paraId="6A300C7C" w14:textId="7A38A271" w:rsidR="002C5E63" w:rsidRDefault="002C5E63"/>
    <w:p w14:paraId="662AA3D9" w14:textId="69BCC248" w:rsidR="002C5E63" w:rsidRDefault="002C5E63"/>
    <w:p w14:paraId="39A2BF8A" w14:textId="09764077" w:rsidR="002C5E63" w:rsidRDefault="002C5E63"/>
    <w:p w14:paraId="487A1715" w14:textId="77777777" w:rsidR="002C5E63" w:rsidRDefault="00FA70B1">
      <w:pPr>
        <w:pStyle w:val="Heading2"/>
      </w:pPr>
      <w:r>
        <w:t>F5. Values and motivation</w:t>
      </w:r>
    </w:p>
    <w:p w14:paraId="459AEA6A" w14:textId="77777777" w:rsidR="002C5E63" w:rsidRDefault="00FA70B1">
      <w:r>
        <w:t>Explain why you want to work for Fermanagh Community Transport and what excellent service means for older people and people with disabilities living in rural communities.</w:t>
      </w:r>
    </w:p>
    <w:p w14:paraId="37456167" w14:textId="386E515D" w:rsidR="002C5E63" w:rsidRDefault="002C5E63"/>
    <w:p w14:paraId="59917925" w14:textId="7A7EA2CA" w:rsidR="002C5E63" w:rsidRDefault="002C5E63"/>
    <w:p w14:paraId="3768A367" w14:textId="673826DA" w:rsidR="002C5E63" w:rsidRDefault="002C5E63"/>
    <w:p w14:paraId="71DA99F3" w14:textId="7037629E" w:rsidR="002C5E63" w:rsidRDefault="002C5E63"/>
    <w:p w14:paraId="1A544050" w14:textId="17CF370B" w:rsidR="002C5E63" w:rsidRDefault="002C5E63"/>
    <w:p w14:paraId="7C60AF49" w14:textId="037F6D5A" w:rsidR="002C5E63" w:rsidRDefault="002C5E63"/>
    <w:p w14:paraId="6BD18F9B" w14:textId="4AB83B49" w:rsidR="002C5E63" w:rsidRDefault="002C5E63"/>
    <w:p w14:paraId="0BED7C88" w14:textId="77777777" w:rsidR="0035337B" w:rsidRDefault="0035337B" w:rsidP="0035337B">
      <w:pPr>
        <w:pStyle w:val="Title"/>
        <w:keepNext/>
        <w:rPr>
          <w:kern w:val="2"/>
          <w:lang w:val="en-GB" w:eastAsia="en-GB"/>
          <w14:ligatures w14:val="standardContextual"/>
        </w:rPr>
      </w:pPr>
      <w:r>
        <w:t>8. References and Declaration</w:t>
      </w:r>
    </w:p>
    <w:p w14:paraId="64259CE5" w14:textId="0F8E5CD1" w:rsidR="002C5E63" w:rsidRDefault="00FA70B1">
      <w:r>
        <w:t>Provide two referees who can comment on your suitability</w:t>
      </w:r>
      <w:r w:rsidR="005225CB">
        <w:t xml:space="preserve"> for the post</w:t>
      </w:r>
      <w:r>
        <w:t xml:space="preserve">. One should normally be your current or most recent employer. Referees </w:t>
      </w:r>
      <w:r w:rsidR="00AB754D">
        <w:t>should</w:t>
      </w:r>
      <w:r>
        <w:t xml:space="preserve"> not be family members.</w:t>
      </w:r>
      <w:r w:rsidR="005225CB">
        <w:t xml:space="preserve"> </w:t>
      </w:r>
      <w:r w:rsidR="007A423E">
        <w:t xml:space="preserve"> </w:t>
      </w:r>
      <w:r>
        <w:t xml:space="preserve">FCT will not contact </w:t>
      </w:r>
      <w:r w:rsidR="00AB754D">
        <w:t xml:space="preserve">your </w:t>
      </w:r>
      <w:r>
        <w:t xml:space="preserve">current employer before a conditional offer </w:t>
      </w:r>
      <w:r w:rsidR="00AB754D">
        <w:t xml:space="preserve">is made and we will request </w:t>
      </w:r>
      <w:r>
        <w:t>your permission.</w:t>
      </w:r>
    </w:p>
    <w:p w14:paraId="00EA6CE1" w14:textId="77777777" w:rsidR="002C5E63" w:rsidRDefault="00FA70B1">
      <w:pPr>
        <w:pStyle w:val="Heading2"/>
      </w:pPr>
      <w:r>
        <w:t>Referee 1</w:t>
      </w:r>
    </w:p>
    <w:tbl>
      <w:tblPr>
        <w:tblStyle w:val="TableGrid"/>
        <w:tblW w:w="0" w:type="auto"/>
        <w:jc w:val="center"/>
        <w:tblLook w:val="04A0" w:firstRow="1" w:lastRow="0" w:firstColumn="1" w:lastColumn="0" w:noHBand="0" w:noVBand="1"/>
      </w:tblPr>
      <w:tblGrid>
        <w:gridCol w:w="3024"/>
        <w:gridCol w:w="6624"/>
      </w:tblGrid>
      <w:tr w:rsidR="002C5E63" w14:paraId="0D909AED" w14:textId="77777777">
        <w:trPr>
          <w:jc w:val="center"/>
        </w:trPr>
        <w:tc>
          <w:tcPr>
            <w:tcW w:w="3024" w:type="dxa"/>
            <w:tcMar>
              <w:top w:w="80" w:type="dxa"/>
              <w:left w:w="90" w:type="dxa"/>
              <w:bottom w:w="80" w:type="dxa"/>
              <w:right w:w="90" w:type="dxa"/>
            </w:tcMar>
            <w:vAlign w:val="center"/>
          </w:tcPr>
          <w:p w14:paraId="76CAFD79" w14:textId="77777777" w:rsidR="002C5E63" w:rsidRPr="009C3A55" w:rsidRDefault="00FA70B1">
            <w:pPr>
              <w:spacing w:after="20"/>
              <w:rPr>
                <w:szCs w:val="32"/>
              </w:rPr>
            </w:pPr>
            <w:r w:rsidRPr="009C3A55">
              <w:rPr>
                <w:b/>
                <w:color w:val="17365D"/>
                <w:szCs w:val="32"/>
              </w:rPr>
              <w:t>Name</w:t>
            </w:r>
          </w:p>
        </w:tc>
        <w:tc>
          <w:tcPr>
            <w:tcW w:w="6624" w:type="dxa"/>
            <w:tcMar>
              <w:top w:w="80" w:type="dxa"/>
              <w:left w:w="90" w:type="dxa"/>
              <w:bottom w:w="80" w:type="dxa"/>
              <w:right w:w="90" w:type="dxa"/>
            </w:tcMar>
            <w:vAlign w:val="center"/>
          </w:tcPr>
          <w:p w14:paraId="238601FE" w14:textId="1FCD0D39" w:rsidR="002C5E63" w:rsidRDefault="00000000">
            <w:pPr>
              <w:spacing w:after="20"/>
            </w:pPr>
            <w:sdt>
              <w:sdtPr>
                <w:rPr>
                  <w:sz w:val="18"/>
                </w:rPr>
                <w:alias w:val="Applicant table response"/>
                <w:tag w:val="applicant_form_field"/>
                <w:id w:val="473100432"/>
                <w:placeholder>
                  <w:docPart w:val="65EBB987A5804DA2AD7E7FB031467AAC"/>
                </w:placeholder>
                <w15:color w:val="137C8B"/>
                <w:text/>
              </w:sdtPr>
              <w:sdtContent>
                <w:r w:rsidR="00B567CB">
                  <w:rPr>
                    <w:sz w:val="18"/>
                  </w:rPr>
                  <w:t xml:space="preserve"> </w:t>
                </w:r>
              </w:sdtContent>
            </w:sdt>
            <w:sdt>
              <w:sdtPr>
                <w:rPr>
                  <w:sz w:val="18"/>
                </w:rPr>
                <w:alias w:val="Applicant response"/>
                <w:tag w:val="applicant_form_field"/>
                <w:id w:val="-24337588"/>
                <w:placeholder>
                  <w:docPart w:val="3A35557CBB584EFB98A280E7E8945F86"/>
                </w:placeholder>
                <w15:color w:val="137C8B"/>
                <w:text/>
              </w:sdtPr>
              <w:sdtContent>
                <w:r w:rsidR="00075718" w:rsidRPr="00075718">
                  <w:rPr>
                    <w:sz w:val="18"/>
                  </w:rPr>
                  <w:br/>
                </w:r>
              </w:sdtContent>
            </w:sdt>
          </w:p>
        </w:tc>
      </w:tr>
      <w:tr w:rsidR="002C5E63" w14:paraId="20AD165B" w14:textId="77777777">
        <w:trPr>
          <w:jc w:val="center"/>
        </w:trPr>
        <w:tc>
          <w:tcPr>
            <w:tcW w:w="3024" w:type="dxa"/>
            <w:tcMar>
              <w:top w:w="80" w:type="dxa"/>
              <w:left w:w="90" w:type="dxa"/>
              <w:bottom w:w="80" w:type="dxa"/>
              <w:right w:w="90" w:type="dxa"/>
            </w:tcMar>
            <w:vAlign w:val="center"/>
          </w:tcPr>
          <w:p w14:paraId="15F90C9D" w14:textId="77777777" w:rsidR="002C5E63" w:rsidRPr="009C3A55" w:rsidRDefault="00FA70B1">
            <w:pPr>
              <w:spacing w:after="20"/>
              <w:rPr>
                <w:szCs w:val="32"/>
              </w:rPr>
            </w:pPr>
            <w:proofErr w:type="spellStart"/>
            <w:r w:rsidRPr="009C3A55">
              <w:rPr>
                <w:b/>
                <w:color w:val="17365D"/>
                <w:szCs w:val="32"/>
              </w:rPr>
              <w:t>Organisation</w:t>
            </w:r>
            <w:proofErr w:type="spellEnd"/>
            <w:r w:rsidRPr="009C3A55">
              <w:rPr>
                <w:b/>
                <w:color w:val="17365D"/>
                <w:szCs w:val="32"/>
              </w:rPr>
              <w:t xml:space="preserve"> and position</w:t>
            </w:r>
          </w:p>
        </w:tc>
        <w:tc>
          <w:tcPr>
            <w:tcW w:w="6624" w:type="dxa"/>
            <w:tcMar>
              <w:top w:w="80" w:type="dxa"/>
              <w:left w:w="90" w:type="dxa"/>
              <w:bottom w:w="80" w:type="dxa"/>
              <w:right w:w="90" w:type="dxa"/>
            </w:tcMar>
            <w:vAlign w:val="center"/>
          </w:tcPr>
          <w:p w14:paraId="0F3CABC7" w14:textId="79BD1CC7" w:rsidR="002C5E63" w:rsidRDefault="00000000">
            <w:pPr>
              <w:spacing w:after="20"/>
            </w:pPr>
            <w:sdt>
              <w:sdtPr>
                <w:rPr>
                  <w:sz w:val="18"/>
                </w:rPr>
                <w:alias w:val="Applicant table response"/>
                <w:tag w:val="applicant_form_field"/>
                <w:id w:val="-1407991652"/>
                <w:placeholder>
                  <w:docPart w:val="E1D65220787F43149349548DCD49EC92"/>
                </w:placeholder>
                <w15:color w:val="137C8B"/>
                <w:text/>
              </w:sdtPr>
              <w:sdtContent>
                <w:r w:rsidR="00B567CB">
                  <w:rPr>
                    <w:sz w:val="18"/>
                  </w:rPr>
                  <w:t xml:space="preserve"> </w:t>
                </w:r>
              </w:sdtContent>
            </w:sdt>
            <w:sdt>
              <w:sdtPr>
                <w:rPr>
                  <w:sz w:val="18"/>
                </w:rPr>
                <w:alias w:val="Applicant response"/>
                <w:tag w:val="applicant_form_field"/>
                <w:id w:val="-463725597"/>
                <w:placeholder>
                  <w:docPart w:val="6160805EEB234E8BA8A2A63495773EA4"/>
                </w:placeholder>
                <w15:color w:val="137C8B"/>
                <w:text/>
              </w:sdtPr>
              <w:sdtContent>
                <w:r w:rsidR="00075718" w:rsidRPr="00075718">
                  <w:rPr>
                    <w:sz w:val="18"/>
                  </w:rPr>
                  <w:br/>
                </w:r>
              </w:sdtContent>
            </w:sdt>
          </w:p>
        </w:tc>
      </w:tr>
      <w:tr w:rsidR="002C5E63" w14:paraId="071CC085" w14:textId="77777777">
        <w:trPr>
          <w:jc w:val="center"/>
        </w:trPr>
        <w:tc>
          <w:tcPr>
            <w:tcW w:w="3024" w:type="dxa"/>
            <w:shd w:val="clear" w:color="auto" w:fill="F5F8FA"/>
            <w:tcMar>
              <w:top w:w="80" w:type="dxa"/>
              <w:left w:w="90" w:type="dxa"/>
              <w:bottom w:w="80" w:type="dxa"/>
              <w:right w:w="90" w:type="dxa"/>
            </w:tcMar>
            <w:vAlign w:val="center"/>
          </w:tcPr>
          <w:p w14:paraId="6499BA3E" w14:textId="77777777" w:rsidR="002C5E63" w:rsidRPr="009C3A55" w:rsidRDefault="00FA70B1">
            <w:pPr>
              <w:spacing w:after="20"/>
              <w:rPr>
                <w:szCs w:val="32"/>
              </w:rPr>
            </w:pPr>
            <w:r w:rsidRPr="009C3A55">
              <w:rPr>
                <w:b/>
                <w:color w:val="17365D"/>
                <w:szCs w:val="32"/>
              </w:rPr>
              <w:t>Address</w:t>
            </w:r>
          </w:p>
        </w:tc>
        <w:tc>
          <w:tcPr>
            <w:tcW w:w="6624" w:type="dxa"/>
            <w:shd w:val="clear" w:color="auto" w:fill="F5F8FA"/>
            <w:tcMar>
              <w:top w:w="80" w:type="dxa"/>
              <w:left w:w="90" w:type="dxa"/>
              <w:bottom w:w="80" w:type="dxa"/>
              <w:right w:w="90" w:type="dxa"/>
            </w:tcMar>
            <w:vAlign w:val="center"/>
          </w:tcPr>
          <w:p w14:paraId="5B08B5D1" w14:textId="782C1A54" w:rsidR="002C5E63" w:rsidRDefault="00000000">
            <w:pPr>
              <w:spacing w:after="20"/>
            </w:pPr>
            <w:sdt>
              <w:sdtPr>
                <w:rPr>
                  <w:sz w:val="18"/>
                </w:rPr>
                <w:alias w:val="Applicant table response"/>
                <w:tag w:val="applicant_form_field"/>
                <w:id w:val="-1985457027"/>
                <w:placeholder>
                  <w:docPart w:val="68E24EFAB91D444AA01C0F0E06B71358"/>
                </w:placeholder>
                <w15:color w:val="137C8B"/>
                <w:text/>
              </w:sdtPr>
              <w:sdtContent>
                <w:r w:rsidR="00B567CB">
                  <w:rPr>
                    <w:sz w:val="18"/>
                  </w:rPr>
                  <w:t xml:space="preserve"> </w:t>
                </w:r>
              </w:sdtContent>
            </w:sdt>
            <w:sdt>
              <w:sdtPr>
                <w:rPr>
                  <w:sz w:val="18"/>
                </w:rPr>
                <w:alias w:val="Applicant response"/>
                <w:tag w:val="applicant_form_field"/>
                <w:id w:val="1207991454"/>
                <w:placeholder>
                  <w:docPart w:val="3EDA6E105D9E4CE4ABBEFEA800E40F34"/>
                </w:placeholder>
                <w15:color w:val="137C8B"/>
                <w:text/>
              </w:sdtPr>
              <w:sdtContent>
                <w:r w:rsidR="00075718" w:rsidRPr="00075718">
                  <w:rPr>
                    <w:sz w:val="18"/>
                  </w:rPr>
                  <w:br/>
                </w:r>
              </w:sdtContent>
            </w:sdt>
          </w:p>
        </w:tc>
      </w:tr>
      <w:tr w:rsidR="002C5E63" w14:paraId="322B2265" w14:textId="77777777">
        <w:trPr>
          <w:jc w:val="center"/>
        </w:trPr>
        <w:tc>
          <w:tcPr>
            <w:tcW w:w="3024" w:type="dxa"/>
            <w:tcMar>
              <w:top w:w="80" w:type="dxa"/>
              <w:left w:w="90" w:type="dxa"/>
              <w:bottom w:w="80" w:type="dxa"/>
              <w:right w:w="90" w:type="dxa"/>
            </w:tcMar>
            <w:vAlign w:val="center"/>
          </w:tcPr>
          <w:p w14:paraId="72ED4A49" w14:textId="77777777" w:rsidR="002C5E63" w:rsidRPr="009C3A55" w:rsidRDefault="00FA70B1">
            <w:pPr>
              <w:spacing w:after="20"/>
              <w:rPr>
                <w:szCs w:val="32"/>
              </w:rPr>
            </w:pPr>
            <w:r w:rsidRPr="009C3A55">
              <w:rPr>
                <w:b/>
                <w:color w:val="17365D"/>
                <w:szCs w:val="32"/>
              </w:rPr>
              <w:t>Telephone</w:t>
            </w:r>
          </w:p>
        </w:tc>
        <w:tc>
          <w:tcPr>
            <w:tcW w:w="6624" w:type="dxa"/>
            <w:tcMar>
              <w:top w:w="80" w:type="dxa"/>
              <w:left w:w="90" w:type="dxa"/>
              <w:bottom w:w="80" w:type="dxa"/>
              <w:right w:w="90" w:type="dxa"/>
            </w:tcMar>
            <w:vAlign w:val="center"/>
          </w:tcPr>
          <w:p w14:paraId="16DEB4AB" w14:textId="0E0884F2" w:rsidR="002C5E63" w:rsidRDefault="00000000">
            <w:pPr>
              <w:spacing w:after="20"/>
            </w:pPr>
            <w:sdt>
              <w:sdtPr>
                <w:rPr>
                  <w:sz w:val="18"/>
                </w:rPr>
                <w:alias w:val="Applicant table response"/>
                <w:tag w:val="applicant_form_field"/>
                <w:id w:val="-961956174"/>
                <w:placeholder>
                  <w:docPart w:val="265BB91FC2E0457AAA09AF522DFCDB61"/>
                </w:placeholder>
                <w15:color w:val="137C8B"/>
                <w:text/>
              </w:sdtPr>
              <w:sdtContent>
                <w:r w:rsidR="00B567CB">
                  <w:rPr>
                    <w:sz w:val="18"/>
                  </w:rPr>
                  <w:t xml:space="preserve"> </w:t>
                </w:r>
              </w:sdtContent>
            </w:sdt>
            <w:sdt>
              <w:sdtPr>
                <w:rPr>
                  <w:sz w:val="18"/>
                </w:rPr>
                <w:alias w:val="Applicant response"/>
                <w:tag w:val="applicant_form_field"/>
                <w:id w:val="1397618393"/>
                <w:placeholder>
                  <w:docPart w:val="232CFED989F24AF1A9203E98A4F55FD5"/>
                </w:placeholder>
                <w15:color w:val="137C8B"/>
                <w:text/>
              </w:sdtPr>
              <w:sdtContent>
                <w:r w:rsidR="00075718" w:rsidRPr="00075718">
                  <w:rPr>
                    <w:sz w:val="18"/>
                  </w:rPr>
                  <w:br/>
                </w:r>
              </w:sdtContent>
            </w:sdt>
          </w:p>
        </w:tc>
      </w:tr>
      <w:tr w:rsidR="002C5E63" w14:paraId="03CA40FF" w14:textId="77777777">
        <w:trPr>
          <w:jc w:val="center"/>
        </w:trPr>
        <w:tc>
          <w:tcPr>
            <w:tcW w:w="3024" w:type="dxa"/>
            <w:shd w:val="clear" w:color="auto" w:fill="F5F8FA"/>
            <w:tcMar>
              <w:top w:w="80" w:type="dxa"/>
              <w:left w:w="90" w:type="dxa"/>
              <w:bottom w:w="80" w:type="dxa"/>
              <w:right w:w="90" w:type="dxa"/>
            </w:tcMar>
            <w:vAlign w:val="center"/>
          </w:tcPr>
          <w:p w14:paraId="3B3096D1" w14:textId="77777777" w:rsidR="002C5E63" w:rsidRPr="009C3A55" w:rsidRDefault="00FA70B1">
            <w:pPr>
              <w:spacing w:after="20"/>
              <w:rPr>
                <w:szCs w:val="32"/>
              </w:rPr>
            </w:pPr>
            <w:r w:rsidRPr="009C3A55">
              <w:rPr>
                <w:b/>
                <w:color w:val="17365D"/>
                <w:szCs w:val="32"/>
              </w:rPr>
              <w:t>Email</w:t>
            </w:r>
          </w:p>
        </w:tc>
        <w:tc>
          <w:tcPr>
            <w:tcW w:w="6624" w:type="dxa"/>
            <w:shd w:val="clear" w:color="auto" w:fill="F5F8FA"/>
            <w:tcMar>
              <w:top w:w="80" w:type="dxa"/>
              <w:left w:w="90" w:type="dxa"/>
              <w:bottom w:w="80" w:type="dxa"/>
              <w:right w:w="90" w:type="dxa"/>
            </w:tcMar>
            <w:vAlign w:val="center"/>
          </w:tcPr>
          <w:p w14:paraId="0AD9C6F4" w14:textId="3C20C4FF" w:rsidR="002C5E63" w:rsidRDefault="00000000">
            <w:pPr>
              <w:spacing w:after="20"/>
            </w:pPr>
            <w:sdt>
              <w:sdtPr>
                <w:rPr>
                  <w:sz w:val="18"/>
                </w:rPr>
                <w:alias w:val="Applicant table response"/>
                <w:tag w:val="applicant_form_field"/>
                <w:id w:val="-1162237299"/>
                <w:placeholder>
                  <w:docPart w:val="598E239EC49B4C58848EBA53620CF1AA"/>
                </w:placeholder>
                <w15:color w:val="137C8B"/>
                <w:text/>
              </w:sdtPr>
              <w:sdtContent>
                <w:r w:rsidR="00B567CB">
                  <w:rPr>
                    <w:sz w:val="18"/>
                  </w:rPr>
                  <w:t xml:space="preserve"> </w:t>
                </w:r>
              </w:sdtContent>
            </w:sdt>
            <w:sdt>
              <w:sdtPr>
                <w:rPr>
                  <w:sz w:val="18"/>
                </w:rPr>
                <w:alias w:val="Applicant response"/>
                <w:tag w:val="applicant_form_field"/>
                <w:id w:val="155203941"/>
                <w:placeholder>
                  <w:docPart w:val="04C6654B6E4C4433A95F6ED37222F14A"/>
                </w:placeholder>
                <w15:color w:val="137C8B"/>
                <w:text/>
              </w:sdtPr>
              <w:sdtContent>
                <w:r w:rsidR="00075718" w:rsidRPr="00075718">
                  <w:rPr>
                    <w:sz w:val="18"/>
                  </w:rPr>
                  <w:br/>
                </w:r>
              </w:sdtContent>
            </w:sdt>
          </w:p>
        </w:tc>
      </w:tr>
      <w:tr w:rsidR="002C5E63" w14:paraId="48BB1EE5" w14:textId="77777777">
        <w:trPr>
          <w:jc w:val="center"/>
        </w:trPr>
        <w:tc>
          <w:tcPr>
            <w:tcW w:w="3024" w:type="dxa"/>
            <w:tcMar>
              <w:top w:w="80" w:type="dxa"/>
              <w:left w:w="90" w:type="dxa"/>
              <w:bottom w:w="80" w:type="dxa"/>
              <w:right w:w="90" w:type="dxa"/>
            </w:tcMar>
            <w:vAlign w:val="center"/>
          </w:tcPr>
          <w:p w14:paraId="015872EC" w14:textId="77777777" w:rsidR="002C5E63" w:rsidRPr="009C3A55" w:rsidRDefault="00FA70B1">
            <w:pPr>
              <w:spacing w:after="20"/>
              <w:rPr>
                <w:szCs w:val="32"/>
              </w:rPr>
            </w:pPr>
            <w:r w:rsidRPr="009C3A55">
              <w:rPr>
                <w:b/>
                <w:color w:val="17365D"/>
                <w:szCs w:val="32"/>
              </w:rPr>
              <w:t xml:space="preserve">Relationship </w:t>
            </w:r>
            <w:proofErr w:type="gramStart"/>
            <w:r w:rsidRPr="009C3A55">
              <w:rPr>
                <w:b/>
                <w:color w:val="17365D"/>
                <w:szCs w:val="32"/>
              </w:rPr>
              <w:t>to</w:t>
            </w:r>
            <w:proofErr w:type="gramEnd"/>
            <w:r w:rsidRPr="009C3A55">
              <w:rPr>
                <w:b/>
                <w:color w:val="17365D"/>
                <w:szCs w:val="32"/>
              </w:rPr>
              <w:t xml:space="preserve"> applicant</w:t>
            </w:r>
          </w:p>
        </w:tc>
        <w:tc>
          <w:tcPr>
            <w:tcW w:w="6624" w:type="dxa"/>
            <w:tcMar>
              <w:top w:w="80" w:type="dxa"/>
              <w:left w:w="90" w:type="dxa"/>
              <w:bottom w:w="80" w:type="dxa"/>
              <w:right w:w="90" w:type="dxa"/>
            </w:tcMar>
            <w:vAlign w:val="center"/>
          </w:tcPr>
          <w:p w14:paraId="4B1F511A" w14:textId="34A2A46A" w:rsidR="002C5E63" w:rsidRDefault="00000000">
            <w:pPr>
              <w:spacing w:after="20"/>
            </w:pPr>
            <w:sdt>
              <w:sdtPr>
                <w:rPr>
                  <w:sz w:val="18"/>
                </w:rPr>
                <w:alias w:val="Applicant table response"/>
                <w:tag w:val="applicant_form_field"/>
                <w:id w:val="-779494079"/>
                <w:placeholder>
                  <w:docPart w:val="F873BB8906A24E0999382AAE64FD9892"/>
                </w:placeholder>
                <w15:color w:val="137C8B"/>
                <w:text/>
              </w:sdtPr>
              <w:sdtContent>
                <w:r w:rsidR="00B567CB">
                  <w:rPr>
                    <w:sz w:val="18"/>
                  </w:rPr>
                  <w:t xml:space="preserve"> </w:t>
                </w:r>
              </w:sdtContent>
            </w:sdt>
            <w:sdt>
              <w:sdtPr>
                <w:rPr>
                  <w:sz w:val="18"/>
                </w:rPr>
                <w:alias w:val="Applicant response"/>
                <w:tag w:val="applicant_form_field"/>
                <w:id w:val="1758864031"/>
                <w:placeholder>
                  <w:docPart w:val="A40F907EB6BF4A4A8F69840A9CC48C3A"/>
                </w:placeholder>
                <w15:color w:val="137C8B"/>
                <w:text/>
              </w:sdtPr>
              <w:sdtContent>
                <w:r w:rsidR="00075718" w:rsidRPr="00075718">
                  <w:rPr>
                    <w:sz w:val="18"/>
                  </w:rPr>
                  <w:br/>
                </w:r>
              </w:sdtContent>
            </w:sdt>
          </w:p>
        </w:tc>
      </w:tr>
    </w:tbl>
    <w:p w14:paraId="0E814E65" w14:textId="77777777" w:rsidR="002C5E63" w:rsidRDefault="00FA70B1">
      <w:pPr>
        <w:pStyle w:val="Heading2"/>
      </w:pPr>
      <w:r>
        <w:lastRenderedPageBreak/>
        <w:t>Referee 2</w:t>
      </w:r>
    </w:p>
    <w:tbl>
      <w:tblPr>
        <w:tblStyle w:val="TableGrid"/>
        <w:tblW w:w="0" w:type="auto"/>
        <w:jc w:val="center"/>
        <w:tblLook w:val="04A0" w:firstRow="1" w:lastRow="0" w:firstColumn="1" w:lastColumn="0" w:noHBand="0" w:noVBand="1"/>
      </w:tblPr>
      <w:tblGrid>
        <w:gridCol w:w="3024"/>
        <w:gridCol w:w="6624"/>
      </w:tblGrid>
      <w:tr w:rsidR="002C5E63" w14:paraId="5D4478A0" w14:textId="77777777">
        <w:trPr>
          <w:jc w:val="center"/>
        </w:trPr>
        <w:tc>
          <w:tcPr>
            <w:tcW w:w="3024" w:type="dxa"/>
            <w:tcMar>
              <w:top w:w="80" w:type="dxa"/>
              <w:left w:w="90" w:type="dxa"/>
              <w:bottom w:w="80" w:type="dxa"/>
              <w:right w:w="90" w:type="dxa"/>
            </w:tcMar>
            <w:vAlign w:val="center"/>
          </w:tcPr>
          <w:p w14:paraId="44BD188F" w14:textId="77777777" w:rsidR="002C5E63" w:rsidRPr="009C3A55" w:rsidRDefault="00FA70B1">
            <w:pPr>
              <w:spacing w:after="20"/>
              <w:rPr>
                <w:szCs w:val="32"/>
              </w:rPr>
            </w:pPr>
            <w:r w:rsidRPr="009C3A55">
              <w:rPr>
                <w:b/>
                <w:color w:val="17365D"/>
                <w:szCs w:val="32"/>
              </w:rPr>
              <w:t>Name</w:t>
            </w:r>
          </w:p>
        </w:tc>
        <w:tc>
          <w:tcPr>
            <w:tcW w:w="6624" w:type="dxa"/>
            <w:tcMar>
              <w:top w:w="80" w:type="dxa"/>
              <w:left w:w="90" w:type="dxa"/>
              <w:bottom w:w="80" w:type="dxa"/>
              <w:right w:w="90" w:type="dxa"/>
            </w:tcMar>
            <w:vAlign w:val="center"/>
          </w:tcPr>
          <w:p w14:paraId="65F9C3DC" w14:textId="1E83E455" w:rsidR="002C5E63" w:rsidRDefault="00000000">
            <w:pPr>
              <w:spacing w:after="20"/>
            </w:pPr>
            <w:sdt>
              <w:sdtPr>
                <w:rPr>
                  <w:sz w:val="18"/>
                </w:rPr>
                <w:alias w:val="Applicant table response"/>
                <w:tag w:val="applicant_form_field"/>
                <w:id w:val="2027363947"/>
                <w:placeholder>
                  <w:docPart w:val="01B9798FA24B48359E795FC53B09D018"/>
                </w:placeholder>
                <w15:color w:val="137C8B"/>
                <w:text/>
              </w:sdtPr>
              <w:sdtContent>
                <w:r w:rsidR="00B567CB">
                  <w:rPr>
                    <w:sz w:val="18"/>
                  </w:rPr>
                  <w:t xml:space="preserve"> </w:t>
                </w:r>
              </w:sdtContent>
            </w:sdt>
            <w:sdt>
              <w:sdtPr>
                <w:rPr>
                  <w:sz w:val="18"/>
                </w:rPr>
                <w:alias w:val="Applicant response"/>
                <w:tag w:val="applicant_form_field"/>
                <w:id w:val="-348105268"/>
                <w:placeholder>
                  <w:docPart w:val="19811F3FDC934B1CB5429D6A3AC6B9DE"/>
                </w:placeholder>
                <w15:color w:val="137C8B"/>
                <w:text/>
              </w:sdtPr>
              <w:sdtContent>
                <w:r w:rsidR="00075718" w:rsidRPr="00075718">
                  <w:rPr>
                    <w:sz w:val="18"/>
                  </w:rPr>
                  <w:br/>
                </w:r>
              </w:sdtContent>
            </w:sdt>
          </w:p>
        </w:tc>
      </w:tr>
      <w:tr w:rsidR="002C5E63" w14:paraId="5B885B8B" w14:textId="77777777">
        <w:trPr>
          <w:jc w:val="center"/>
        </w:trPr>
        <w:tc>
          <w:tcPr>
            <w:tcW w:w="3024" w:type="dxa"/>
            <w:tcMar>
              <w:top w:w="80" w:type="dxa"/>
              <w:left w:w="90" w:type="dxa"/>
              <w:bottom w:w="80" w:type="dxa"/>
              <w:right w:w="90" w:type="dxa"/>
            </w:tcMar>
            <w:vAlign w:val="center"/>
          </w:tcPr>
          <w:p w14:paraId="074EF099" w14:textId="77777777" w:rsidR="002C5E63" w:rsidRPr="009C3A55" w:rsidRDefault="00FA70B1">
            <w:pPr>
              <w:spacing w:after="20"/>
              <w:rPr>
                <w:szCs w:val="32"/>
              </w:rPr>
            </w:pPr>
            <w:proofErr w:type="spellStart"/>
            <w:r w:rsidRPr="009C3A55">
              <w:rPr>
                <w:b/>
                <w:color w:val="17365D"/>
                <w:szCs w:val="32"/>
              </w:rPr>
              <w:t>Organisation</w:t>
            </w:r>
            <w:proofErr w:type="spellEnd"/>
            <w:r w:rsidRPr="009C3A55">
              <w:rPr>
                <w:b/>
                <w:color w:val="17365D"/>
                <w:szCs w:val="32"/>
              </w:rPr>
              <w:t xml:space="preserve"> and position</w:t>
            </w:r>
          </w:p>
        </w:tc>
        <w:tc>
          <w:tcPr>
            <w:tcW w:w="6624" w:type="dxa"/>
            <w:tcMar>
              <w:top w:w="80" w:type="dxa"/>
              <w:left w:w="90" w:type="dxa"/>
              <w:bottom w:w="80" w:type="dxa"/>
              <w:right w:w="90" w:type="dxa"/>
            </w:tcMar>
            <w:vAlign w:val="center"/>
          </w:tcPr>
          <w:p w14:paraId="5023141B" w14:textId="61A37483" w:rsidR="002C5E63" w:rsidRDefault="00000000">
            <w:pPr>
              <w:spacing w:after="20"/>
            </w:pPr>
            <w:sdt>
              <w:sdtPr>
                <w:rPr>
                  <w:sz w:val="18"/>
                </w:rPr>
                <w:alias w:val="Applicant table response"/>
                <w:tag w:val="applicant_form_field"/>
                <w:id w:val="1238287249"/>
                <w:placeholder>
                  <w:docPart w:val="764BCEBBA54A4A48AB282B05C9348211"/>
                </w:placeholder>
                <w15:color w:val="137C8B"/>
                <w:text/>
              </w:sdtPr>
              <w:sdtContent>
                <w:r w:rsidR="00B567CB">
                  <w:rPr>
                    <w:sz w:val="18"/>
                  </w:rPr>
                  <w:t xml:space="preserve"> </w:t>
                </w:r>
              </w:sdtContent>
            </w:sdt>
            <w:sdt>
              <w:sdtPr>
                <w:rPr>
                  <w:sz w:val="18"/>
                </w:rPr>
                <w:alias w:val="Applicant response"/>
                <w:tag w:val="applicant_form_field"/>
                <w:id w:val="1761250092"/>
                <w:placeholder>
                  <w:docPart w:val="285D43E51EAA49FEAD58AF62B20C45D7"/>
                </w:placeholder>
                <w15:color w:val="137C8B"/>
                <w:text/>
              </w:sdtPr>
              <w:sdtContent>
                <w:r w:rsidR="00075718" w:rsidRPr="00075718">
                  <w:rPr>
                    <w:sz w:val="18"/>
                  </w:rPr>
                  <w:br/>
                </w:r>
              </w:sdtContent>
            </w:sdt>
          </w:p>
        </w:tc>
      </w:tr>
      <w:tr w:rsidR="002C5E63" w14:paraId="128DC43F" w14:textId="77777777">
        <w:trPr>
          <w:jc w:val="center"/>
        </w:trPr>
        <w:tc>
          <w:tcPr>
            <w:tcW w:w="3024" w:type="dxa"/>
            <w:shd w:val="clear" w:color="auto" w:fill="F5F8FA"/>
            <w:tcMar>
              <w:top w:w="80" w:type="dxa"/>
              <w:left w:w="90" w:type="dxa"/>
              <w:bottom w:w="80" w:type="dxa"/>
              <w:right w:w="90" w:type="dxa"/>
            </w:tcMar>
            <w:vAlign w:val="center"/>
          </w:tcPr>
          <w:p w14:paraId="21A0B17D" w14:textId="77777777" w:rsidR="002C5E63" w:rsidRPr="009C3A55" w:rsidRDefault="00FA70B1">
            <w:pPr>
              <w:spacing w:after="20"/>
              <w:rPr>
                <w:szCs w:val="32"/>
              </w:rPr>
            </w:pPr>
            <w:r w:rsidRPr="009C3A55">
              <w:rPr>
                <w:b/>
                <w:color w:val="17365D"/>
                <w:szCs w:val="32"/>
              </w:rPr>
              <w:t>Address</w:t>
            </w:r>
          </w:p>
        </w:tc>
        <w:tc>
          <w:tcPr>
            <w:tcW w:w="6624" w:type="dxa"/>
            <w:shd w:val="clear" w:color="auto" w:fill="F5F8FA"/>
            <w:tcMar>
              <w:top w:w="80" w:type="dxa"/>
              <w:left w:w="90" w:type="dxa"/>
              <w:bottom w:w="80" w:type="dxa"/>
              <w:right w:w="90" w:type="dxa"/>
            </w:tcMar>
            <w:vAlign w:val="center"/>
          </w:tcPr>
          <w:p w14:paraId="1F3B1409" w14:textId="350961D2" w:rsidR="002C5E63" w:rsidRDefault="00000000">
            <w:pPr>
              <w:spacing w:after="20"/>
            </w:pPr>
            <w:sdt>
              <w:sdtPr>
                <w:rPr>
                  <w:sz w:val="18"/>
                </w:rPr>
                <w:alias w:val="Applicant table response"/>
                <w:tag w:val="applicant_form_field"/>
                <w:id w:val="120591245"/>
                <w:placeholder>
                  <w:docPart w:val="DF82A87D0E9749BDA7EB100F36F9614F"/>
                </w:placeholder>
                <w15:color w:val="137C8B"/>
                <w:text/>
              </w:sdtPr>
              <w:sdtContent>
                <w:r w:rsidR="00B567CB">
                  <w:rPr>
                    <w:sz w:val="18"/>
                  </w:rPr>
                  <w:t xml:space="preserve"> </w:t>
                </w:r>
              </w:sdtContent>
            </w:sdt>
            <w:sdt>
              <w:sdtPr>
                <w:rPr>
                  <w:sz w:val="18"/>
                </w:rPr>
                <w:alias w:val="Applicant response"/>
                <w:tag w:val="applicant_form_field"/>
                <w:id w:val="1403333748"/>
                <w:placeholder>
                  <w:docPart w:val="EB1046F8D2B94647994BF36D81DB69C1"/>
                </w:placeholder>
                <w15:color w:val="137C8B"/>
                <w:text/>
              </w:sdtPr>
              <w:sdtContent>
                <w:r w:rsidR="00075718" w:rsidRPr="00075718">
                  <w:rPr>
                    <w:sz w:val="18"/>
                  </w:rPr>
                  <w:br/>
                </w:r>
              </w:sdtContent>
            </w:sdt>
          </w:p>
        </w:tc>
      </w:tr>
      <w:tr w:rsidR="002C5E63" w14:paraId="56A91913" w14:textId="77777777">
        <w:trPr>
          <w:jc w:val="center"/>
        </w:trPr>
        <w:tc>
          <w:tcPr>
            <w:tcW w:w="3024" w:type="dxa"/>
            <w:tcMar>
              <w:top w:w="80" w:type="dxa"/>
              <w:left w:w="90" w:type="dxa"/>
              <w:bottom w:w="80" w:type="dxa"/>
              <w:right w:w="90" w:type="dxa"/>
            </w:tcMar>
            <w:vAlign w:val="center"/>
          </w:tcPr>
          <w:p w14:paraId="3A1F187B" w14:textId="77777777" w:rsidR="002C5E63" w:rsidRPr="009C3A55" w:rsidRDefault="00FA70B1">
            <w:pPr>
              <w:spacing w:after="20"/>
              <w:rPr>
                <w:szCs w:val="32"/>
              </w:rPr>
            </w:pPr>
            <w:r w:rsidRPr="009C3A55">
              <w:rPr>
                <w:b/>
                <w:color w:val="17365D"/>
                <w:szCs w:val="32"/>
              </w:rPr>
              <w:t>Telephone</w:t>
            </w:r>
          </w:p>
        </w:tc>
        <w:tc>
          <w:tcPr>
            <w:tcW w:w="6624" w:type="dxa"/>
            <w:tcMar>
              <w:top w:w="80" w:type="dxa"/>
              <w:left w:w="90" w:type="dxa"/>
              <w:bottom w:w="80" w:type="dxa"/>
              <w:right w:w="90" w:type="dxa"/>
            </w:tcMar>
            <w:vAlign w:val="center"/>
          </w:tcPr>
          <w:p w14:paraId="562C75D1" w14:textId="1081CF17" w:rsidR="002C5E63" w:rsidRDefault="00000000">
            <w:pPr>
              <w:spacing w:after="20"/>
            </w:pPr>
            <w:sdt>
              <w:sdtPr>
                <w:rPr>
                  <w:sz w:val="18"/>
                </w:rPr>
                <w:alias w:val="Applicant table response"/>
                <w:tag w:val="applicant_form_field"/>
                <w:id w:val="-1955850722"/>
                <w:placeholder>
                  <w:docPart w:val="A3D678110AA14AF3B69FFB47D0B6D77F"/>
                </w:placeholder>
                <w15:color w:val="137C8B"/>
                <w:text/>
              </w:sdtPr>
              <w:sdtContent>
                <w:r w:rsidR="00B567CB">
                  <w:rPr>
                    <w:sz w:val="18"/>
                  </w:rPr>
                  <w:t xml:space="preserve"> </w:t>
                </w:r>
              </w:sdtContent>
            </w:sdt>
            <w:sdt>
              <w:sdtPr>
                <w:rPr>
                  <w:sz w:val="18"/>
                </w:rPr>
                <w:alias w:val="Applicant response"/>
                <w:tag w:val="applicant_form_field"/>
                <w:id w:val="1274755803"/>
                <w:placeholder>
                  <w:docPart w:val="C5BADC429BF84C35BF2AA960A6C8143F"/>
                </w:placeholder>
                <w15:color w:val="137C8B"/>
                <w:text/>
              </w:sdtPr>
              <w:sdtContent>
                <w:r w:rsidR="00075718" w:rsidRPr="00075718">
                  <w:rPr>
                    <w:sz w:val="18"/>
                  </w:rPr>
                  <w:br/>
                </w:r>
              </w:sdtContent>
            </w:sdt>
          </w:p>
        </w:tc>
      </w:tr>
      <w:tr w:rsidR="002C5E63" w14:paraId="76371779" w14:textId="77777777">
        <w:trPr>
          <w:jc w:val="center"/>
        </w:trPr>
        <w:tc>
          <w:tcPr>
            <w:tcW w:w="3024" w:type="dxa"/>
            <w:shd w:val="clear" w:color="auto" w:fill="F5F8FA"/>
            <w:tcMar>
              <w:top w:w="80" w:type="dxa"/>
              <w:left w:w="90" w:type="dxa"/>
              <w:bottom w:w="80" w:type="dxa"/>
              <w:right w:w="90" w:type="dxa"/>
            </w:tcMar>
            <w:vAlign w:val="center"/>
          </w:tcPr>
          <w:p w14:paraId="12CF8195" w14:textId="77777777" w:rsidR="002C5E63" w:rsidRPr="009C3A55" w:rsidRDefault="00FA70B1">
            <w:pPr>
              <w:spacing w:after="20"/>
              <w:rPr>
                <w:szCs w:val="32"/>
              </w:rPr>
            </w:pPr>
            <w:r w:rsidRPr="009C3A55">
              <w:rPr>
                <w:b/>
                <w:color w:val="17365D"/>
                <w:szCs w:val="32"/>
              </w:rPr>
              <w:t>Email</w:t>
            </w:r>
          </w:p>
        </w:tc>
        <w:tc>
          <w:tcPr>
            <w:tcW w:w="6624" w:type="dxa"/>
            <w:shd w:val="clear" w:color="auto" w:fill="F5F8FA"/>
            <w:tcMar>
              <w:top w:w="80" w:type="dxa"/>
              <w:left w:w="90" w:type="dxa"/>
              <w:bottom w:w="80" w:type="dxa"/>
              <w:right w:w="90" w:type="dxa"/>
            </w:tcMar>
            <w:vAlign w:val="center"/>
          </w:tcPr>
          <w:p w14:paraId="664355AD" w14:textId="7FE9CC75" w:rsidR="002C5E63" w:rsidRDefault="00000000">
            <w:pPr>
              <w:spacing w:after="20"/>
            </w:pPr>
            <w:sdt>
              <w:sdtPr>
                <w:rPr>
                  <w:sz w:val="18"/>
                </w:rPr>
                <w:alias w:val="Applicant table response"/>
                <w:tag w:val="applicant_form_field"/>
                <w:id w:val="-1057077624"/>
                <w:placeholder>
                  <w:docPart w:val="4D216248AE2A4ABA91E299374628F7AF"/>
                </w:placeholder>
                <w15:color w:val="137C8B"/>
                <w:text/>
              </w:sdtPr>
              <w:sdtContent>
                <w:r w:rsidR="00B567CB">
                  <w:rPr>
                    <w:sz w:val="18"/>
                  </w:rPr>
                  <w:t xml:space="preserve"> </w:t>
                </w:r>
              </w:sdtContent>
            </w:sdt>
            <w:sdt>
              <w:sdtPr>
                <w:rPr>
                  <w:sz w:val="18"/>
                </w:rPr>
                <w:alias w:val="Applicant response"/>
                <w:tag w:val="applicant_form_field"/>
                <w:id w:val="-999967832"/>
                <w:placeholder>
                  <w:docPart w:val="E17E4CDBFA294AC7B48C1139EAD935FE"/>
                </w:placeholder>
                <w15:color w:val="137C8B"/>
                <w:text/>
              </w:sdtPr>
              <w:sdtContent>
                <w:r w:rsidR="00075718" w:rsidRPr="00075718">
                  <w:rPr>
                    <w:sz w:val="18"/>
                  </w:rPr>
                  <w:br/>
                </w:r>
              </w:sdtContent>
            </w:sdt>
          </w:p>
        </w:tc>
      </w:tr>
      <w:tr w:rsidR="002C5E63" w14:paraId="4DB1DAB8" w14:textId="77777777">
        <w:trPr>
          <w:jc w:val="center"/>
        </w:trPr>
        <w:tc>
          <w:tcPr>
            <w:tcW w:w="3024" w:type="dxa"/>
            <w:tcMar>
              <w:top w:w="80" w:type="dxa"/>
              <w:left w:w="90" w:type="dxa"/>
              <w:bottom w:w="80" w:type="dxa"/>
              <w:right w:w="90" w:type="dxa"/>
            </w:tcMar>
            <w:vAlign w:val="center"/>
          </w:tcPr>
          <w:p w14:paraId="49C92444" w14:textId="77777777" w:rsidR="002C5E63" w:rsidRPr="009C3A55" w:rsidRDefault="00FA70B1">
            <w:pPr>
              <w:spacing w:after="20"/>
              <w:rPr>
                <w:szCs w:val="32"/>
              </w:rPr>
            </w:pPr>
            <w:r w:rsidRPr="009C3A55">
              <w:rPr>
                <w:b/>
                <w:color w:val="17365D"/>
                <w:szCs w:val="32"/>
              </w:rPr>
              <w:t xml:space="preserve">Relationship </w:t>
            </w:r>
            <w:proofErr w:type="gramStart"/>
            <w:r w:rsidRPr="009C3A55">
              <w:rPr>
                <w:b/>
                <w:color w:val="17365D"/>
                <w:szCs w:val="32"/>
              </w:rPr>
              <w:t>to</w:t>
            </w:r>
            <w:proofErr w:type="gramEnd"/>
            <w:r w:rsidRPr="009C3A55">
              <w:rPr>
                <w:b/>
                <w:color w:val="17365D"/>
                <w:szCs w:val="32"/>
              </w:rPr>
              <w:t xml:space="preserve"> applicant</w:t>
            </w:r>
          </w:p>
        </w:tc>
        <w:tc>
          <w:tcPr>
            <w:tcW w:w="6624" w:type="dxa"/>
            <w:tcMar>
              <w:top w:w="80" w:type="dxa"/>
              <w:left w:w="90" w:type="dxa"/>
              <w:bottom w:w="80" w:type="dxa"/>
              <w:right w:w="90" w:type="dxa"/>
            </w:tcMar>
            <w:vAlign w:val="center"/>
          </w:tcPr>
          <w:p w14:paraId="1A965116" w14:textId="70E527EE" w:rsidR="002C5E63" w:rsidRDefault="00000000">
            <w:pPr>
              <w:spacing w:after="20"/>
            </w:pPr>
            <w:sdt>
              <w:sdtPr>
                <w:rPr>
                  <w:sz w:val="18"/>
                </w:rPr>
                <w:alias w:val="Applicant table response"/>
                <w:tag w:val="applicant_form_field"/>
                <w:id w:val="-2111730664"/>
                <w:placeholder>
                  <w:docPart w:val="41A228C017AC4434934A77D4EABDAA47"/>
                </w:placeholder>
                <w15:color w:val="137C8B"/>
                <w:text/>
              </w:sdtPr>
              <w:sdtContent>
                <w:r w:rsidR="00B567CB">
                  <w:rPr>
                    <w:sz w:val="18"/>
                  </w:rPr>
                  <w:t xml:space="preserve"> </w:t>
                </w:r>
              </w:sdtContent>
            </w:sdt>
            <w:sdt>
              <w:sdtPr>
                <w:rPr>
                  <w:sz w:val="18"/>
                </w:rPr>
                <w:alias w:val="Applicant response"/>
                <w:tag w:val="applicant_form_field"/>
                <w:id w:val="1734964509"/>
                <w:placeholder>
                  <w:docPart w:val="47F8C94A63424243905D2494804B556F"/>
                </w:placeholder>
                <w15:color w:val="137C8B"/>
                <w:text/>
              </w:sdtPr>
              <w:sdtContent>
                <w:r w:rsidR="00075718" w:rsidRPr="00075718">
                  <w:rPr>
                    <w:sz w:val="18"/>
                  </w:rPr>
                  <w:br/>
                </w:r>
              </w:sdtContent>
            </w:sdt>
          </w:p>
        </w:tc>
      </w:tr>
    </w:tbl>
    <w:p w14:paraId="5BAB57B8" w14:textId="77777777" w:rsidR="002C5E63" w:rsidRDefault="00FA70B1">
      <w:pPr>
        <w:pStyle w:val="Heading1"/>
      </w:pPr>
      <w:r>
        <w:t>Declaration</w:t>
      </w:r>
    </w:p>
    <w:p w14:paraId="559F98A8" w14:textId="77777777" w:rsidR="009F479C" w:rsidRDefault="00FA70B1">
      <w:proofErr w:type="gramStart"/>
      <w:r>
        <w:t xml:space="preserve">☐  </w:t>
      </w:r>
      <w:r w:rsidR="009F479C">
        <w:t>I</w:t>
      </w:r>
      <w:proofErr w:type="gramEnd"/>
      <w:r w:rsidR="009F479C">
        <w:t xml:space="preserve"> confirm I have the consent of the </w:t>
      </w:r>
      <w:proofErr w:type="gramStart"/>
      <w:r w:rsidR="009F479C">
        <w:t>above named</w:t>
      </w:r>
      <w:proofErr w:type="gramEnd"/>
      <w:r w:rsidR="009F479C">
        <w:t xml:space="preserve"> Referees to share their contact details.</w:t>
      </w:r>
    </w:p>
    <w:p w14:paraId="6D5A6A63" w14:textId="09E5AA05" w:rsidR="002C5E63" w:rsidRDefault="009F479C">
      <w:r>
        <w:t>☐ I confirm that the information in this application is true and complete to the best of my knowledge.</w:t>
      </w:r>
    </w:p>
    <w:p w14:paraId="71A471C6" w14:textId="77777777" w:rsidR="002C5E63" w:rsidRDefault="00FA70B1">
      <w:proofErr w:type="gramStart"/>
      <w:r>
        <w:t>☐  I</w:t>
      </w:r>
      <w:proofErr w:type="gramEnd"/>
      <w:r>
        <w:t xml:space="preserve"> understand that deliberate misrepresentation or omission may lead to withdrawal of an offer or dismissal.</w:t>
      </w:r>
    </w:p>
    <w:p w14:paraId="349BCD77" w14:textId="77777777" w:rsidR="002C5E63" w:rsidRDefault="00FA70B1">
      <w:proofErr w:type="gramStart"/>
      <w:r>
        <w:t>☐  I</w:t>
      </w:r>
      <w:proofErr w:type="gramEnd"/>
      <w:r>
        <w:t xml:space="preserve"> consent to FCT processing the information in this application for the purpose of this recruitment exercise in accordance with its privacy arrangements.</w:t>
      </w:r>
    </w:p>
    <w:p w14:paraId="713B23E6" w14:textId="77777777" w:rsidR="009C3A55" w:rsidRDefault="009C3A55">
      <w:pPr>
        <w:spacing w:after="40"/>
        <w:rPr>
          <w:b/>
          <w:color w:val="17365D"/>
        </w:rPr>
      </w:pPr>
    </w:p>
    <w:p w14:paraId="222F49A6" w14:textId="77777777" w:rsidR="009C3A55" w:rsidRDefault="009C3A55">
      <w:pPr>
        <w:spacing w:after="40"/>
        <w:rPr>
          <w:b/>
          <w:color w:val="17365D"/>
        </w:rPr>
      </w:pPr>
    </w:p>
    <w:p w14:paraId="4CCB031D" w14:textId="2B882CE6" w:rsidR="002C5E63" w:rsidRDefault="00FA70B1">
      <w:pPr>
        <w:spacing w:after="40"/>
      </w:pPr>
      <w:r>
        <w:rPr>
          <w:b/>
          <w:color w:val="17365D"/>
        </w:rPr>
        <w:t>Signature</w:t>
      </w:r>
    </w:p>
    <w:sdt>
      <w:sdtPr>
        <w:alias w:val="Applicant response"/>
        <w:tag w:val="applicant_form_field"/>
        <w:id w:val="-2029169989"/>
        <w:placeholder>
          <w:docPart w:val="4D615A95CA7446F38EC0E12099596F48"/>
        </w:placeholder>
        <w15:color w:val="137C8B"/>
        <w:text/>
      </w:sdtPr>
      <w:sdtContent>
        <w:p w14:paraId="466E9F18" w14:textId="7AD3DF45" w:rsidR="002C5E63" w:rsidRDefault="00B567CB">
          <w:r>
            <w:t xml:space="preserve"> </w:t>
          </w:r>
        </w:p>
      </w:sdtContent>
    </w:sdt>
    <w:p w14:paraId="3493F76F" w14:textId="77777777" w:rsidR="009C3A55" w:rsidRDefault="009C3A55">
      <w:pPr>
        <w:spacing w:after="40"/>
        <w:rPr>
          <w:b/>
          <w:color w:val="17365D"/>
        </w:rPr>
      </w:pPr>
    </w:p>
    <w:p w14:paraId="491072FA" w14:textId="04DD3056" w:rsidR="002C5E63" w:rsidRDefault="00FA70B1">
      <w:pPr>
        <w:spacing w:after="40"/>
      </w:pPr>
      <w:r>
        <w:rPr>
          <w:b/>
          <w:color w:val="17365D"/>
        </w:rPr>
        <w:t>Date</w:t>
      </w:r>
    </w:p>
    <w:sdt>
      <w:sdtPr>
        <w:alias w:val="Applicant response"/>
        <w:tag w:val="applicant_form_field"/>
        <w:id w:val="361713195"/>
        <w:placeholder>
          <w:docPart w:val="8C1A56DBF6A04ABC8843332BA21F394E"/>
        </w:placeholder>
        <w15:color w:val="137C8B"/>
        <w:text/>
      </w:sdtPr>
      <w:sdtContent>
        <w:p w14:paraId="0FA40559" w14:textId="7028D997" w:rsidR="002C5E63" w:rsidRDefault="00B567CB">
          <w:r>
            <w:t xml:space="preserve"> </w:t>
          </w:r>
        </w:p>
      </w:sdtContent>
    </w:sdt>
    <w:p w14:paraId="7DF4E37C" w14:textId="77777777" w:rsidR="002C5E63" w:rsidRDefault="00FA70B1">
      <w:r>
        <w:br w:type="page"/>
      </w:r>
    </w:p>
    <w:p w14:paraId="49FF6CF7" w14:textId="77777777" w:rsidR="0035337B" w:rsidRDefault="0035337B" w:rsidP="0035337B">
      <w:pPr>
        <w:pStyle w:val="Title"/>
        <w:keepNext/>
        <w:rPr>
          <w:kern w:val="2"/>
          <w:lang w:val="en-GB" w:eastAsia="en-GB"/>
          <w14:ligatures w14:val="standardContextual"/>
        </w:rPr>
      </w:pPr>
      <w:r>
        <w:lastRenderedPageBreak/>
        <w:t xml:space="preserve">9. Fair Employment Monitoring </w:t>
      </w:r>
    </w:p>
    <w:p w14:paraId="384395A5" w14:textId="5B7CE020" w:rsidR="002C5E63" w:rsidRDefault="00FA70B1">
      <w:pPr>
        <w:pStyle w:val="Title"/>
        <w:keepNext/>
      </w:pPr>
      <w:r>
        <w:t>Questionnaire</w:t>
      </w:r>
    </w:p>
    <w:tbl>
      <w:tblPr>
        <w:tblW w:w="0" w:type="auto"/>
        <w:jc w:val="center"/>
        <w:tblLook w:val="04A0" w:firstRow="1" w:lastRow="0" w:firstColumn="1" w:lastColumn="0" w:noHBand="0" w:noVBand="1"/>
      </w:tblPr>
      <w:tblGrid>
        <w:gridCol w:w="10224"/>
      </w:tblGrid>
      <w:tr w:rsidR="002C5E63" w14:paraId="275F9C88" w14:textId="77777777">
        <w:trPr>
          <w:jc w:val="center"/>
        </w:trPr>
        <w:tc>
          <w:tcPr>
            <w:tcW w:w="10224" w:type="dxa"/>
            <w:shd w:val="clear" w:color="auto" w:fill="9C2F2F"/>
            <w:tcMar>
              <w:top w:w="80" w:type="dxa"/>
              <w:left w:w="90" w:type="dxa"/>
              <w:bottom w:w="80" w:type="dxa"/>
              <w:right w:w="90" w:type="dxa"/>
            </w:tcMar>
            <w:vAlign w:val="center"/>
          </w:tcPr>
          <w:p w14:paraId="5AA4A901" w14:textId="77777777" w:rsidR="002C5E63" w:rsidRDefault="00FA70B1">
            <w:pPr>
              <w:jc w:val="center"/>
            </w:pPr>
            <w:r>
              <w:rPr>
                <w:b/>
                <w:color w:val="FFFFFF"/>
              </w:rPr>
              <w:t xml:space="preserve">PRIVATE AND </w:t>
            </w:r>
            <w:proofErr w:type="gramStart"/>
            <w:r>
              <w:rPr>
                <w:b/>
                <w:color w:val="FFFFFF"/>
              </w:rPr>
              <w:t>CONFIDENTIAL  •</w:t>
            </w:r>
            <w:proofErr w:type="gramEnd"/>
            <w:r>
              <w:rPr>
                <w:b/>
                <w:color w:val="FFFFFF"/>
              </w:rPr>
              <w:t xml:space="preserve">  SEPARATE FROM APPLICATION</w:t>
            </w:r>
          </w:p>
        </w:tc>
      </w:tr>
    </w:tbl>
    <w:p w14:paraId="29099C05" w14:textId="77777777" w:rsidR="002C5E63" w:rsidRDefault="00FA70B1">
      <w:r>
        <w:t>Fermanagh Community Transport is an Equal Opportunities Employer. Monitoring information is separated from the application and is not supplied to the selection panel. Completion is voluntary, although applicants are encouraged to respond. The information is used for equality monitoring and statutory reporting where applicable.</w:t>
      </w:r>
    </w:p>
    <w:p w14:paraId="11609889" w14:textId="77777777" w:rsidR="002C5E63" w:rsidRDefault="00FA70B1">
      <w:pPr>
        <w:spacing w:after="40"/>
      </w:pPr>
      <w:r>
        <w:rPr>
          <w:b/>
          <w:color w:val="17365D"/>
        </w:rPr>
        <w:t>Recruitment reference number</w:t>
      </w:r>
    </w:p>
    <w:sdt>
      <w:sdtPr>
        <w:alias w:val="Applicant response"/>
        <w:tag w:val="applicant_form_field"/>
        <w:id w:val="2076470790"/>
        <w:placeholder>
          <w:docPart w:val="E4E77218FB844FEA8AE831BD9CD3CE5D"/>
        </w:placeholder>
        <w15:color w:val="137C8B"/>
        <w:text/>
      </w:sdtPr>
      <w:sdtContent>
        <w:p w14:paraId="4F007F97" w14:textId="5C031D7D" w:rsidR="002C5E63" w:rsidRDefault="00B567CB">
          <w:r>
            <w:t xml:space="preserve"> </w:t>
          </w:r>
        </w:p>
      </w:sdtContent>
    </w:sdt>
    <w:p w14:paraId="63C4BE88" w14:textId="77777777" w:rsidR="002C5E63" w:rsidRDefault="00FA70B1">
      <w:pPr>
        <w:pStyle w:val="Heading1"/>
      </w:pPr>
      <w:r>
        <w:t>A. Community background</w:t>
      </w:r>
    </w:p>
    <w:p w14:paraId="4A6DCDDE" w14:textId="77777777" w:rsidR="002C5E63" w:rsidRDefault="00FA70B1">
      <w:r>
        <w:t xml:space="preserve">Regardless of whether they </w:t>
      </w:r>
      <w:proofErr w:type="spellStart"/>
      <w:r>
        <w:t>practise</w:t>
      </w:r>
      <w:proofErr w:type="spellEnd"/>
      <w:r>
        <w:t xml:space="preserve"> a religion, most people in Northern Ireland are perceived to be members of either the Protestant or Roman Catholic communities. Please tick one:</w:t>
      </w:r>
    </w:p>
    <w:p w14:paraId="00CE38B8" w14:textId="77777777" w:rsidR="002C5E63" w:rsidRDefault="00FA70B1">
      <w:proofErr w:type="gramStart"/>
      <w:r>
        <w:t>☐  I</w:t>
      </w:r>
      <w:proofErr w:type="gramEnd"/>
      <w:r>
        <w:t xml:space="preserve"> am a member of the Protestant community.</w:t>
      </w:r>
    </w:p>
    <w:p w14:paraId="2D723071" w14:textId="77777777" w:rsidR="002C5E63" w:rsidRDefault="00FA70B1">
      <w:proofErr w:type="gramStart"/>
      <w:r>
        <w:t>☐  I</w:t>
      </w:r>
      <w:proofErr w:type="gramEnd"/>
      <w:r>
        <w:t xml:space="preserve"> am a member of the Roman Catholic community.</w:t>
      </w:r>
    </w:p>
    <w:p w14:paraId="34DA6DF7" w14:textId="77777777" w:rsidR="002C5E63" w:rsidRDefault="00FA70B1">
      <w:proofErr w:type="gramStart"/>
      <w:r>
        <w:t>☐  I</w:t>
      </w:r>
      <w:proofErr w:type="gramEnd"/>
      <w:r>
        <w:t xml:space="preserve"> am not a member of either the Protestant or Roman Catholic communities.</w:t>
      </w:r>
    </w:p>
    <w:p w14:paraId="44F576D8" w14:textId="77777777" w:rsidR="002C5E63" w:rsidRPr="00AB754D" w:rsidRDefault="00FA70B1">
      <w:pPr>
        <w:pStyle w:val="SmallPrint"/>
        <w:rPr>
          <w:sz w:val="22"/>
          <w:szCs w:val="32"/>
        </w:rPr>
      </w:pPr>
      <w:r w:rsidRPr="00AB754D">
        <w:rPr>
          <w:sz w:val="22"/>
          <w:szCs w:val="32"/>
        </w:rPr>
        <w:t>Where an applicant does not answer, or selects neither community, the residuary method may be applied where required by fair employment monitoring arrangements.</w:t>
      </w:r>
    </w:p>
    <w:p w14:paraId="711D4886" w14:textId="77777777" w:rsidR="002C5E63" w:rsidRDefault="00FA70B1">
      <w:pPr>
        <w:pStyle w:val="Heading1"/>
      </w:pPr>
      <w:r>
        <w:t>B. Sex</w:t>
      </w:r>
    </w:p>
    <w:p w14:paraId="27642D2A" w14:textId="77777777" w:rsidR="00E40BAA" w:rsidRDefault="00FA70B1">
      <w:proofErr w:type="gramStart"/>
      <w:r>
        <w:t>☐  Male</w:t>
      </w:r>
      <w:proofErr w:type="gramEnd"/>
      <w:r w:rsidR="002F0402">
        <w:t xml:space="preserve">           </w:t>
      </w:r>
    </w:p>
    <w:p w14:paraId="3D2724FB" w14:textId="77777777" w:rsidR="00E40BAA" w:rsidRDefault="00FA70B1">
      <w:proofErr w:type="gramStart"/>
      <w:r>
        <w:t>☐  Female</w:t>
      </w:r>
      <w:proofErr w:type="gramEnd"/>
      <w:r w:rsidR="002F0402">
        <w:t xml:space="preserve">      </w:t>
      </w:r>
    </w:p>
    <w:p w14:paraId="0424D3FE" w14:textId="492575DB" w:rsidR="002C5E63" w:rsidRDefault="002F0402">
      <w:r>
        <w:t xml:space="preserve"> ☐ Other</w:t>
      </w:r>
    </w:p>
    <w:p w14:paraId="2F27AB61" w14:textId="1998E5E7" w:rsidR="002C5E63" w:rsidRPr="00E40BAA" w:rsidRDefault="00FA70B1">
      <w:pPr>
        <w:pStyle w:val="SmallPrint"/>
        <w:rPr>
          <w:sz w:val="24"/>
          <w:szCs w:val="36"/>
        </w:rPr>
      </w:pPr>
      <w:r w:rsidRPr="00E40BAA">
        <w:rPr>
          <w:sz w:val="24"/>
          <w:szCs w:val="36"/>
        </w:rPr>
        <w:t>Do not include monitoring information in your supporting statement.</w:t>
      </w:r>
    </w:p>
    <w:sdt>
      <w:sdtPr>
        <w:rPr>
          <w:rFonts w:ascii="Aptos" w:eastAsiaTheme="minorEastAsia" w:hAnsi="Aptos" w:cstheme="minorBidi"/>
          <w:b w:val="0"/>
          <w:bCs w:val="0"/>
          <w:color w:val="auto"/>
          <w:sz w:val="24"/>
          <w:szCs w:val="22"/>
        </w:rPr>
        <w:alias w:val="Applicant response"/>
        <w:tag w:val="applicant_form_field"/>
        <w:id w:val="203689985"/>
        <w:placeholder>
          <w:docPart w:val="C7073930EBA94F90BF66C04E2F8579C2"/>
        </w:placeholder>
        <w15:color w:val="137C8B"/>
      </w:sdtPr>
      <w:sdtContent>
        <w:p w14:paraId="194E41AF" w14:textId="77777777" w:rsidR="0053372D" w:rsidRDefault="0053372D" w:rsidP="0053372D">
          <w:pPr>
            <w:pStyle w:val="Heading1"/>
          </w:pPr>
          <w:r>
            <w:t>Return applications to</w:t>
          </w:r>
        </w:p>
        <w:p w14:paraId="6A3A8E65" w14:textId="77777777" w:rsidR="0053372D" w:rsidRDefault="0053372D" w:rsidP="0053372D">
          <w:r>
            <w:t>Fermanagh Community Transport</w:t>
          </w:r>
          <w:r>
            <w:br/>
            <w:t>42 Enniskillen Business Centre</w:t>
          </w:r>
          <w:r>
            <w:br/>
            <w:t>Lackaghboy Industrial Estate</w:t>
          </w:r>
          <w:r>
            <w:br/>
            <w:t>Enniskillen, BT74 4RL</w:t>
          </w:r>
          <w:r>
            <w:br/>
            <w:t>Email: lara@fermanaghcommunitytransport.com</w:t>
          </w:r>
          <w:r>
            <w:br/>
            <w:t>Telephone: 028 66324260</w:t>
          </w:r>
          <w:r>
            <w:br/>
            <w:t xml:space="preserve">Website: </w:t>
          </w:r>
          <w:hyperlink r:id="rId18" w:history="1">
            <w:r w:rsidRPr="00CA195D">
              <w:rPr>
                <w:rStyle w:val="Hyperlink"/>
              </w:rPr>
              <w:t>www.fermanaghcommunitytransport.com</w:t>
            </w:r>
          </w:hyperlink>
        </w:p>
        <w:p w14:paraId="63759EE4" w14:textId="77777777" w:rsidR="0053372D" w:rsidRDefault="0053372D" w:rsidP="0053372D"/>
        <w:p w14:paraId="325D87BE" w14:textId="77777777" w:rsidR="0053372D" w:rsidRPr="001B2495" w:rsidRDefault="0053372D" w:rsidP="0053372D">
          <w:pPr>
            <w:pStyle w:val="SmallPrint"/>
            <w:rPr>
              <w:sz w:val="24"/>
              <w:szCs w:val="24"/>
            </w:rPr>
          </w:pPr>
          <w:r w:rsidRPr="001B2495">
            <w:rPr>
              <w:sz w:val="24"/>
              <w:szCs w:val="24"/>
            </w:rPr>
            <w:lastRenderedPageBreak/>
            <w:t>If submitting by post, mark the envelope “Transport Operations Coordinator”. If submitting by email, use the subject line “Transport Operations Coordinator Application”.</w:t>
          </w:r>
        </w:p>
        <w:p w14:paraId="33D85404" w14:textId="77777777" w:rsidR="00437C98" w:rsidRDefault="00000000"/>
      </w:sdtContent>
    </w:sdt>
    <w:tbl>
      <w:tblPr>
        <w:tblStyle w:val="TableGrid"/>
        <w:tblW w:w="0" w:type="auto"/>
        <w:jc w:val="center"/>
        <w:tblLook w:val="04A0" w:firstRow="1" w:lastRow="0" w:firstColumn="1" w:lastColumn="0" w:noHBand="0" w:noVBand="1"/>
      </w:tblPr>
      <w:tblGrid>
        <w:gridCol w:w="2376"/>
        <w:gridCol w:w="7272"/>
      </w:tblGrid>
      <w:tr w:rsidR="00437C98" w:rsidRPr="00A412E7" w14:paraId="425D181A" w14:textId="77777777" w:rsidTr="006C1114">
        <w:trPr>
          <w:jc w:val="center"/>
        </w:trPr>
        <w:tc>
          <w:tcPr>
            <w:tcW w:w="2376" w:type="dxa"/>
            <w:shd w:val="clear" w:color="auto" w:fill="F5F8FA"/>
            <w:tcMar>
              <w:top w:w="80" w:type="dxa"/>
              <w:left w:w="90" w:type="dxa"/>
              <w:bottom w:w="80" w:type="dxa"/>
              <w:right w:w="90" w:type="dxa"/>
            </w:tcMar>
            <w:vAlign w:val="center"/>
          </w:tcPr>
          <w:p w14:paraId="0D1BF2F3" w14:textId="77777777" w:rsidR="00437C98" w:rsidRPr="00A412E7" w:rsidRDefault="00437C98" w:rsidP="006C1114">
            <w:pPr>
              <w:spacing w:after="20"/>
              <w:rPr>
                <w:szCs w:val="32"/>
              </w:rPr>
            </w:pPr>
            <w:r w:rsidRPr="00A412E7">
              <w:rPr>
                <w:b/>
                <w:color w:val="17365D"/>
                <w:szCs w:val="32"/>
              </w:rPr>
              <w:t>Closing date</w:t>
            </w:r>
          </w:p>
        </w:tc>
        <w:tc>
          <w:tcPr>
            <w:tcW w:w="7272" w:type="dxa"/>
            <w:shd w:val="clear" w:color="auto" w:fill="F5F8FA"/>
            <w:tcMar>
              <w:top w:w="80" w:type="dxa"/>
              <w:left w:w="90" w:type="dxa"/>
              <w:bottom w:w="80" w:type="dxa"/>
              <w:right w:w="90" w:type="dxa"/>
            </w:tcMar>
            <w:vAlign w:val="center"/>
          </w:tcPr>
          <w:p w14:paraId="0444116C" w14:textId="77777777" w:rsidR="00437C98" w:rsidRPr="00A412E7" w:rsidRDefault="00437C98" w:rsidP="006C1114">
            <w:pPr>
              <w:spacing w:after="20"/>
              <w:rPr>
                <w:szCs w:val="32"/>
              </w:rPr>
            </w:pPr>
            <w:r>
              <w:rPr>
                <w:szCs w:val="32"/>
              </w:rPr>
              <w:t>Tuesday 1</w:t>
            </w:r>
            <w:r w:rsidRPr="008B5264">
              <w:rPr>
                <w:szCs w:val="32"/>
                <w:vertAlign w:val="superscript"/>
              </w:rPr>
              <w:t>st</w:t>
            </w:r>
            <w:r>
              <w:rPr>
                <w:szCs w:val="32"/>
              </w:rPr>
              <w:t xml:space="preserve"> September</w:t>
            </w:r>
            <w:r w:rsidRPr="00A412E7">
              <w:rPr>
                <w:szCs w:val="32"/>
              </w:rPr>
              <w:t xml:space="preserve"> </w:t>
            </w:r>
          </w:p>
        </w:tc>
      </w:tr>
      <w:tr w:rsidR="00437C98" w:rsidRPr="00A412E7" w14:paraId="42A9D0DD" w14:textId="77777777" w:rsidTr="006C1114">
        <w:trPr>
          <w:jc w:val="center"/>
        </w:trPr>
        <w:tc>
          <w:tcPr>
            <w:tcW w:w="2376" w:type="dxa"/>
            <w:tcMar>
              <w:top w:w="80" w:type="dxa"/>
              <w:left w:w="90" w:type="dxa"/>
              <w:bottom w:w="80" w:type="dxa"/>
              <w:right w:w="90" w:type="dxa"/>
            </w:tcMar>
            <w:vAlign w:val="center"/>
          </w:tcPr>
          <w:p w14:paraId="08727C4F" w14:textId="77777777" w:rsidR="00437C98" w:rsidRPr="00A412E7" w:rsidRDefault="00437C98" w:rsidP="006C1114">
            <w:pPr>
              <w:spacing w:after="20"/>
              <w:rPr>
                <w:b/>
                <w:color w:val="17365D"/>
                <w:szCs w:val="32"/>
              </w:rPr>
            </w:pPr>
            <w:r w:rsidRPr="00A412E7">
              <w:rPr>
                <w:b/>
                <w:color w:val="17365D"/>
                <w:szCs w:val="32"/>
              </w:rPr>
              <w:t xml:space="preserve">Shortlisting </w:t>
            </w:r>
          </w:p>
        </w:tc>
        <w:tc>
          <w:tcPr>
            <w:tcW w:w="7272" w:type="dxa"/>
            <w:tcMar>
              <w:top w:w="80" w:type="dxa"/>
              <w:left w:w="90" w:type="dxa"/>
              <w:bottom w:w="80" w:type="dxa"/>
              <w:right w:w="90" w:type="dxa"/>
            </w:tcMar>
            <w:vAlign w:val="center"/>
          </w:tcPr>
          <w:p w14:paraId="2B179487" w14:textId="77777777" w:rsidR="00437C98" w:rsidRPr="00A412E7" w:rsidRDefault="00437C98" w:rsidP="006C1114">
            <w:pPr>
              <w:spacing w:after="20"/>
              <w:rPr>
                <w:szCs w:val="32"/>
              </w:rPr>
            </w:pPr>
            <w:r>
              <w:rPr>
                <w:szCs w:val="32"/>
              </w:rPr>
              <w:t>Wednesday 2</w:t>
            </w:r>
            <w:r w:rsidRPr="00D9797B">
              <w:rPr>
                <w:szCs w:val="32"/>
                <w:vertAlign w:val="superscript"/>
              </w:rPr>
              <w:t>nd</w:t>
            </w:r>
            <w:r>
              <w:rPr>
                <w:szCs w:val="32"/>
              </w:rPr>
              <w:t xml:space="preserve"> September </w:t>
            </w:r>
          </w:p>
        </w:tc>
      </w:tr>
      <w:tr w:rsidR="00437C98" w:rsidRPr="00A412E7" w14:paraId="4E4F8251" w14:textId="77777777" w:rsidTr="006C1114">
        <w:trPr>
          <w:jc w:val="center"/>
        </w:trPr>
        <w:tc>
          <w:tcPr>
            <w:tcW w:w="2376" w:type="dxa"/>
            <w:tcMar>
              <w:top w:w="80" w:type="dxa"/>
              <w:left w:w="90" w:type="dxa"/>
              <w:bottom w:w="80" w:type="dxa"/>
              <w:right w:w="90" w:type="dxa"/>
            </w:tcMar>
            <w:vAlign w:val="center"/>
          </w:tcPr>
          <w:p w14:paraId="07BE959D" w14:textId="77777777" w:rsidR="00437C98" w:rsidRPr="00A412E7" w:rsidRDefault="00437C98" w:rsidP="006C1114">
            <w:pPr>
              <w:spacing w:after="20"/>
              <w:rPr>
                <w:szCs w:val="32"/>
              </w:rPr>
            </w:pPr>
            <w:r w:rsidRPr="00A412E7">
              <w:rPr>
                <w:b/>
                <w:color w:val="17365D"/>
                <w:szCs w:val="32"/>
              </w:rPr>
              <w:t>Interview date</w:t>
            </w:r>
          </w:p>
        </w:tc>
        <w:tc>
          <w:tcPr>
            <w:tcW w:w="7272" w:type="dxa"/>
            <w:tcMar>
              <w:top w:w="80" w:type="dxa"/>
              <w:left w:w="90" w:type="dxa"/>
              <w:bottom w:w="80" w:type="dxa"/>
              <w:right w:w="90" w:type="dxa"/>
            </w:tcMar>
            <w:vAlign w:val="center"/>
          </w:tcPr>
          <w:p w14:paraId="357E6E05" w14:textId="77777777" w:rsidR="00437C98" w:rsidRPr="00A412E7" w:rsidRDefault="00437C98" w:rsidP="006C1114">
            <w:pPr>
              <w:spacing w:after="20"/>
              <w:rPr>
                <w:szCs w:val="32"/>
              </w:rPr>
            </w:pPr>
            <w:r>
              <w:rPr>
                <w:szCs w:val="32"/>
              </w:rPr>
              <w:t>Monday 7</w:t>
            </w:r>
            <w:r w:rsidRPr="003E7947">
              <w:rPr>
                <w:szCs w:val="32"/>
                <w:vertAlign w:val="superscript"/>
              </w:rPr>
              <w:t>th</w:t>
            </w:r>
            <w:r>
              <w:rPr>
                <w:szCs w:val="32"/>
              </w:rPr>
              <w:t xml:space="preserve"> September</w:t>
            </w:r>
          </w:p>
        </w:tc>
      </w:tr>
    </w:tbl>
    <w:p w14:paraId="44FB30F8" w14:textId="5D1CC5AD" w:rsidR="002C5E63" w:rsidRDefault="002C5E63"/>
    <w:sectPr w:rsidR="002C5E63" w:rsidSect="00034616">
      <w:headerReference w:type="even" r:id="rId19"/>
      <w:headerReference w:type="default" r:id="rId20"/>
      <w:footerReference w:type="even" r:id="rId21"/>
      <w:footerReference w:type="default" r:id="rId22"/>
      <w:headerReference w:type="first" r:id="rId23"/>
      <w:footerReference w:type="first" r:id="rId24"/>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1586E" w14:textId="77777777" w:rsidR="000C1AC7" w:rsidRDefault="000C1AC7">
      <w:pPr>
        <w:spacing w:after="0" w:line="240" w:lineRule="auto"/>
      </w:pPr>
      <w:r>
        <w:separator/>
      </w:r>
    </w:p>
  </w:endnote>
  <w:endnote w:type="continuationSeparator" w:id="0">
    <w:p w14:paraId="5FA80E2D" w14:textId="77777777" w:rsidR="000C1AC7" w:rsidRDefault="000C1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4B3B" w14:textId="77777777" w:rsidR="0094629A" w:rsidRDefault="00946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195114"/>
      <w:docPartObj>
        <w:docPartGallery w:val="Page Numbers (Bottom of Page)"/>
        <w:docPartUnique/>
      </w:docPartObj>
    </w:sdtPr>
    <w:sdtContent>
      <w:sdt>
        <w:sdtPr>
          <w:id w:val="-1769616900"/>
          <w:docPartObj>
            <w:docPartGallery w:val="Page Numbers (Top of Page)"/>
            <w:docPartUnique/>
          </w:docPartObj>
        </w:sdtPr>
        <w:sdtContent>
          <w:p w14:paraId="0498446A" w14:textId="284FA60A" w:rsidR="00AE337F" w:rsidRDefault="00AE337F">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5B528F51" w14:textId="49A9AFAF" w:rsidR="002C5E63" w:rsidRPr="00AE337F" w:rsidRDefault="002C5E63" w:rsidP="00AE33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E4BDC" w14:textId="77777777" w:rsidR="0094629A" w:rsidRDefault="009462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A9A72" w14:textId="77777777" w:rsidR="000C1AC7" w:rsidRDefault="000C1AC7">
      <w:pPr>
        <w:spacing w:after="0" w:line="240" w:lineRule="auto"/>
      </w:pPr>
      <w:r>
        <w:separator/>
      </w:r>
    </w:p>
  </w:footnote>
  <w:footnote w:type="continuationSeparator" w:id="0">
    <w:p w14:paraId="2DD3D126" w14:textId="77777777" w:rsidR="000C1AC7" w:rsidRDefault="000C1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1FC75" w14:textId="77777777" w:rsidR="0094629A" w:rsidRDefault="009462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7831" w14:textId="209D800E" w:rsidR="002C5E63" w:rsidRPr="00AE337F" w:rsidRDefault="00FA70B1" w:rsidP="00AE337F">
    <w:pPr>
      <w:pStyle w:val="Header"/>
      <w:jc w:val="center"/>
      <w:rPr>
        <w:sz w:val="36"/>
        <w:szCs w:val="32"/>
      </w:rPr>
    </w:pPr>
    <w:r w:rsidRPr="00AE337F">
      <w:rPr>
        <w:b/>
        <w:color w:val="137C8B"/>
        <w:sz w:val="22"/>
        <w:szCs w:val="32"/>
      </w:rPr>
      <w:t>TRANSPORT OPERATIONS COORDINATOR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9B2D5" w14:textId="77777777" w:rsidR="0094629A" w:rsidRDefault="009462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E5555E4"/>
    <w:multiLevelType w:val="hybridMultilevel"/>
    <w:tmpl w:val="9438C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8113785">
    <w:abstractNumId w:val="8"/>
  </w:num>
  <w:num w:numId="2" w16cid:durableId="2102095702">
    <w:abstractNumId w:val="6"/>
  </w:num>
  <w:num w:numId="3" w16cid:durableId="1164736191">
    <w:abstractNumId w:val="5"/>
  </w:num>
  <w:num w:numId="4" w16cid:durableId="1467352785">
    <w:abstractNumId w:val="4"/>
  </w:num>
  <w:num w:numId="5" w16cid:durableId="1478033580">
    <w:abstractNumId w:val="7"/>
  </w:num>
  <w:num w:numId="6" w16cid:durableId="634722970">
    <w:abstractNumId w:val="3"/>
  </w:num>
  <w:num w:numId="7" w16cid:durableId="214585178">
    <w:abstractNumId w:val="2"/>
  </w:num>
  <w:num w:numId="8" w16cid:durableId="625819114">
    <w:abstractNumId w:val="1"/>
  </w:num>
  <w:num w:numId="9" w16cid:durableId="1532524810">
    <w:abstractNumId w:val="0"/>
  </w:num>
  <w:num w:numId="10" w16cid:durableId="11182554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DFD"/>
    <w:rsid w:val="00034616"/>
    <w:rsid w:val="000513DE"/>
    <w:rsid w:val="0006063C"/>
    <w:rsid w:val="00075266"/>
    <w:rsid w:val="00075718"/>
    <w:rsid w:val="000A1C72"/>
    <w:rsid w:val="000C1AC7"/>
    <w:rsid w:val="00116706"/>
    <w:rsid w:val="0015074B"/>
    <w:rsid w:val="001645AF"/>
    <w:rsid w:val="001A6AF6"/>
    <w:rsid w:val="001B2495"/>
    <w:rsid w:val="001D7C08"/>
    <w:rsid w:val="00250727"/>
    <w:rsid w:val="00267138"/>
    <w:rsid w:val="00267626"/>
    <w:rsid w:val="002726A9"/>
    <w:rsid w:val="00273D28"/>
    <w:rsid w:val="0029639D"/>
    <w:rsid w:val="002C5E63"/>
    <w:rsid w:val="002F0402"/>
    <w:rsid w:val="00326F90"/>
    <w:rsid w:val="0035337B"/>
    <w:rsid w:val="003E7947"/>
    <w:rsid w:val="004260F0"/>
    <w:rsid w:val="00437C98"/>
    <w:rsid w:val="004734B1"/>
    <w:rsid w:val="005225CB"/>
    <w:rsid w:val="0053372D"/>
    <w:rsid w:val="00543176"/>
    <w:rsid w:val="00560203"/>
    <w:rsid w:val="005918CB"/>
    <w:rsid w:val="005D294C"/>
    <w:rsid w:val="005E02E3"/>
    <w:rsid w:val="005E3CA3"/>
    <w:rsid w:val="00646878"/>
    <w:rsid w:val="00651DD2"/>
    <w:rsid w:val="006B3AF1"/>
    <w:rsid w:val="006F5301"/>
    <w:rsid w:val="00756BB1"/>
    <w:rsid w:val="0077375E"/>
    <w:rsid w:val="00780655"/>
    <w:rsid w:val="007815D9"/>
    <w:rsid w:val="007A423E"/>
    <w:rsid w:val="0081501F"/>
    <w:rsid w:val="0083186A"/>
    <w:rsid w:val="008B5264"/>
    <w:rsid w:val="00925BEC"/>
    <w:rsid w:val="00937654"/>
    <w:rsid w:val="0094629A"/>
    <w:rsid w:val="009937C1"/>
    <w:rsid w:val="009C3A55"/>
    <w:rsid w:val="009F479C"/>
    <w:rsid w:val="00A32492"/>
    <w:rsid w:val="00A412E7"/>
    <w:rsid w:val="00A70BF9"/>
    <w:rsid w:val="00AA1D8D"/>
    <w:rsid w:val="00AB754D"/>
    <w:rsid w:val="00AE337F"/>
    <w:rsid w:val="00B0143F"/>
    <w:rsid w:val="00B021D4"/>
    <w:rsid w:val="00B05EB1"/>
    <w:rsid w:val="00B47730"/>
    <w:rsid w:val="00B567CB"/>
    <w:rsid w:val="00B718B3"/>
    <w:rsid w:val="00BC128C"/>
    <w:rsid w:val="00BE1AAE"/>
    <w:rsid w:val="00BF352E"/>
    <w:rsid w:val="00C00B19"/>
    <w:rsid w:val="00C16106"/>
    <w:rsid w:val="00C62177"/>
    <w:rsid w:val="00C97950"/>
    <w:rsid w:val="00CA606C"/>
    <w:rsid w:val="00CB0664"/>
    <w:rsid w:val="00D003E4"/>
    <w:rsid w:val="00D05DDC"/>
    <w:rsid w:val="00D315CC"/>
    <w:rsid w:val="00D9797B"/>
    <w:rsid w:val="00DC4B13"/>
    <w:rsid w:val="00E40BAA"/>
    <w:rsid w:val="00E66D92"/>
    <w:rsid w:val="00E92E39"/>
    <w:rsid w:val="00F13939"/>
    <w:rsid w:val="00F36924"/>
    <w:rsid w:val="00F37D55"/>
    <w:rsid w:val="00F645AF"/>
    <w:rsid w:val="00F6488E"/>
    <w:rsid w:val="00FA70B1"/>
    <w:rsid w:val="00FB2198"/>
    <w:rsid w:val="00FC693F"/>
    <w:rsid w:val="00FF274F"/>
    <w:rsid w:val="183604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49B62CF0-1B24-4C1C-A9C4-96EB420B7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310" w:lineRule="atLeast"/>
    </w:pPr>
    <w:rPr>
      <w:rFonts w:ascii="Aptos" w:hAnsi="Aptos"/>
      <w:sz w:val="24"/>
    </w:rPr>
  </w:style>
  <w:style w:type="paragraph" w:styleId="Heading1">
    <w:name w:val="heading 1"/>
    <w:basedOn w:val="Normal"/>
    <w:next w:val="Normal"/>
    <w:link w:val="Heading1Char"/>
    <w:uiPriority w:val="9"/>
    <w:qFormat/>
    <w:rsid w:val="00FC693F"/>
    <w:pPr>
      <w:keepNext/>
      <w:keepLines/>
      <w:spacing w:before="200"/>
      <w:outlineLvl w:val="0"/>
    </w:pPr>
    <w:rPr>
      <w:rFonts w:asciiTheme="majorHAnsi" w:eastAsiaTheme="majorEastAsia" w:hAnsiTheme="majorHAnsi" w:cstheme="majorBidi"/>
      <w:b/>
      <w:bCs/>
      <w:color w:val="17365D"/>
      <w:sz w:val="36"/>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137C8B"/>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17365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17365D"/>
      <w:sz w:val="36"/>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137C8B"/>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17365D"/>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7365D"/>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b/>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Aptos" w:hAnsi="Aptos"/>
      <w:i/>
      <w:iCs/>
      <w:color w:val="000000" w:themeColor="text1"/>
      <w:sz w:val="24"/>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rPr>
      <w:rFonts w:ascii="Aptos" w:hAnsi="Aptos"/>
      <w:color w:val="5B6573"/>
      <w:sz w:val="16"/>
    </w:rPr>
  </w:style>
  <w:style w:type="paragraph" w:customStyle="1" w:styleId="FormLabel">
    <w:name w:val="Form Label"/>
    <w:rPr>
      <w:rFonts w:ascii="Aptos" w:hAnsi="Aptos"/>
      <w:b/>
      <w:color w:val="17365D"/>
      <w:sz w:val="18"/>
    </w:rPr>
  </w:style>
  <w:style w:type="paragraph" w:customStyle="1" w:styleId="Callout">
    <w:name w:val="Callout"/>
    <w:rPr>
      <w:rFonts w:ascii="Aptos" w:hAnsi="Aptos"/>
      <w:b/>
      <w:color w:val="137C8B"/>
    </w:rPr>
  </w:style>
  <w:style w:type="character" w:styleId="PlaceholderText">
    <w:name w:val="Placeholder Text"/>
    <w:basedOn w:val="DefaultParagraphFont"/>
    <w:uiPriority w:val="99"/>
    <w:semiHidden/>
    <w:rsid w:val="00075718"/>
    <w:rPr>
      <w:color w:val="666666"/>
    </w:rPr>
  </w:style>
  <w:style w:type="character" w:styleId="Hyperlink">
    <w:name w:val="Hyperlink"/>
    <w:basedOn w:val="DefaultParagraphFont"/>
    <w:uiPriority w:val="99"/>
    <w:unhideWhenUsed/>
    <w:rsid w:val="001B2495"/>
    <w:rPr>
      <w:color w:val="0000FF" w:themeColor="hyperlink"/>
      <w:u w:val="single"/>
    </w:rPr>
  </w:style>
  <w:style w:type="character" w:styleId="UnresolvedMention">
    <w:name w:val="Unresolved Mention"/>
    <w:basedOn w:val="DefaultParagraphFont"/>
    <w:uiPriority w:val="99"/>
    <w:semiHidden/>
    <w:unhideWhenUsed/>
    <w:rsid w:val="001B24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909176">
      <w:marLeft w:val="0"/>
      <w:marRight w:val="0"/>
      <w:marTop w:val="0"/>
      <w:marBottom w:val="0"/>
      <w:divBdr>
        <w:top w:val="none" w:sz="0" w:space="0" w:color="auto"/>
        <w:left w:val="none" w:sz="0" w:space="0" w:color="auto"/>
        <w:bottom w:val="single" w:sz="8" w:space="4" w:color="4F81BD"/>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ara@fermanaghcommunitytransport.com" TargetMode="External"/><Relationship Id="rId18" Type="http://schemas.openxmlformats.org/officeDocument/2006/relationships/hyperlink" Target="http://www.fermanaghcommunitytransport.com"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lara@fermanaghcommunitytransport.com" TargetMode="External"/><Relationship Id="rId17" Type="http://schemas.openxmlformats.org/officeDocument/2006/relationships/hyperlink" Target="http://www.fermanaghcommunitytransport.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ermanaghcommunitytransport.com/job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ermanaghcommunitytransport.com" TargetMode="External"/><Relationship Id="rId22" Type="http://schemas.openxmlformats.org/officeDocument/2006/relationships/footer" Target="foot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FF926270AB5488293E0A3A12EA2D966"/>
        <w:category>
          <w:name w:val="General"/>
          <w:gallery w:val="placeholder"/>
        </w:category>
        <w:types>
          <w:type w:val="bbPlcHdr"/>
        </w:types>
        <w:behaviors>
          <w:behavior w:val="content"/>
        </w:behaviors>
        <w:guid w:val="{4F11A54F-F8AF-4DBE-851D-C1C6C4270E36}"/>
      </w:docPartPr>
      <w:docPartBody>
        <w:p w:rsidR="007B4DC0" w:rsidRDefault="007261FD">
          <w:r w:rsidRPr="00CA195D">
            <w:rPr>
              <w:rStyle w:val="PlaceholderText"/>
            </w:rPr>
            <w:t>Click or tap here to enter text</w:t>
          </w:r>
        </w:p>
      </w:docPartBody>
    </w:docPart>
    <w:docPart>
      <w:docPartPr>
        <w:name w:val="5A01F30C6A4147A3B3AA64AB2C721DA6"/>
        <w:category>
          <w:name w:val="General"/>
          <w:gallery w:val="placeholder"/>
        </w:category>
        <w:types>
          <w:type w:val="bbPlcHdr"/>
        </w:types>
        <w:behaviors>
          <w:behavior w:val="content"/>
        </w:behaviors>
        <w:guid w:val="{5CF9ACB6-3BF4-4BF4-85FA-3B6BE99CD709}"/>
      </w:docPartPr>
      <w:docPartBody>
        <w:p w:rsidR="007B4DC0" w:rsidRDefault="007261FD">
          <w:r w:rsidRPr="00CA195D">
            <w:rPr>
              <w:rStyle w:val="PlaceholderText"/>
            </w:rPr>
            <w:t>Click or tap here to enter text</w:t>
          </w:r>
        </w:p>
      </w:docPartBody>
    </w:docPart>
    <w:docPart>
      <w:docPartPr>
        <w:name w:val="48C2941A53634C5CA8F9DF041BBFF667"/>
        <w:category>
          <w:name w:val="General"/>
          <w:gallery w:val="placeholder"/>
        </w:category>
        <w:types>
          <w:type w:val="bbPlcHdr"/>
        </w:types>
        <w:behaviors>
          <w:behavior w:val="content"/>
        </w:behaviors>
        <w:guid w:val="{3C24C16E-D564-47B8-845D-B5B50ADEF279}"/>
      </w:docPartPr>
      <w:docPartBody>
        <w:p w:rsidR="007B4DC0" w:rsidRDefault="007261FD">
          <w:r w:rsidRPr="00CA195D">
            <w:rPr>
              <w:rStyle w:val="PlaceholderText"/>
            </w:rPr>
            <w:t>Click or tap here to enter text</w:t>
          </w:r>
        </w:p>
      </w:docPartBody>
    </w:docPart>
    <w:docPart>
      <w:docPartPr>
        <w:name w:val="2674CDBECEFD4FD9A70EAA8FA91DD170"/>
        <w:category>
          <w:name w:val="General"/>
          <w:gallery w:val="placeholder"/>
        </w:category>
        <w:types>
          <w:type w:val="bbPlcHdr"/>
        </w:types>
        <w:behaviors>
          <w:behavior w:val="content"/>
        </w:behaviors>
        <w:guid w:val="{74B5AC5A-D602-4898-BF0B-42839FCDBD2D}"/>
      </w:docPartPr>
      <w:docPartBody>
        <w:p w:rsidR="007B4DC0" w:rsidRDefault="007261FD">
          <w:r w:rsidRPr="00CA195D">
            <w:rPr>
              <w:rStyle w:val="PlaceholderText"/>
            </w:rPr>
            <w:t>Click or tap here to enter text</w:t>
          </w:r>
        </w:p>
      </w:docPartBody>
    </w:docPart>
    <w:docPart>
      <w:docPartPr>
        <w:name w:val="6A91DCB443E94E9AA46BF582B3C0E451"/>
        <w:category>
          <w:name w:val="General"/>
          <w:gallery w:val="placeholder"/>
        </w:category>
        <w:types>
          <w:type w:val="bbPlcHdr"/>
        </w:types>
        <w:behaviors>
          <w:behavior w:val="content"/>
        </w:behaviors>
        <w:guid w:val="{E9BA692D-935B-44BD-8BE2-76254FC809AD}"/>
      </w:docPartPr>
      <w:docPartBody>
        <w:p w:rsidR="007B4DC0" w:rsidRDefault="007261FD">
          <w:r w:rsidRPr="00CA195D">
            <w:rPr>
              <w:rStyle w:val="PlaceholderText"/>
            </w:rPr>
            <w:t>Click or tap here to enter text</w:t>
          </w:r>
        </w:p>
      </w:docPartBody>
    </w:docPart>
    <w:docPart>
      <w:docPartPr>
        <w:name w:val="750B7FE335F84A1780810E7327A50D5A"/>
        <w:category>
          <w:name w:val="General"/>
          <w:gallery w:val="placeholder"/>
        </w:category>
        <w:types>
          <w:type w:val="bbPlcHdr"/>
        </w:types>
        <w:behaviors>
          <w:behavior w:val="content"/>
        </w:behaviors>
        <w:guid w:val="{048DCE64-4805-4E94-9591-56823A96B2A8}"/>
      </w:docPartPr>
      <w:docPartBody>
        <w:p w:rsidR="007B4DC0" w:rsidRDefault="007261FD">
          <w:r w:rsidRPr="00CA195D">
            <w:rPr>
              <w:rStyle w:val="PlaceholderText"/>
            </w:rPr>
            <w:t>Click or tap here to enter text</w:t>
          </w:r>
        </w:p>
      </w:docPartBody>
    </w:docPart>
    <w:docPart>
      <w:docPartPr>
        <w:name w:val="24F7AC0D83E446F1B469A6E275F79C70"/>
        <w:category>
          <w:name w:val="General"/>
          <w:gallery w:val="placeholder"/>
        </w:category>
        <w:types>
          <w:type w:val="bbPlcHdr"/>
        </w:types>
        <w:behaviors>
          <w:behavior w:val="content"/>
        </w:behaviors>
        <w:guid w:val="{F81B8081-035E-4B8E-B1D0-1CF907E12C18}"/>
      </w:docPartPr>
      <w:docPartBody>
        <w:p w:rsidR="007B4DC0" w:rsidRDefault="007261FD">
          <w:r w:rsidRPr="00CA195D">
            <w:rPr>
              <w:rStyle w:val="PlaceholderText"/>
            </w:rPr>
            <w:t>Click or tap here to enter text</w:t>
          </w:r>
        </w:p>
      </w:docPartBody>
    </w:docPart>
    <w:docPart>
      <w:docPartPr>
        <w:name w:val="73D2AB848E84496B9315FFDC7BC67066"/>
        <w:category>
          <w:name w:val="General"/>
          <w:gallery w:val="placeholder"/>
        </w:category>
        <w:types>
          <w:type w:val="bbPlcHdr"/>
        </w:types>
        <w:behaviors>
          <w:behavior w:val="content"/>
        </w:behaviors>
        <w:guid w:val="{C88FF187-01C9-40BB-82CA-AABEA3A2975F}"/>
      </w:docPartPr>
      <w:docPartBody>
        <w:p w:rsidR="007B4DC0" w:rsidRDefault="007261FD">
          <w:r w:rsidRPr="00CA195D">
            <w:rPr>
              <w:rStyle w:val="PlaceholderText"/>
            </w:rPr>
            <w:t>Click or tap here to enter text</w:t>
          </w:r>
        </w:p>
      </w:docPartBody>
    </w:docPart>
    <w:docPart>
      <w:docPartPr>
        <w:name w:val="5500E080C32A4705BDC4D797A1CE7208"/>
        <w:category>
          <w:name w:val="General"/>
          <w:gallery w:val="placeholder"/>
        </w:category>
        <w:types>
          <w:type w:val="bbPlcHdr"/>
        </w:types>
        <w:behaviors>
          <w:behavior w:val="content"/>
        </w:behaviors>
        <w:guid w:val="{90DB8974-88C2-4356-A070-847FC08061CF}"/>
      </w:docPartPr>
      <w:docPartBody>
        <w:p w:rsidR="007B4DC0" w:rsidRDefault="007261FD">
          <w:r w:rsidRPr="00CA195D">
            <w:rPr>
              <w:rStyle w:val="PlaceholderText"/>
            </w:rPr>
            <w:t>Click or tap here to enter text</w:t>
          </w:r>
        </w:p>
      </w:docPartBody>
    </w:docPart>
    <w:docPart>
      <w:docPartPr>
        <w:name w:val="8D44A41E1F0B40D7A2EE772C8941374A"/>
        <w:category>
          <w:name w:val="General"/>
          <w:gallery w:val="placeholder"/>
        </w:category>
        <w:types>
          <w:type w:val="bbPlcHdr"/>
        </w:types>
        <w:behaviors>
          <w:behavior w:val="content"/>
        </w:behaviors>
        <w:guid w:val="{0C50C3D7-C3C6-4846-837B-C415ACCCB104}"/>
      </w:docPartPr>
      <w:docPartBody>
        <w:p w:rsidR="007B4DC0" w:rsidRDefault="007261FD">
          <w:r w:rsidRPr="00CA195D">
            <w:rPr>
              <w:rStyle w:val="PlaceholderText"/>
            </w:rPr>
            <w:t>Click or tap here to enter text</w:t>
          </w:r>
        </w:p>
      </w:docPartBody>
    </w:docPart>
    <w:docPart>
      <w:docPartPr>
        <w:name w:val="7DB34566F1FB4CAAAB993E71DA6E786F"/>
        <w:category>
          <w:name w:val="General"/>
          <w:gallery w:val="placeholder"/>
        </w:category>
        <w:types>
          <w:type w:val="bbPlcHdr"/>
        </w:types>
        <w:behaviors>
          <w:behavior w:val="content"/>
        </w:behaviors>
        <w:guid w:val="{994EDFDD-DBBB-42F1-B40B-DCF564ED6BCF}"/>
      </w:docPartPr>
      <w:docPartBody>
        <w:p w:rsidR="007B4DC0" w:rsidRDefault="007261FD">
          <w:r w:rsidRPr="00CA195D">
            <w:rPr>
              <w:rStyle w:val="PlaceholderText"/>
            </w:rPr>
            <w:t>Click or tap here to enter text</w:t>
          </w:r>
        </w:p>
      </w:docPartBody>
    </w:docPart>
    <w:docPart>
      <w:docPartPr>
        <w:name w:val="88AD04B004B549A4994A7DC47914A4BB"/>
        <w:category>
          <w:name w:val="General"/>
          <w:gallery w:val="placeholder"/>
        </w:category>
        <w:types>
          <w:type w:val="bbPlcHdr"/>
        </w:types>
        <w:behaviors>
          <w:behavior w:val="content"/>
        </w:behaviors>
        <w:guid w:val="{C4B4B779-C7D8-4DC4-A6F0-D5BA03B00340}"/>
      </w:docPartPr>
      <w:docPartBody>
        <w:p w:rsidR="007B4DC0" w:rsidRDefault="007261FD">
          <w:r w:rsidRPr="00CA195D">
            <w:rPr>
              <w:rStyle w:val="PlaceholderText"/>
            </w:rPr>
            <w:t>Click or tap here to enter text</w:t>
          </w:r>
        </w:p>
      </w:docPartBody>
    </w:docPart>
    <w:docPart>
      <w:docPartPr>
        <w:name w:val="47FC972DC6BE4A649E7C18423569C1DB"/>
        <w:category>
          <w:name w:val="General"/>
          <w:gallery w:val="placeholder"/>
        </w:category>
        <w:types>
          <w:type w:val="bbPlcHdr"/>
        </w:types>
        <w:behaviors>
          <w:behavior w:val="content"/>
        </w:behaviors>
        <w:guid w:val="{E501F91B-C061-429D-A1AF-7285E11B120A}"/>
      </w:docPartPr>
      <w:docPartBody>
        <w:p w:rsidR="007B4DC0" w:rsidRDefault="007261FD">
          <w:r w:rsidRPr="00CA195D">
            <w:rPr>
              <w:rStyle w:val="PlaceholderText"/>
            </w:rPr>
            <w:t>Click or tap here to enter text</w:t>
          </w:r>
        </w:p>
      </w:docPartBody>
    </w:docPart>
    <w:docPart>
      <w:docPartPr>
        <w:name w:val="70A59AAC14964A3D81908FC1D15D6916"/>
        <w:category>
          <w:name w:val="General"/>
          <w:gallery w:val="placeholder"/>
        </w:category>
        <w:types>
          <w:type w:val="bbPlcHdr"/>
        </w:types>
        <w:behaviors>
          <w:behavior w:val="content"/>
        </w:behaviors>
        <w:guid w:val="{E4FA7907-1579-42A3-9519-274DAC4A06C9}"/>
      </w:docPartPr>
      <w:docPartBody>
        <w:p w:rsidR="007B4DC0" w:rsidRDefault="007261FD">
          <w:r w:rsidRPr="00CA195D">
            <w:rPr>
              <w:rStyle w:val="PlaceholderText"/>
            </w:rPr>
            <w:t>Click or tap here to enter text</w:t>
          </w:r>
        </w:p>
      </w:docPartBody>
    </w:docPart>
    <w:docPart>
      <w:docPartPr>
        <w:name w:val="E62F652FB00C4CC49306572B74D736E3"/>
        <w:category>
          <w:name w:val="General"/>
          <w:gallery w:val="placeholder"/>
        </w:category>
        <w:types>
          <w:type w:val="bbPlcHdr"/>
        </w:types>
        <w:behaviors>
          <w:behavior w:val="content"/>
        </w:behaviors>
        <w:guid w:val="{54BE45CD-D6C9-4605-A77C-D6E00258F706}"/>
      </w:docPartPr>
      <w:docPartBody>
        <w:p w:rsidR="007B4DC0" w:rsidRDefault="007261FD">
          <w:r w:rsidRPr="00CA195D">
            <w:rPr>
              <w:rStyle w:val="PlaceholderText"/>
            </w:rPr>
            <w:t>Click or tap here to enter text</w:t>
          </w:r>
        </w:p>
      </w:docPartBody>
    </w:docPart>
    <w:docPart>
      <w:docPartPr>
        <w:name w:val="9267D3073D2849DEA6FE72AABF837ED5"/>
        <w:category>
          <w:name w:val="General"/>
          <w:gallery w:val="placeholder"/>
        </w:category>
        <w:types>
          <w:type w:val="bbPlcHdr"/>
        </w:types>
        <w:behaviors>
          <w:behavior w:val="content"/>
        </w:behaviors>
        <w:guid w:val="{E0A521A5-658E-4EBC-AAA3-ACB6F6E1C626}"/>
      </w:docPartPr>
      <w:docPartBody>
        <w:p w:rsidR="007B4DC0" w:rsidRDefault="007261FD">
          <w:r w:rsidRPr="00CA195D">
            <w:rPr>
              <w:rStyle w:val="PlaceholderText"/>
            </w:rPr>
            <w:t>Click or tap here to enter text</w:t>
          </w:r>
        </w:p>
      </w:docPartBody>
    </w:docPart>
    <w:docPart>
      <w:docPartPr>
        <w:name w:val="CF9C758FB6264D0C91AF14C1632AD79F"/>
        <w:category>
          <w:name w:val="General"/>
          <w:gallery w:val="placeholder"/>
        </w:category>
        <w:types>
          <w:type w:val="bbPlcHdr"/>
        </w:types>
        <w:behaviors>
          <w:behavior w:val="content"/>
        </w:behaviors>
        <w:guid w:val="{AB0B7503-C9DE-4674-9FF4-E87836EC548E}"/>
      </w:docPartPr>
      <w:docPartBody>
        <w:p w:rsidR="007B4DC0" w:rsidRDefault="007261FD">
          <w:r w:rsidRPr="00CA195D">
            <w:rPr>
              <w:rStyle w:val="PlaceholderText"/>
            </w:rPr>
            <w:t>Click or tap here to enter text</w:t>
          </w:r>
        </w:p>
      </w:docPartBody>
    </w:docPart>
    <w:docPart>
      <w:docPartPr>
        <w:name w:val="7D411090FE9546068D45C53861A3B930"/>
        <w:category>
          <w:name w:val="General"/>
          <w:gallery w:val="placeholder"/>
        </w:category>
        <w:types>
          <w:type w:val="bbPlcHdr"/>
        </w:types>
        <w:behaviors>
          <w:behavior w:val="content"/>
        </w:behaviors>
        <w:guid w:val="{24E1D717-B5B8-45FD-A8D8-BB6379B83979}"/>
      </w:docPartPr>
      <w:docPartBody>
        <w:p w:rsidR="007B4DC0" w:rsidRDefault="007261FD">
          <w:r w:rsidRPr="00CA195D">
            <w:rPr>
              <w:rStyle w:val="PlaceholderText"/>
            </w:rPr>
            <w:t>Click or tap here to enter text</w:t>
          </w:r>
        </w:p>
      </w:docPartBody>
    </w:docPart>
    <w:docPart>
      <w:docPartPr>
        <w:name w:val="787128BB833D423CB530DE414490EE59"/>
        <w:category>
          <w:name w:val="General"/>
          <w:gallery w:val="placeholder"/>
        </w:category>
        <w:types>
          <w:type w:val="bbPlcHdr"/>
        </w:types>
        <w:behaviors>
          <w:behavior w:val="content"/>
        </w:behaviors>
        <w:guid w:val="{17BE0F20-7D6B-4A7A-B026-67E7545633BB}"/>
      </w:docPartPr>
      <w:docPartBody>
        <w:p w:rsidR="007B4DC0" w:rsidRDefault="007261FD">
          <w:r w:rsidRPr="00CA195D">
            <w:rPr>
              <w:rStyle w:val="PlaceholderText"/>
            </w:rPr>
            <w:t>Click or tap here to enter text</w:t>
          </w:r>
        </w:p>
      </w:docPartBody>
    </w:docPart>
    <w:docPart>
      <w:docPartPr>
        <w:name w:val="3A35557CBB584EFB98A280E7E8945F86"/>
        <w:category>
          <w:name w:val="General"/>
          <w:gallery w:val="placeholder"/>
        </w:category>
        <w:types>
          <w:type w:val="bbPlcHdr"/>
        </w:types>
        <w:behaviors>
          <w:behavior w:val="content"/>
        </w:behaviors>
        <w:guid w:val="{8B3E8FFD-C0A6-4A3C-A062-2888C1639D13}"/>
      </w:docPartPr>
      <w:docPartBody>
        <w:p w:rsidR="007B4DC0" w:rsidRDefault="007261FD">
          <w:r w:rsidRPr="00CA195D">
            <w:rPr>
              <w:rStyle w:val="PlaceholderText"/>
            </w:rPr>
            <w:t>Click or tap here to enter text</w:t>
          </w:r>
        </w:p>
      </w:docPartBody>
    </w:docPart>
    <w:docPart>
      <w:docPartPr>
        <w:name w:val="6160805EEB234E8BA8A2A63495773EA4"/>
        <w:category>
          <w:name w:val="General"/>
          <w:gallery w:val="placeholder"/>
        </w:category>
        <w:types>
          <w:type w:val="bbPlcHdr"/>
        </w:types>
        <w:behaviors>
          <w:behavior w:val="content"/>
        </w:behaviors>
        <w:guid w:val="{0D5C1B5A-3AFB-4172-8E54-8BDF95AF20C0}"/>
      </w:docPartPr>
      <w:docPartBody>
        <w:p w:rsidR="007B4DC0" w:rsidRDefault="007261FD">
          <w:r w:rsidRPr="00CA195D">
            <w:rPr>
              <w:rStyle w:val="PlaceholderText"/>
            </w:rPr>
            <w:t>Click or tap here to enter text</w:t>
          </w:r>
        </w:p>
      </w:docPartBody>
    </w:docPart>
    <w:docPart>
      <w:docPartPr>
        <w:name w:val="3EDA6E105D9E4CE4ABBEFEA800E40F34"/>
        <w:category>
          <w:name w:val="General"/>
          <w:gallery w:val="placeholder"/>
        </w:category>
        <w:types>
          <w:type w:val="bbPlcHdr"/>
        </w:types>
        <w:behaviors>
          <w:behavior w:val="content"/>
        </w:behaviors>
        <w:guid w:val="{DB7CB658-B203-4501-BB0C-7FD29891AA50}"/>
      </w:docPartPr>
      <w:docPartBody>
        <w:p w:rsidR="007B4DC0" w:rsidRDefault="007261FD">
          <w:r w:rsidRPr="00CA195D">
            <w:rPr>
              <w:rStyle w:val="PlaceholderText"/>
            </w:rPr>
            <w:t>Click or tap here to enter text</w:t>
          </w:r>
        </w:p>
      </w:docPartBody>
    </w:docPart>
    <w:docPart>
      <w:docPartPr>
        <w:name w:val="232CFED989F24AF1A9203E98A4F55FD5"/>
        <w:category>
          <w:name w:val="General"/>
          <w:gallery w:val="placeholder"/>
        </w:category>
        <w:types>
          <w:type w:val="bbPlcHdr"/>
        </w:types>
        <w:behaviors>
          <w:behavior w:val="content"/>
        </w:behaviors>
        <w:guid w:val="{A2DDF411-F839-4B6F-A0A8-1BD987C0BAF4}"/>
      </w:docPartPr>
      <w:docPartBody>
        <w:p w:rsidR="007B4DC0" w:rsidRDefault="007261FD">
          <w:r w:rsidRPr="00CA195D">
            <w:rPr>
              <w:rStyle w:val="PlaceholderText"/>
            </w:rPr>
            <w:t>Click or tap here to enter text</w:t>
          </w:r>
        </w:p>
      </w:docPartBody>
    </w:docPart>
    <w:docPart>
      <w:docPartPr>
        <w:name w:val="04C6654B6E4C4433A95F6ED37222F14A"/>
        <w:category>
          <w:name w:val="General"/>
          <w:gallery w:val="placeholder"/>
        </w:category>
        <w:types>
          <w:type w:val="bbPlcHdr"/>
        </w:types>
        <w:behaviors>
          <w:behavior w:val="content"/>
        </w:behaviors>
        <w:guid w:val="{C2D141A1-6C10-4D75-B5DC-2A86DAE1BD19}"/>
      </w:docPartPr>
      <w:docPartBody>
        <w:p w:rsidR="007B4DC0" w:rsidRDefault="007261FD">
          <w:r w:rsidRPr="00CA195D">
            <w:rPr>
              <w:rStyle w:val="PlaceholderText"/>
            </w:rPr>
            <w:t>Click or tap here to enter text</w:t>
          </w:r>
        </w:p>
      </w:docPartBody>
    </w:docPart>
    <w:docPart>
      <w:docPartPr>
        <w:name w:val="A40F907EB6BF4A4A8F69840A9CC48C3A"/>
        <w:category>
          <w:name w:val="General"/>
          <w:gallery w:val="placeholder"/>
        </w:category>
        <w:types>
          <w:type w:val="bbPlcHdr"/>
        </w:types>
        <w:behaviors>
          <w:behavior w:val="content"/>
        </w:behaviors>
        <w:guid w:val="{1540ACE0-BFB0-42FB-B554-913730AF1CBD}"/>
      </w:docPartPr>
      <w:docPartBody>
        <w:p w:rsidR="007B4DC0" w:rsidRDefault="007261FD">
          <w:r w:rsidRPr="00CA195D">
            <w:rPr>
              <w:rStyle w:val="PlaceholderText"/>
            </w:rPr>
            <w:t>Click or tap here to enter text</w:t>
          </w:r>
        </w:p>
      </w:docPartBody>
    </w:docPart>
    <w:docPart>
      <w:docPartPr>
        <w:name w:val="19811F3FDC934B1CB5429D6A3AC6B9DE"/>
        <w:category>
          <w:name w:val="General"/>
          <w:gallery w:val="placeholder"/>
        </w:category>
        <w:types>
          <w:type w:val="bbPlcHdr"/>
        </w:types>
        <w:behaviors>
          <w:behavior w:val="content"/>
        </w:behaviors>
        <w:guid w:val="{2D667170-F5BB-4868-81DA-309C72793984}"/>
      </w:docPartPr>
      <w:docPartBody>
        <w:p w:rsidR="007B4DC0" w:rsidRDefault="007261FD">
          <w:r w:rsidRPr="00CA195D">
            <w:rPr>
              <w:rStyle w:val="PlaceholderText"/>
            </w:rPr>
            <w:t>Click or tap here to enter text</w:t>
          </w:r>
        </w:p>
      </w:docPartBody>
    </w:docPart>
    <w:docPart>
      <w:docPartPr>
        <w:name w:val="285D43E51EAA49FEAD58AF62B20C45D7"/>
        <w:category>
          <w:name w:val="General"/>
          <w:gallery w:val="placeholder"/>
        </w:category>
        <w:types>
          <w:type w:val="bbPlcHdr"/>
        </w:types>
        <w:behaviors>
          <w:behavior w:val="content"/>
        </w:behaviors>
        <w:guid w:val="{066272DE-AE49-4E35-891D-ECA2E6121771}"/>
      </w:docPartPr>
      <w:docPartBody>
        <w:p w:rsidR="007B4DC0" w:rsidRDefault="007261FD">
          <w:r w:rsidRPr="00CA195D">
            <w:rPr>
              <w:rStyle w:val="PlaceholderText"/>
            </w:rPr>
            <w:t>Click or tap here to enter text</w:t>
          </w:r>
        </w:p>
      </w:docPartBody>
    </w:docPart>
    <w:docPart>
      <w:docPartPr>
        <w:name w:val="EB1046F8D2B94647994BF36D81DB69C1"/>
        <w:category>
          <w:name w:val="General"/>
          <w:gallery w:val="placeholder"/>
        </w:category>
        <w:types>
          <w:type w:val="bbPlcHdr"/>
        </w:types>
        <w:behaviors>
          <w:behavior w:val="content"/>
        </w:behaviors>
        <w:guid w:val="{51F6CF00-3794-4878-B129-F9FD5D10A078}"/>
      </w:docPartPr>
      <w:docPartBody>
        <w:p w:rsidR="007B4DC0" w:rsidRDefault="007261FD">
          <w:r w:rsidRPr="00CA195D">
            <w:rPr>
              <w:rStyle w:val="PlaceholderText"/>
            </w:rPr>
            <w:t>Click or tap here to enter text</w:t>
          </w:r>
        </w:p>
      </w:docPartBody>
    </w:docPart>
    <w:docPart>
      <w:docPartPr>
        <w:name w:val="C5BADC429BF84C35BF2AA960A6C8143F"/>
        <w:category>
          <w:name w:val="General"/>
          <w:gallery w:val="placeholder"/>
        </w:category>
        <w:types>
          <w:type w:val="bbPlcHdr"/>
        </w:types>
        <w:behaviors>
          <w:behavior w:val="content"/>
        </w:behaviors>
        <w:guid w:val="{ECF62525-EFC1-4713-8CD0-D6157D493EA1}"/>
      </w:docPartPr>
      <w:docPartBody>
        <w:p w:rsidR="007B4DC0" w:rsidRDefault="007261FD">
          <w:r w:rsidRPr="00CA195D">
            <w:rPr>
              <w:rStyle w:val="PlaceholderText"/>
            </w:rPr>
            <w:t>Click or tap here to enter text</w:t>
          </w:r>
        </w:p>
      </w:docPartBody>
    </w:docPart>
    <w:docPart>
      <w:docPartPr>
        <w:name w:val="E17E4CDBFA294AC7B48C1139EAD935FE"/>
        <w:category>
          <w:name w:val="General"/>
          <w:gallery w:val="placeholder"/>
        </w:category>
        <w:types>
          <w:type w:val="bbPlcHdr"/>
        </w:types>
        <w:behaviors>
          <w:behavior w:val="content"/>
        </w:behaviors>
        <w:guid w:val="{23B70EE3-F338-468A-BF4A-CC73B5AC9B84}"/>
      </w:docPartPr>
      <w:docPartBody>
        <w:p w:rsidR="007B4DC0" w:rsidRDefault="007261FD">
          <w:r w:rsidRPr="00CA195D">
            <w:rPr>
              <w:rStyle w:val="PlaceholderText"/>
            </w:rPr>
            <w:t>Click or tap here to enter text</w:t>
          </w:r>
        </w:p>
      </w:docPartBody>
    </w:docPart>
    <w:docPart>
      <w:docPartPr>
        <w:name w:val="47F8C94A63424243905D2494804B556F"/>
        <w:category>
          <w:name w:val="General"/>
          <w:gallery w:val="placeholder"/>
        </w:category>
        <w:types>
          <w:type w:val="bbPlcHdr"/>
        </w:types>
        <w:behaviors>
          <w:behavior w:val="content"/>
        </w:behaviors>
        <w:guid w:val="{9FD75522-F57E-448B-BC6A-0C40CF7401CA}"/>
      </w:docPartPr>
      <w:docPartBody>
        <w:p w:rsidR="007B4DC0" w:rsidRDefault="007261FD">
          <w:r w:rsidRPr="00CA195D">
            <w:rPr>
              <w:rStyle w:val="PlaceholderText"/>
            </w:rPr>
            <w:t>Click or tap here to enter text</w:t>
          </w:r>
        </w:p>
      </w:docPartBody>
    </w:docPart>
    <w:docPart>
      <w:docPartPr>
        <w:name w:val="4D615A95CA7446F38EC0E12099596F48"/>
        <w:category>
          <w:name w:val="General"/>
          <w:gallery w:val="placeholder"/>
        </w:category>
        <w:types>
          <w:type w:val="bbPlcHdr"/>
        </w:types>
        <w:behaviors>
          <w:behavior w:val="content"/>
        </w:behaviors>
        <w:guid w:val="{B3910998-352B-4E3D-9F79-CF4B09999162}"/>
      </w:docPartPr>
      <w:docPartBody>
        <w:p w:rsidR="007B4DC0" w:rsidRDefault="007261FD">
          <w:r w:rsidRPr="00CA195D">
            <w:rPr>
              <w:rStyle w:val="PlaceholderText"/>
            </w:rPr>
            <w:t>Click or tap here to enter text</w:t>
          </w:r>
        </w:p>
      </w:docPartBody>
    </w:docPart>
    <w:docPart>
      <w:docPartPr>
        <w:name w:val="8C1A56DBF6A04ABC8843332BA21F394E"/>
        <w:category>
          <w:name w:val="General"/>
          <w:gallery w:val="placeholder"/>
        </w:category>
        <w:types>
          <w:type w:val="bbPlcHdr"/>
        </w:types>
        <w:behaviors>
          <w:behavior w:val="content"/>
        </w:behaviors>
        <w:guid w:val="{4031786B-6380-4EFC-81FC-BBEED32CB576}"/>
      </w:docPartPr>
      <w:docPartBody>
        <w:p w:rsidR="007B4DC0" w:rsidRDefault="007261FD">
          <w:r w:rsidRPr="00CA195D">
            <w:rPr>
              <w:rStyle w:val="PlaceholderText"/>
            </w:rPr>
            <w:t>Click or tap here to enter text</w:t>
          </w:r>
        </w:p>
      </w:docPartBody>
    </w:docPart>
    <w:docPart>
      <w:docPartPr>
        <w:name w:val="E4E77218FB844FEA8AE831BD9CD3CE5D"/>
        <w:category>
          <w:name w:val="General"/>
          <w:gallery w:val="placeholder"/>
        </w:category>
        <w:types>
          <w:type w:val="bbPlcHdr"/>
        </w:types>
        <w:behaviors>
          <w:behavior w:val="content"/>
        </w:behaviors>
        <w:guid w:val="{E0227996-CBAD-43EA-B884-E33E6F35554F}"/>
      </w:docPartPr>
      <w:docPartBody>
        <w:p w:rsidR="007B4DC0" w:rsidRDefault="007261FD">
          <w:r w:rsidRPr="00CA195D">
            <w:rPr>
              <w:rStyle w:val="PlaceholderText"/>
            </w:rPr>
            <w:t>Click or tap here to enter text</w:t>
          </w:r>
        </w:p>
      </w:docPartBody>
    </w:docPart>
    <w:docPart>
      <w:docPartPr>
        <w:name w:val="C7073930EBA94F90BF66C04E2F8579C2"/>
        <w:category>
          <w:name w:val="General"/>
          <w:gallery w:val="placeholder"/>
        </w:category>
        <w:types>
          <w:type w:val="bbPlcHdr"/>
        </w:types>
        <w:behaviors>
          <w:behavior w:val="content"/>
        </w:behaviors>
        <w:guid w:val="{1473CDFE-FF11-41EB-AEB9-4D3C67E63077}"/>
      </w:docPartPr>
      <w:docPartBody>
        <w:p w:rsidR="007B4DC0" w:rsidRDefault="007261FD">
          <w:r w:rsidRPr="00CA195D">
            <w:rPr>
              <w:rStyle w:val="PlaceholderText"/>
            </w:rPr>
            <w:t>Click or tap here to enter your response</w:t>
          </w:r>
        </w:p>
      </w:docPartBody>
    </w:docPart>
    <w:docPart>
      <w:docPartPr>
        <w:name w:val="DC5B7E1F495B422C9FFD43867BAAD506"/>
        <w:category>
          <w:name w:val="General"/>
          <w:gallery w:val="placeholder"/>
        </w:category>
        <w:types>
          <w:type w:val="bbPlcHdr"/>
        </w:types>
        <w:behaviors>
          <w:behavior w:val="content"/>
        </w:behaviors>
        <w:guid w:val="{C2C52842-7BCA-4588-A8A2-348C33034AAF}"/>
      </w:docPartPr>
      <w:docPartBody>
        <w:p w:rsidR="007B4DC0" w:rsidRDefault="007261FD">
          <w:r w:rsidRPr="00CA195D">
            <w:rPr>
              <w:rStyle w:val="PlaceholderText"/>
            </w:rPr>
            <w:t>Click or tap here to enter text</w:t>
          </w:r>
        </w:p>
      </w:docPartBody>
    </w:docPart>
    <w:docPart>
      <w:docPartPr>
        <w:name w:val="8133DC8C86AA468BB46256ED684F0BF0"/>
        <w:category>
          <w:name w:val="General"/>
          <w:gallery w:val="placeholder"/>
        </w:category>
        <w:types>
          <w:type w:val="bbPlcHdr"/>
        </w:types>
        <w:behaviors>
          <w:behavior w:val="content"/>
        </w:behaviors>
        <w:guid w:val="{CA3CC881-75DE-4C12-9229-4A0798A1D808}"/>
      </w:docPartPr>
      <w:docPartBody>
        <w:p w:rsidR="007B4DC0" w:rsidRDefault="007261FD">
          <w:r w:rsidRPr="00CA195D">
            <w:rPr>
              <w:rStyle w:val="PlaceholderText"/>
            </w:rPr>
            <w:t>Click or tap here to enter text</w:t>
          </w:r>
        </w:p>
      </w:docPartBody>
    </w:docPart>
    <w:docPart>
      <w:docPartPr>
        <w:name w:val="F298296BC0214F98A05E1BABBCED9C43"/>
        <w:category>
          <w:name w:val="General"/>
          <w:gallery w:val="placeholder"/>
        </w:category>
        <w:types>
          <w:type w:val="bbPlcHdr"/>
        </w:types>
        <w:behaviors>
          <w:behavior w:val="content"/>
        </w:behaviors>
        <w:guid w:val="{62A4D65A-01C7-4BBC-B388-B11049CCA664}"/>
      </w:docPartPr>
      <w:docPartBody>
        <w:p w:rsidR="007B4DC0" w:rsidRDefault="007261FD">
          <w:r w:rsidRPr="00CA195D">
            <w:rPr>
              <w:rStyle w:val="PlaceholderText"/>
            </w:rPr>
            <w:t>Click or tap here to enter text</w:t>
          </w:r>
        </w:p>
      </w:docPartBody>
    </w:docPart>
    <w:docPart>
      <w:docPartPr>
        <w:name w:val="1B0FCE02408A4F75B70E089E23E56BA4"/>
        <w:category>
          <w:name w:val="General"/>
          <w:gallery w:val="placeholder"/>
        </w:category>
        <w:types>
          <w:type w:val="bbPlcHdr"/>
        </w:types>
        <w:behaviors>
          <w:behavior w:val="content"/>
        </w:behaviors>
        <w:guid w:val="{BF04904E-AD4A-4B89-9559-247A23601F9C}"/>
      </w:docPartPr>
      <w:docPartBody>
        <w:p w:rsidR="007B4DC0" w:rsidRDefault="007261FD">
          <w:r w:rsidRPr="00CA195D">
            <w:rPr>
              <w:rStyle w:val="PlaceholderText"/>
            </w:rPr>
            <w:t>Click or tap here to enter text</w:t>
          </w:r>
        </w:p>
      </w:docPartBody>
    </w:docPart>
    <w:docPart>
      <w:docPartPr>
        <w:name w:val="2C3F9E82D1E44D64A85304B919116C5D"/>
        <w:category>
          <w:name w:val="General"/>
          <w:gallery w:val="placeholder"/>
        </w:category>
        <w:types>
          <w:type w:val="bbPlcHdr"/>
        </w:types>
        <w:behaviors>
          <w:behavior w:val="content"/>
        </w:behaviors>
        <w:guid w:val="{A261FF52-4756-4A7E-A9CA-6A220AB57FA6}"/>
      </w:docPartPr>
      <w:docPartBody>
        <w:p w:rsidR="007B4DC0" w:rsidRDefault="007261FD">
          <w:r w:rsidRPr="00CA195D">
            <w:rPr>
              <w:rStyle w:val="PlaceholderText"/>
            </w:rPr>
            <w:t>Click or tap here to enter text</w:t>
          </w:r>
        </w:p>
      </w:docPartBody>
    </w:docPart>
    <w:docPart>
      <w:docPartPr>
        <w:name w:val="185939E37DEC406EBE4E78AC46564246"/>
        <w:category>
          <w:name w:val="General"/>
          <w:gallery w:val="placeholder"/>
        </w:category>
        <w:types>
          <w:type w:val="bbPlcHdr"/>
        </w:types>
        <w:behaviors>
          <w:behavior w:val="content"/>
        </w:behaviors>
        <w:guid w:val="{3207A9CF-FEB2-4593-A839-41114BAA4D98}"/>
      </w:docPartPr>
      <w:docPartBody>
        <w:p w:rsidR="007B4DC0" w:rsidRDefault="007261FD">
          <w:r w:rsidRPr="00CA195D">
            <w:rPr>
              <w:rStyle w:val="PlaceholderText"/>
            </w:rPr>
            <w:t>Click or tap here to enter text</w:t>
          </w:r>
        </w:p>
      </w:docPartBody>
    </w:docPart>
    <w:docPart>
      <w:docPartPr>
        <w:name w:val="1DEDCBF243124FEEBF9A7CD478979347"/>
        <w:category>
          <w:name w:val="General"/>
          <w:gallery w:val="placeholder"/>
        </w:category>
        <w:types>
          <w:type w:val="bbPlcHdr"/>
        </w:types>
        <w:behaviors>
          <w:behavior w:val="content"/>
        </w:behaviors>
        <w:guid w:val="{0C507BB7-C7C1-4733-8E0C-14217F60FDBC}"/>
      </w:docPartPr>
      <w:docPartBody>
        <w:p w:rsidR="007B4DC0" w:rsidRDefault="007261FD">
          <w:r w:rsidRPr="00CA195D">
            <w:rPr>
              <w:rStyle w:val="PlaceholderText"/>
            </w:rPr>
            <w:t>Click or tap here to enter text</w:t>
          </w:r>
        </w:p>
      </w:docPartBody>
    </w:docPart>
    <w:docPart>
      <w:docPartPr>
        <w:name w:val="F1F319EFDCA6444281D15F2F54FAC5A6"/>
        <w:category>
          <w:name w:val="General"/>
          <w:gallery w:val="placeholder"/>
        </w:category>
        <w:types>
          <w:type w:val="bbPlcHdr"/>
        </w:types>
        <w:behaviors>
          <w:behavior w:val="content"/>
        </w:behaviors>
        <w:guid w:val="{EBE89F30-98F2-4181-9528-63A1F71A021E}"/>
      </w:docPartPr>
      <w:docPartBody>
        <w:p w:rsidR="007B4DC0" w:rsidRDefault="007261FD">
          <w:r w:rsidRPr="00CA195D">
            <w:rPr>
              <w:rStyle w:val="PlaceholderText"/>
            </w:rPr>
            <w:t>Click or tap here to enter text</w:t>
          </w:r>
        </w:p>
      </w:docPartBody>
    </w:docPart>
    <w:docPart>
      <w:docPartPr>
        <w:name w:val="E466E5CE980E45E9BEA8BE412B140A5A"/>
        <w:category>
          <w:name w:val="General"/>
          <w:gallery w:val="placeholder"/>
        </w:category>
        <w:types>
          <w:type w:val="bbPlcHdr"/>
        </w:types>
        <w:behaviors>
          <w:behavior w:val="content"/>
        </w:behaviors>
        <w:guid w:val="{0A8A410B-A59B-4708-B80F-403BF3A04E26}"/>
      </w:docPartPr>
      <w:docPartBody>
        <w:p w:rsidR="007B4DC0" w:rsidRDefault="007261FD">
          <w:r w:rsidRPr="00CA195D">
            <w:rPr>
              <w:rStyle w:val="PlaceholderText"/>
            </w:rPr>
            <w:t>Click or tap here to enter text</w:t>
          </w:r>
        </w:p>
      </w:docPartBody>
    </w:docPart>
    <w:docPart>
      <w:docPartPr>
        <w:name w:val="664233D35E49469D969D84F299491F21"/>
        <w:category>
          <w:name w:val="General"/>
          <w:gallery w:val="placeholder"/>
        </w:category>
        <w:types>
          <w:type w:val="bbPlcHdr"/>
        </w:types>
        <w:behaviors>
          <w:behavior w:val="content"/>
        </w:behaviors>
        <w:guid w:val="{D51CFA89-C7BE-4F81-9915-E1691431E865}"/>
      </w:docPartPr>
      <w:docPartBody>
        <w:p w:rsidR="007B4DC0" w:rsidRDefault="007261FD">
          <w:r w:rsidRPr="00CA195D">
            <w:rPr>
              <w:rStyle w:val="PlaceholderText"/>
            </w:rPr>
            <w:t>Click or tap here to enter text</w:t>
          </w:r>
        </w:p>
      </w:docPartBody>
    </w:docPart>
    <w:docPart>
      <w:docPartPr>
        <w:name w:val="43C98D0D8D6745F4BE3DC87FE23C0C5A"/>
        <w:category>
          <w:name w:val="General"/>
          <w:gallery w:val="placeholder"/>
        </w:category>
        <w:types>
          <w:type w:val="bbPlcHdr"/>
        </w:types>
        <w:behaviors>
          <w:behavior w:val="content"/>
        </w:behaviors>
        <w:guid w:val="{DE2EBD01-0865-41C3-B7AC-1E44AA4B6B4B}"/>
      </w:docPartPr>
      <w:docPartBody>
        <w:p w:rsidR="007B4DC0" w:rsidRDefault="007261FD">
          <w:r w:rsidRPr="00CA195D">
            <w:rPr>
              <w:rStyle w:val="PlaceholderText"/>
            </w:rPr>
            <w:t>Click or tap here to enter text</w:t>
          </w:r>
        </w:p>
      </w:docPartBody>
    </w:docPart>
    <w:docPart>
      <w:docPartPr>
        <w:name w:val="76E319A1FB564FFFB3AC488D04914246"/>
        <w:category>
          <w:name w:val="General"/>
          <w:gallery w:val="placeholder"/>
        </w:category>
        <w:types>
          <w:type w:val="bbPlcHdr"/>
        </w:types>
        <w:behaviors>
          <w:behavior w:val="content"/>
        </w:behaviors>
        <w:guid w:val="{AE71C0F4-2873-433E-8EBA-7BA1DAFB6CEF}"/>
      </w:docPartPr>
      <w:docPartBody>
        <w:p w:rsidR="007B4DC0" w:rsidRDefault="007261FD">
          <w:r w:rsidRPr="00CA195D">
            <w:rPr>
              <w:rStyle w:val="PlaceholderText"/>
            </w:rPr>
            <w:t>Click or tap here to enter text</w:t>
          </w:r>
        </w:p>
      </w:docPartBody>
    </w:docPart>
    <w:docPart>
      <w:docPartPr>
        <w:name w:val="96249F31D9E943DB85B1BAC76E5F5481"/>
        <w:category>
          <w:name w:val="General"/>
          <w:gallery w:val="placeholder"/>
        </w:category>
        <w:types>
          <w:type w:val="bbPlcHdr"/>
        </w:types>
        <w:behaviors>
          <w:behavior w:val="content"/>
        </w:behaviors>
        <w:guid w:val="{0312475D-7022-410B-8C2B-4FA8F91B9629}"/>
      </w:docPartPr>
      <w:docPartBody>
        <w:p w:rsidR="007B4DC0" w:rsidRDefault="007261FD">
          <w:r w:rsidRPr="00CA195D">
            <w:rPr>
              <w:rStyle w:val="PlaceholderText"/>
            </w:rPr>
            <w:t>Click or tap here to enter text</w:t>
          </w:r>
        </w:p>
      </w:docPartBody>
    </w:docPart>
    <w:docPart>
      <w:docPartPr>
        <w:name w:val="F01E2BDF05CE4F6388919A999A4B8595"/>
        <w:category>
          <w:name w:val="General"/>
          <w:gallery w:val="placeholder"/>
        </w:category>
        <w:types>
          <w:type w:val="bbPlcHdr"/>
        </w:types>
        <w:behaviors>
          <w:behavior w:val="content"/>
        </w:behaviors>
        <w:guid w:val="{BE959C19-4E80-4F82-9215-05F57356031B}"/>
      </w:docPartPr>
      <w:docPartBody>
        <w:p w:rsidR="007B4DC0" w:rsidRDefault="007261FD">
          <w:r w:rsidRPr="00CA195D">
            <w:rPr>
              <w:rStyle w:val="PlaceholderText"/>
            </w:rPr>
            <w:t>Click or tap here to enter text</w:t>
          </w:r>
        </w:p>
      </w:docPartBody>
    </w:docPart>
    <w:docPart>
      <w:docPartPr>
        <w:name w:val="324283914B08467487024B86919C26AA"/>
        <w:category>
          <w:name w:val="General"/>
          <w:gallery w:val="placeholder"/>
        </w:category>
        <w:types>
          <w:type w:val="bbPlcHdr"/>
        </w:types>
        <w:behaviors>
          <w:behavior w:val="content"/>
        </w:behaviors>
        <w:guid w:val="{446CD341-1124-482E-B214-0F098A78670C}"/>
      </w:docPartPr>
      <w:docPartBody>
        <w:p w:rsidR="007B4DC0" w:rsidRDefault="007261FD">
          <w:r w:rsidRPr="00CA195D">
            <w:rPr>
              <w:rStyle w:val="PlaceholderText"/>
            </w:rPr>
            <w:t>Click or tap here to enter text</w:t>
          </w:r>
        </w:p>
      </w:docPartBody>
    </w:docPart>
    <w:docPart>
      <w:docPartPr>
        <w:name w:val="F7752786C4C445CFADC639B70237B295"/>
        <w:category>
          <w:name w:val="General"/>
          <w:gallery w:val="placeholder"/>
        </w:category>
        <w:types>
          <w:type w:val="bbPlcHdr"/>
        </w:types>
        <w:behaviors>
          <w:behavior w:val="content"/>
        </w:behaviors>
        <w:guid w:val="{631EBA57-1D20-456C-A68A-F4D68F290600}"/>
      </w:docPartPr>
      <w:docPartBody>
        <w:p w:rsidR="007B4DC0" w:rsidRDefault="007261FD">
          <w:r w:rsidRPr="00CA195D">
            <w:rPr>
              <w:rStyle w:val="PlaceholderText"/>
            </w:rPr>
            <w:t>Click or tap here to enter text</w:t>
          </w:r>
        </w:p>
      </w:docPartBody>
    </w:docPart>
    <w:docPart>
      <w:docPartPr>
        <w:name w:val="8229EF2B0BB740899D60731EAF076314"/>
        <w:category>
          <w:name w:val="General"/>
          <w:gallery w:val="placeholder"/>
        </w:category>
        <w:types>
          <w:type w:val="bbPlcHdr"/>
        </w:types>
        <w:behaviors>
          <w:behavior w:val="content"/>
        </w:behaviors>
        <w:guid w:val="{1693BFB1-F0CC-437C-BB9A-B3198426FADE}"/>
      </w:docPartPr>
      <w:docPartBody>
        <w:p w:rsidR="007B4DC0" w:rsidRDefault="007261FD">
          <w:r w:rsidRPr="00CA195D">
            <w:rPr>
              <w:rStyle w:val="PlaceholderText"/>
            </w:rPr>
            <w:t>Click or tap here to enter text</w:t>
          </w:r>
        </w:p>
      </w:docPartBody>
    </w:docPart>
    <w:docPart>
      <w:docPartPr>
        <w:name w:val="64B8488DC6CD4CA2ACC39C589F8506BD"/>
        <w:category>
          <w:name w:val="General"/>
          <w:gallery w:val="placeholder"/>
        </w:category>
        <w:types>
          <w:type w:val="bbPlcHdr"/>
        </w:types>
        <w:behaviors>
          <w:behavior w:val="content"/>
        </w:behaviors>
        <w:guid w:val="{87AEDC06-6AB3-4BE8-8FA6-79B871A21D74}"/>
      </w:docPartPr>
      <w:docPartBody>
        <w:p w:rsidR="007B4DC0" w:rsidRDefault="007261FD">
          <w:r w:rsidRPr="00CA195D">
            <w:rPr>
              <w:rStyle w:val="PlaceholderText"/>
            </w:rPr>
            <w:t>Click or tap here to enter text</w:t>
          </w:r>
        </w:p>
      </w:docPartBody>
    </w:docPart>
    <w:docPart>
      <w:docPartPr>
        <w:name w:val="4430AF836B2044EC89AD1BA62937A274"/>
        <w:category>
          <w:name w:val="General"/>
          <w:gallery w:val="placeholder"/>
        </w:category>
        <w:types>
          <w:type w:val="bbPlcHdr"/>
        </w:types>
        <w:behaviors>
          <w:behavior w:val="content"/>
        </w:behaviors>
        <w:guid w:val="{3488DA89-32BE-468B-A0A0-56C1B197D3C2}"/>
      </w:docPartPr>
      <w:docPartBody>
        <w:p w:rsidR="007B4DC0" w:rsidRDefault="007261FD">
          <w:r w:rsidRPr="00CA195D">
            <w:rPr>
              <w:rStyle w:val="PlaceholderText"/>
            </w:rPr>
            <w:t>Click or tap here to enter text</w:t>
          </w:r>
        </w:p>
      </w:docPartBody>
    </w:docPart>
    <w:docPart>
      <w:docPartPr>
        <w:name w:val="4A3A08BB5D7C4F8D96029FD788440EF6"/>
        <w:category>
          <w:name w:val="General"/>
          <w:gallery w:val="placeholder"/>
        </w:category>
        <w:types>
          <w:type w:val="bbPlcHdr"/>
        </w:types>
        <w:behaviors>
          <w:behavior w:val="content"/>
        </w:behaviors>
        <w:guid w:val="{47D40822-907A-4D41-8E60-FCAC68592377}"/>
      </w:docPartPr>
      <w:docPartBody>
        <w:p w:rsidR="007B4DC0" w:rsidRDefault="007261FD">
          <w:r w:rsidRPr="00CA195D">
            <w:rPr>
              <w:rStyle w:val="PlaceholderText"/>
            </w:rPr>
            <w:t>Click or tap here to enter text</w:t>
          </w:r>
        </w:p>
      </w:docPartBody>
    </w:docPart>
    <w:docPart>
      <w:docPartPr>
        <w:name w:val="F4B60C16B3F94E7E8F25905DE0D77DE6"/>
        <w:category>
          <w:name w:val="General"/>
          <w:gallery w:val="placeholder"/>
        </w:category>
        <w:types>
          <w:type w:val="bbPlcHdr"/>
        </w:types>
        <w:behaviors>
          <w:behavior w:val="content"/>
        </w:behaviors>
        <w:guid w:val="{E8864F7F-B79F-4793-9B77-0B7B3E5ADA1E}"/>
      </w:docPartPr>
      <w:docPartBody>
        <w:p w:rsidR="007B4DC0" w:rsidRDefault="007261FD">
          <w:r w:rsidRPr="00CA195D">
            <w:rPr>
              <w:rStyle w:val="PlaceholderText"/>
            </w:rPr>
            <w:t>Click or tap here to enter text</w:t>
          </w:r>
        </w:p>
      </w:docPartBody>
    </w:docPart>
    <w:docPart>
      <w:docPartPr>
        <w:name w:val="49F91D72310A4DA1B77BB0A6F4FCEA20"/>
        <w:category>
          <w:name w:val="General"/>
          <w:gallery w:val="placeholder"/>
        </w:category>
        <w:types>
          <w:type w:val="bbPlcHdr"/>
        </w:types>
        <w:behaviors>
          <w:behavior w:val="content"/>
        </w:behaviors>
        <w:guid w:val="{67A01FD0-C61E-494C-9290-B62E589FB1AC}"/>
      </w:docPartPr>
      <w:docPartBody>
        <w:p w:rsidR="007B4DC0" w:rsidRDefault="007261FD">
          <w:r w:rsidRPr="00CA195D">
            <w:rPr>
              <w:rStyle w:val="PlaceholderText"/>
            </w:rPr>
            <w:t>Click or tap here to enter text</w:t>
          </w:r>
        </w:p>
      </w:docPartBody>
    </w:docPart>
    <w:docPart>
      <w:docPartPr>
        <w:name w:val="3E8A697BCD0F4EEF8F9014893AC9D6D7"/>
        <w:category>
          <w:name w:val="General"/>
          <w:gallery w:val="placeholder"/>
        </w:category>
        <w:types>
          <w:type w:val="bbPlcHdr"/>
        </w:types>
        <w:behaviors>
          <w:behavior w:val="content"/>
        </w:behaviors>
        <w:guid w:val="{659EA9E7-3DAF-4F9D-99F5-FC117EF97394}"/>
      </w:docPartPr>
      <w:docPartBody>
        <w:p w:rsidR="007B4DC0" w:rsidRDefault="007261FD">
          <w:r w:rsidRPr="00CA195D">
            <w:rPr>
              <w:rStyle w:val="PlaceholderText"/>
            </w:rPr>
            <w:t>Click or tap here to enter text</w:t>
          </w:r>
        </w:p>
      </w:docPartBody>
    </w:docPart>
    <w:docPart>
      <w:docPartPr>
        <w:name w:val="97076B2BB6444849BB76EB85AC100E24"/>
        <w:category>
          <w:name w:val="General"/>
          <w:gallery w:val="placeholder"/>
        </w:category>
        <w:types>
          <w:type w:val="bbPlcHdr"/>
        </w:types>
        <w:behaviors>
          <w:behavior w:val="content"/>
        </w:behaviors>
        <w:guid w:val="{8E479033-01C4-4F09-B9A8-C5649B2D1327}"/>
      </w:docPartPr>
      <w:docPartBody>
        <w:p w:rsidR="007B4DC0" w:rsidRDefault="007261FD">
          <w:r w:rsidRPr="00CA195D">
            <w:rPr>
              <w:rStyle w:val="PlaceholderText"/>
            </w:rPr>
            <w:t>Click or tap here to enter text</w:t>
          </w:r>
        </w:p>
      </w:docPartBody>
    </w:docPart>
    <w:docPart>
      <w:docPartPr>
        <w:name w:val="1447EB14E8C3498DAA89E384296CB54C"/>
        <w:category>
          <w:name w:val="General"/>
          <w:gallery w:val="placeholder"/>
        </w:category>
        <w:types>
          <w:type w:val="bbPlcHdr"/>
        </w:types>
        <w:behaviors>
          <w:behavior w:val="content"/>
        </w:behaviors>
        <w:guid w:val="{B26480CF-A0F6-4016-B945-6D6690005A57}"/>
      </w:docPartPr>
      <w:docPartBody>
        <w:p w:rsidR="007B4DC0" w:rsidRDefault="007261FD">
          <w:r w:rsidRPr="00CA195D">
            <w:rPr>
              <w:rStyle w:val="PlaceholderText"/>
            </w:rPr>
            <w:t>Click or tap here to enter text</w:t>
          </w:r>
        </w:p>
      </w:docPartBody>
    </w:docPart>
    <w:docPart>
      <w:docPartPr>
        <w:name w:val="E21DF7140F604E9199DE38D90056D9B8"/>
        <w:category>
          <w:name w:val="General"/>
          <w:gallery w:val="placeholder"/>
        </w:category>
        <w:types>
          <w:type w:val="bbPlcHdr"/>
        </w:types>
        <w:behaviors>
          <w:behavior w:val="content"/>
        </w:behaviors>
        <w:guid w:val="{2DA41D17-8F78-43CF-8DEF-371048207D4D}"/>
      </w:docPartPr>
      <w:docPartBody>
        <w:p w:rsidR="007B4DC0" w:rsidRDefault="007261FD">
          <w:r w:rsidRPr="00CA195D">
            <w:rPr>
              <w:rStyle w:val="PlaceholderText"/>
            </w:rPr>
            <w:t>Click or tap here to enter text</w:t>
          </w:r>
        </w:p>
      </w:docPartBody>
    </w:docPart>
    <w:docPart>
      <w:docPartPr>
        <w:name w:val="294C3FCB05E94FB0B551CBFECB91394A"/>
        <w:category>
          <w:name w:val="General"/>
          <w:gallery w:val="placeholder"/>
        </w:category>
        <w:types>
          <w:type w:val="bbPlcHdr"/>
        </w:types>
        <w:behaviors>
          <w:behavior w:val="content"/>
        </w:behaviors>
        <w:guid w:val="{9FEEBD1A-58FF-404E-B55D-961A50434B08}"/>
      </w:docPartPr>
      <w:docPartBody>
        <w:p w:rsidR="007B4DC0" w:rsidRDefault="007261FD">
          <w:r w:rsidRPr="00CA195D">
            <w:rPr>
              <w:rStyle w:val="PlaceholderText"/>
            </w:rPr>
            <w:t>Click or tap here to enter text</w:t>
          </w:r>
        </w:p>
      </w:docPartBody>
    </w:docPart>
    <w:docPart>
      <w:docPartPr>
        <w:name w:val="FBC0E8CEB76A4AA78FA0F4EF9C699855"/>
        <w:category>
          <w:name w:val="General"/>
          <w:gallery w:val="placeholder"/>
        </w:category>
        <w:types>
          <w:type w:val="bbPlcHdr"/>
        </w:types>
        <w:behaviors>
          <w:behavior w:val="content"/>
        </w:behaviors>
        <w:guid w:val="{ECF0AF25-EF3D-4711-8B2F-A39F1B71F8EF}"/>
      </w:docPartPr>
      <w:docPartBody>
        <w:p w:rsidR="007B4DC0" w:rsidRDefault="007261FD">
          <w:r w:rsidRPr="00CA195D">
            <w:rPr>
              <w:rStyle w:val="PlaceholderText"/>
            </w:rPr>
            <w:t>Click or tap here to enter text</w:t>
          </w:r>
        </w:p>
      </w:docPartBody>
    </w:docPart>
    <w:docPart>
      <w:docPartPr>
        <w:name w:val="A7FE01997A724A4FA1B4CB7774B7FD02"/>
        <w:category>
          <w:name w:val="General"/>
          <w:gallery w:val="placeholder"/>
        </w:category>
        <w:types>
          <w:type w:val="bbPlcHdr"/>
        </w:types>
        <w:behaviors>
          <w:behavior w:val="content"/>
        </w:behaviors>
        <w:guid w:val="{D4A5FCEF-951D-401E-B574-FBC2D2207B89}"/>
      </w:docPartPr>
      <w:docPartBody>
        <w:p w:rsidR="007B4DC0" w:rsidRDefault="007261FD">
          <w:r w:rsidRPr="00CA195D">
            <w:rPr>
              <w:rStyle w:val="PlaceholderText"/>
            </w:rPr>
            <w:t>Click or tap here to enter text</w:t>
          </w:r>
        </w:p>
      </w:docPartBody>
    </w:docPart>
    <w:docPart>
      <w:docPartPr>
        <w:name w:val="EB7779468C5848BD87EEE2DFFBB0EC57"/>
        <w:category>
          <w:name w:val="General"/>
          <w:gallery w:val="placeholder"/>
        </w:category>
        <w:types>
          <w:type w:val="bbPlcHdr"/>
        </w:types>
        <w:behaviors>
          <w:behavior w:val="content"/>
        </w:behaviors>
        <w:guid w:val="{C578D3A0-35E1-46CD-B994-C491CAFF0E32}"/>
      </w:docPartPr>
      <w:docPartBody>
        <w:p w:rsidR="007B4DC0" w:rsidRDefault="007261FD">
          <w:r w:rsidRPr="00CA195D">
            <w:rPr>
              <w:rStyle w:val="PlaceholderText"/>
            </w:rPr>
            <w:t>Click or tap here to enter text</w:t>
          </w:r>
        </w:p>
      </w:docPartBody>
    </w:docPart>
    <w:docPart>
      <w:docPartPr>
        <w:name w:val="B633BCA13AE44DF1848F77E1EF193275"/>
        <w:category>
          <w:name w:val="General"/>
          <w:gallery w:val="placeholder"/>
        </w:category>
        <w:types>
          <w:type w:val="bbPlcHdr"/>
        </w:types>
        <w:behaviors>
          <w:behavior w:val="content"/>
        </w:behaviors>
        <w:guid w:val="{AB0037A0-BF1F-4026-AFDB-C79BAE41F8F1}"/>
      </w:docPartPr>
      <w:docPartBody>
        <w:p w:rsidR="007B4DC0" w:rsidRDefault="007261FD">
          <w:r w:rsidRPr="00CA195D">
            <w:rPr>
              <w:rStyle w:val="PlaceholderText"/>
            </w:rPr>
            <w:t>Click or tap here to enter text</w:t>
          </w:r>
        </w:p>
      </w:docPartBody>
    </w:docPart>
    <w:docPart>
      <w:docPartPr>
        <w:name w:val="B85251932A4C44BBAB3674D0AE22C8BF"/>
        <w:category>
          <w:name w:val="General"/>
          <w:gallery w:val="placeholder"/>
        </w:category>
        <w:types>
          <w:type w:val="bbPlcHdr"/>
        </w:types>
        <w:behaviors>
          <w:behavior w:val="content"/>
        </w:behaviors>
        <w:guid w:val="{76BDD9B2-A1E9-4BC7-AF05-DFE0E0B07944}"/>
      </w:docPartPr>
      <w:docPartBody>
        <w:p w:rsidR="007B4DC0" w:rsidRDefault="007261FD">
          <w:r w:rsidRPr="00CA195D">
            <w:rPr>
              <w:rStyle w:val="PlaceholderText"/>
            </w:rPr>
            <w:t>Click or tap here to enter text</w:t>
          </w:r>
        </w:p>
      </w:docPartBody>
    </w:docPart>
    <w:docPart>
      <w:docPartPr>
        <w:name w:val="F942584A2B794A3A890103BD3F652AF0"/>
        <w:category>
          <w:name w:val="General"/>
          <w:gallery w:val="placeholder"/>
        </w:category>
        <w:types>
          <w:type w:val="bbPlcHdr"/>
        </w:types>
        <w:behaviors>
          <w:behavior w:val="content"/>
        </w:behaviors>
        <w:guid w:val="{989D1B77-65A6-43CD-9073-057E649B0937}"/>
      </w:docPartPr>
      <w:docPartBody>
        <w:p w:rsidR="007B4DC0" w:rsidRDefault="007261FD">
          <w:r w:rsidRPr="00CA195D">
            <w:rPr>
              <w:rStyle w:val="PlaceholderText"/>
            </w:rPr>
            <w:t>Click or tap here to enter text</w:t>
          </w:r>
        </w:p>
      </w:docPartBody>
    </w:docPart>
    <w:docPart>
      <w:docPartPr>
        <w:name w:val="7CB9D37B466C4805B3794290479C3638"/>
        <w:category>
          <w:name w:val="General"/>
          <w:gallery w:val="placeholder"/>
        </w:category>
        <w:types>
          <w:type w:val="bbPlcHdr"/>
        </w:types>
        <w:behaviors>
          <w:behavior w:val="content"/>
        </w:behaviors>
        <w:guid w:val="{6B57F7DF-08A0-4D99-8DF5-AE7CD92670CD}"/>
      </w:docPartPr>
      <w:docPartBody>
        <w:p w:rsidR="007B4DC0" w:rsidRDefault="007261FD">
          <w:r w:rsidRPr="00CA195D">
            <w:rPr>
              <w:rStyle w:val="PlaceholderText"/>
            </w:rPr>
            <w:t>Click or tap here to enter text</w:t>
          </w:r>
        </w:p>
      </w:docPartBody>
    </w:docPart>
    <w:docPart>
      <w:docPartPr>
        <w:name w:val="8A38874A99844F87B2E8F49FC969EBD4"/>
        <w:category>
          <w:name w:val="General"/>
          <w:gallery w:val="placeholder"/>
        </w:category>
        <w:types>
          <w:type w:val="bbPlcHdr"/>
        </w:types>
        <w:behaviors>
          <w:behavior w:val="content"/>
        </w:behaviors>
        <w:guid w:val="{74180725-5E50-470F-859A-F1D0C4CF49E2}"/>
      </w:docPartPr>
      <w:docPartBody>
        <w:p w:rsidR="007B4DC0" w:rsidRDefault="007261FD">
          <w:r w:rsidRPr="00CA195D">
            <w:rPr>
              <w:rStyle w:val="PlaceholderText"/>
            </w:rPr>
            <w:t>Click or tap here to enter text</w:t>
          </w:r>
        </w:p>
      </w:docPartBody>
    </w:docPart>
    <w:docPart>
      <w:docPartPr>
        <w:name w:val="ABA5E9F3AC2E4F498806B63A0EFF65E8"/>
        <w:category>
          <w:name w:val="General"/>
          <w:gallery w:val="placeholder"/>
        </w:category>
        <w:types>
          <w:type w:val="bbPlcHdr"/>
        </w:types>
        <w:behaviors>
          <w:behavior w:val="content"/>
        </w:behaviors>
        <w:guid w:val="{DD9A6870-169F-467A-9C98-89EE4D45C6B8}"/>
      </w:docPartPr>
      <w:docPartBody>
        <w:p w:rsidR="007B4DC0" w:rsidRDefault="007261FD">
          <w:r w:rsidRPr="00CA195D">
            <w:rPr>
              <w:rStyle w:val="PlaceholderText"/>
            </w:rPr>
            <w:t>Click or tap here to enter text</w:t>
          </w:r>
        </w:p>
      </w:docPartBody>
    </w:docPart>
    <w:docPart>
      <w:docPartPr>
        <w:name w:val="DBBE673CC5F24C52A1BA3629E2603C00"/>
        <w:category>
          <w:name w:val="General"/>
          <w:gallery w:val="placeholder"/>
        </w:category>
        <w:types>
          <w:type w:val="bbPlcHdr"/>
        </w:types>
        <w:behaviors>
          <w:behavior w:val="content"/>
        </w:behaviors>
        <w:guid w:val="{D35C1238-2474-4A51-8423-21BA0CF5FB58}"/>
      </w:docPartPr>
      <w:docPartBody>
        <w:p w:rsidR="007B4DC0" w:rsidRDefault="007261FD">
          <w:r w:rsidRPr="00CA195D">
            <w:rPr>
              <w:rStyle w:val="PlaceholderText"/>
            </w:rPr>
            <w:t>Click or tap here to enter text</w:t>
          </w:r>
        </w:p>
      </w:docPartBody>
    </w:docPart>
    <w:docPart>
      <w:docPartPr>
        <w:name w:val="74AF2CBC627A480CAA3A24D484203820"/>
        <w:category>
          <w:name w:val="General"/>
          <w:gallery w:val="placeholder"/>
        </w:category>
        <w:types>
          <w:type w:val="bbPlcHdr"/>
        </w:types>
        <w:behaviors>
          <w:behavior w:val="content"/>
        </w:behaviors>
        <w:guid w:val="{B79436B4-C271-4111-B007-F0CEE962C68E}"/>
      </w:docPartPr>
      <w:docPartBody>
        <w:p w:rsidR="007B4DC0" w:rsidRDefault="007261FD">
          <w:r w:rsidRPr="00CA195D">
            <w:rPr>
              <w:rStyle w:val="PlaceholderText"/>
            </w:rPr>
            <w:t>Click or tap here to enter text</w:t>
          </w:r>
        </w:p>
      </w:docPartBody>
    </w:docPart>
    <w:docPart>
      <w:docPartPr>
        <w:name w:val="22E82CA564644A148D24F452E682D56D"/>
        <w:category>
          <w:name w:val="General"/>
          <w:gallery w:val="placeholder"/>
        </w:category>
        <w:types>
          <w:type w:val="bbPlcHdr"/>
        </w:types>
        <w:behaviors>
          <w:behavior w:val="content"/>
        </w:behaviors>
        <w:guid w:val="{CDE09F53-0E30-4A7E-87C1-5E0BB6384C9B}"/>
      </w:docPartPr>
      <w:docPartBody>
        <w:p w:rsidR="007B4DC0" w:rsidRDefault="007261FD">
          <w:r w:rsidRPr="00CA195D">
            <w:rPr>
              <w:rStyle w:val="PlaceholderText"/>
            </w:rPr>
            <w:t>Click or tap here to enter text</w:t>
          </w:r>
        </w:p>
      </w:docPartBody>
    </w:docPart>
    <w:docPart>
      <w:docPartPr>
        <w:name w:val="117ACAF54D744A20A6FE786A62C2557E"/>
        <w:category>
          <w:name w:val="General"/>
          <w:gallery w:val="placeholder"/>
        </w:category>
        <w:types>
          <w:type w:val="bbPlcHdr"/>
        </w:types>
        <w:behaviors>
          <w:behavior w:val="content"/>
        </w:behaviors>
        <w:guid w:val="{1CABA264-17E7-4079-88FB-C1A33437250F}"/>
      </w:docPartPr>
      <w:docPartBody>
        <w:p w:rsidR="007B4DC0" w:rsidRDefault="007261FD">
          <w:r w:rsidRPr="00CA195D">
            <w:rPr>
              <w:rStyle w:val="PlaceholderText"/>
            </w:rPr>
            <w:t>Click or tap here to enter text</w:t>
          </w:r>
        </w:p>
      </w:docPartBody>
    </w:docPart>
    <w:docPart>
      <w:docPartPr>
        <w:name w:val="A9D03F0A95924F2D8720E20267A3003E"/>
        <w:category>
          <w:name w:val="General"/>
          <w:gallery w:val="placeholder"/>
        </w:category>
        <w:types>
          <w:type w:val="bbPlcHdr"/>
        </w:types>
        <w:behaviors>
          <w:behavior w:val="content"/>
        </w:behaviors>
        <w:guid w:val="{224C639D-D863-4391-9C42-A21CE4682951}"/>
      </w:docPartPr>
      <w:docPartBody>
        <w:p w:rsidR="007B4DC0" w:rsidRDefault="007261FD">
          <w:r w:rsidRPr="00CA195D">
            <w:rPr>
              <w:rStyle w:val="PlaceholderText"/>
            </w:rPr>
            <w:t>Click or tap here to enter text</w:t>
          </w:r>
        </w:p>
      </w:docPartBody>
    </w:docPart>
    <w:docPart>
      <w:docPartPr>
        <w:name w:val="9FA52992A4DF4C4BACE796D91A3DC1B3"/>
        <w:category>
          <w:name w:val="General"/>
          <w:gallery w:val="placeholder"/>
        </w:category>
        <w:types>
          <w:type w:val="bbPlcHdr"/>
        </w:types>
        <w:behaviors>
          <w:behavior w:val="content"/>
        </w:behaviors>
        <w:guid w:val="{95E55BEA-20AA-4E76-904F-270C3A4BD6AA}"/>
      </w:docPartPr>
      <w:docPartBody>
        <w:p w:rsidR="007B4DC0" w:rsidRDefault="007261FD">
          <w:r w:rsidRPr="00CA195D">
            <w:rPr>
              <w:rStyle w:val="PlaceholderText"/>
            </w:rPr>
            <w:t>Click or tap here to enter text</w:t>
          </w:r>
        </w:p>
      </w:docPartBody>
    </w:docPart>
    <w:docPart>
      <w:docPartPr>
        <w:name w:val="125EEE99670F4293854E7388E6CF46CE"/>
        <w:category>
          <w:name w:val="General"/>
          <w:gallery w:val="placeholder"/>
        </w:category>
        <w:types>
          <w:type w:val="bbPlcHdr"/>
        </w:types>
        <w:behaviors>
          <w:behavior w:val="content"/>
        </w:behaviors>
        <w:guid w:val="{B3A620CE-7B32-4178-9D8E-5DDA65153869}"/>
      </w:docPartPr>
      <w:docPartBody>
        <w:p w:rsidR="007B4DC0" w:rsidRDefault="007261FD">
          <w:r w:rsidRPr="00CA195D">
            <w:rPr>
              <w:rStyle w:val="PlaceholderText"/>
            </w:rPr>
            <w:t>Click or tap here to enter text</w:t>
          </w:r>
        </w:p>
      </w:docPartBody>
    </w:docPart>
    <w:docPart>
      <w:docPartPr>
        <w:name w:val="9988AC50CC5E4969807638DAA93B2FD0"/>
        <w:category>
          <w:name w:val="General"/>
          <w:gallery w:val="placeholder"/>
        </w:category>
        <w:types>
          <w:type w:val="bbPlcHdr"/>
        </w:types>
        <w:behaviors>
          <w:behavior w:val="content"/>
        </w:behaviors>
        <w:guid w:val="{47931CCB-42A9-4944-8E01-3BF9FE3B8F88}"/>
      </w:docPartPr>
      <w:docPartBody>
        <w:p w:rsidR="007B4DC0" w:rsidRDefault="007261FD">
          <w:r w:rsidRPr="00CA195D">
            <w:rPr>
              <w:rStyle w:val="PlaceholderText"/>
            </w:rPr>
            <w:t>Click or tap here to enter text</w:t>
          </w:r>
        </w:p>
      </w:docPartBody>
    </w:docPart>
    <w:docPart>
      <w:docPartPr>
        <w:name w:val="A670004BC84A45BFA0BDA5D8DD048E3F"/>
        <w:category>
          <w:name w:val="General"/>
          <w:gallery w:val="placeholder"/>
        </w:category>
        <w:types>
          <w:type w:val="bbPlcHdr"/>
        </w:types>
        <w:behaviors>
          <w:behavior w:val="content"/>
        </w:behaviors>
        <w:guid w:val="{FD3BB3D5-948E-4081-AE74-900E6D04CBE0}"/>
      </w:docPartPr>
      <w:docPartBody>
        <w:p w:rsidR="007B4DC0" w:rsidRDefault="007261FD">
          <w:r w:rsidRPr="00CA195D">
            <w:rPr>
              <w:rStyle w:val="PlaceholderText"/>
            </w:rPr>
            <w:t>Click or tap here to enter text</w:t>
          </w:r>
        </w:p>
      </w:docPartBody>
    </w:docPart>
    <w:docPart>
      <w:docPartPr>
        <w:name w:val="C485BA87147F433D97DAA95D2864A74B"/>
        <w:category>
          <w:name w:val="General"/>
          <w:gallery w:val="placeholder"/>
        </w:category>
        <w:types>
          <w:type w:val="bbPlcHdr"/>
        </w:types>
        <w:behaviors>
          <w:behavior w:val="content"/>
        </w:behaviors>
        <w:guid w:val="{3999FC11-71B3-4B61-9CBE-C8646C3A4FB7}"/>
      </w:docPartPr>
      <w:docPartBody>
        <w:p w:rsidR="007B4DC0" w:rsidRDefault="007261FD">
          <w:r w:rsidRPr="00CA195D">
            <w:rPr>
              <w:rStyle w:val="PlaceholderText"/>
            </w:rPr>
            <w:t>Click or tap here to enter text</w:t>
          </w:r>
        </w:p>
      </w:docPartBody>
    </w:docPart>
    <w:docPart>
      <w:docPartPr>
        <w:name w:val="5AF03D3D89BA4F158A3F393E81C47B68"/>
        <w:category>
          <w:name w:val="General"/>
          <w:gallery w:val="placeholder"/>
        </w:category>
        <w:types>
          <w:type w:val="bbPlcHdr"/>
        </w:types>
        <w:behaviors>
          <w:behavior w:val="content"/>
        </w:behaviors>
        <w:guid w:val="{976C76FB-8615-447A-8633-7ECB91055BD1}"/>
      </w:docPartPr>
      <w:docPartBody>
        <w:p w:rsidR="007B4DC0" w:rsidRDefault="007261FD">
          <w:r w:rsidRPr="00CA195D">
            <w:rPr>
              <w:rStyle w:val="PlaceholderText"/>
            </w:rPr>
            <w:t>Click or tap here to enter text</w:t>
          </w:r>
        </w:p>
      </w:docPartBody>
    </w:docPart>
    <w:docPart>
      <w:docPartPr>
        <w:name w:val="07D5E0CB95734019A4BD45BFF67FB897"/>
        <w:category>
          <w:name w:val="General"/>
          <w:gallery w:val="placeholder"/>
        </w:category>
        <w:types>
          <w:type w:val="bbPlcHdr"/>
        </w:types>
        <w:behaviors>
          <w:behavior w:val="content"/>
        </w:behaviors>
        <w:guid w:val="{A9E6B19F-FE5A-49B7-AEF1-387F07C3EF4E}"/>
      </w:docPartPr>
      <w:docPartBody>
        <w:p w:rsidR="007B4DC0" w:rsidRDefault="007261FD">
          <w:r w:rsidRPr="00CA195D">
            <w:rPr>
              <w:rStyle w:val="PlaceholderText"/>
            </w:rPr>
            <w:t>Click or tap here to enter text</w:t>
          </w:r>
        </w:p>
      </w:docPartBody>
    </w:docPart>
    <w:docPart>
      <w:docPartPr>
        <w:name w:val="62F25D98AE874DB58E0B09B4F646A85C"/>
        <w:category>
          <w:name w:val="General"/>
          <w:gallery w:val="placeholder"/>
        </w:category>
        <w:types>
          <w:type w:val="bbPlcHdr"/>
        </w:types>
        <w:behaviors>
          <w:behavior w:val="content"/>
        </w:behaviors>
        <w:guid w:val="{053ABC2A-1AD3-4EA0-82A6-54E2419D3ED8}"/>
      </w:docPartPr>
      <w:docPartBody>
        <w:p w:rsidR="007B4DC0" w:rsidRDefault="007261FD">
          <w:r w:rsidRPr="00CA195D">
            <w:rPr>
              <w:rStyle w:val="PlaceholderText"/>
            </w:rPr>
            <w:t>Click or tap here to enter text</w:t>
          </w:r>
        </w:p>
      </w:docPartBody>
    </w:docPart>
    <w:docPart>
      <w:docPartPr>
        <w:name w:val="32E1464BEEE04E4F91C1855C71DFC85B"/>
        <w:category>
          <w:name w:val="General"/>
          <w:gallery w:val="placeholder"/>
        </w:category>
        <w:types>
          <w:type w:val="bbPlcHdr"/>
        </w:types>
        <w:behaviors>
          <w:behavior w:val="content"/>
        </w:behaviors>
        <w:guid w:val="{D22B18D4-5FB3-4EF2-95FB-FC05E50976E3}"/>
      </w:docPartPr>
      <w:docPartBody>
        <w:p w:rsidR="007B4DC0" w:rsidRDefault="007261FD">
          <w:r w:rsidRPr="00CA195D">
            <w:rPr>
              <w:rStyle w:val="PlaceholderText"/>
            </w:rPr>
            <w:t>Click or tap here to enter text</w:t>
          </w:r>
        </w:p>
      </w:docPartBody>
    </w:docPart>
    <w:docPart>
      <w:docPartPr>
        <w:name w:val="B0B32FB264B14BD8B9CB3159CFBE62D7"/>
        <w:category>
          <w:name w:val="General"/>
          <w:gallery w:val="placeholder"/>
        </w:category>
        <w:types>
          <w:type w:val="bbPlcHdr"/>
        </w:types>
        <w:behaviors>
          <w:behavior w:val="content"/>
        </w:behaviors>
        <w:guid w:val="{225CD06C-AE35-4173-9F65-F7FC663B501C}"/>
      </w:docPartPr>
      <w:docPartBody>
        <w:p w:rsidR="007B4DC0" w:rsidRDefault="007261FD">
          <w:r w:rsidRPr="00CA195D">
            <w:rPr>
              <w:rStyle w:val="PlaceholderText"/>
            </w:rPr>
            <w:t>Click or tap here to enter text</w:t>
          </w:r>
        </w:p>
      </w:docPartBody>
    </w:docPart>
    <w:docPart>
      <w:docPartPr>
        <w:name w:val="9795D6E1EB3C4A1F91E2081B676E28B3"/>
        <w:category>
          <w:name w:val="General"/>
          <w:gallery w:val="placeholder"/>
        </w:category>
        <w:types>
          <w:type w:val="bbPlcHdr"/>
        </w:types>
        <w:behaviors>
          <w:behavior w:val="content"/>
        </w:behaviors>
        <w:guid w:val="{0F468162-C09B-48CC-93B3-EF35CA0ACA15}"/>
      </w:docPartPr>
      <w:docPartBody>
        <w:p w:rsidR="007B4DC0" w:rsidRDefault="007261FD">
          <w:r w:rsidRPr="00CA195D">
            <w:rPr>
              <w:rStyle w:val="PlaceholderText"/>
            </w:rPr>
            <w:t>Click or tap here to enter text</w:t>
          </w:r>
        </w:p>
      </w:docPartBody>
    </w:docPart>
    <w:docPart>
      <w:docPartPr>
        <w:name w:val="E2F57C7C47D04EF293C97A8C13063921"/>
        <w:category>
          <w:name w:val="General"/>
          <w:gallery w:val="placeholder"/>
        </w:category>
        <w:types>
          <w:type w:val="bbPlcHdr"/>
        </w:types>
        <w:behaviors>
          <w:behavior w:val="content"/>
        </w:behaviors>
        <w:guid w:val="{1BEA8B88-E418-499C-824F-CCFBE73B65C9}"/>
      </w:docPartPr>
      <w:docPartBody>
        <w:p w:rsidR="007B4DC0" w:rsidRDefault="007261FD">
          <w:r w:rsidRPr="00CA195D">
            <w:rPr>
              <w:rStyle w:val="PlaceholderText"/>
            </w:rPr>
            <w:t>Click or tap here to enter text</w:t>
          </w:r>
        </w:p>
      </w:docPartBody>
    </w:docPart>
    <w:docPart>
      <w:docPartPr>
        <w:name w:val="C4D4FB82322049A8AA18017029F376EB"/>
        <w:category>
          <w:name w:val="General"/>
          <w:gallery w:val="placeholder"/>
        </w:category>
        <w:types>
          <w:type w:val="bbPlcHdr"/>
        </w:types>
        <w:behaviors>
          <w:behavior w:val="content"/>
        </w:behaviors>
        <w:guid w:val="{38F51612-0BFE-429F-9741-0623F2FBAC7A}"/>
      </w:docPartPr>
      <w:docPartBody>
        <w:p w:rsidR="007B4DC0" w:rsidRDefault="007261FD">
          <w:r w:rsidRPr="00CA195D">
            <w:rPr>
              <w:rStyle w:val="PlaceholderText"/>
            </w:rPr>
            <w:t>Click or tap here to enter text</w:t>
          </w:r>
        </w:p>
      </w:docPartBody>
    </w:docPart>
    <w:docPart>
      <w:docPartPr>
        <w:name w:val="65EBB987A5804DA2AD7E7FB031467AAC"/>
        <w:category>
          <w:name w:val="General"/>
          <w:gallery w:val="placeholder"/>
        </w:category>
        <w:types>
          <w:type w:val="bbPlcHdr"/>
        </w:types>
        <w:behaviors>
          <w:behavior w:val="content"/>
        </w:behaviors>
        <w:guid w:val="{BCD2E730-3C3A-4C6F-8F4D-F532D82C4389}"/>
      </w:docPartPr>
      <w:docPartBody>
        <w:p w:rsidR="007B4DC0" w:rsidRDefault="007261FD">
          <w:r w:rsidRPr="00CA195D">
            <w:rPr>
              <w:rStyle w:val="PlaceholderText"/>
            </w:rPr>
            <w:t>Click or tap here to enter text</w:t>
          </w:r>
        </w:p>
      </w:docPartBody>
    </w:docPart>
    <w:docPart>
      <w:docPartPr>
        <w:name w:val="E1D65220787F43149349548DCD49EC92"/>
        <w:category>
          <w:name w:val="General"/>
          <w:gallery w:val="placeholder"/>
        </w:category>
        <w:types>
          <w:type w:val="bbPlcHdr"/>
        </w:types>
        <w:behaviors>
          <w:behavior w:val="content"/>
        </w:behaviors>
        <w:guid w:val="{75D48241-06E0-401B-8027-0566D85C912B}"/>
      </w:docPartPr>
      <w:docPartBody>
        <w:p w:rsidR="007B4DC0" w:rsidRDefault="007261FD">
          <w:r w:rsidRPr="00CA195D">
            <w:rPr>
              <w:rStyle w:val="PlaceholderText"/>
            </w:rPr>
            <w:t>Click or tap here to enter text</w:t>
          </w:r>
        </w:p>
      </w:docPartBody>
    </w:docPart>
    <w:docPart>
      <w:docPartPr>
        <w:name w:val="68E24EFAB91D444AA01C0F0E06B71358"/>
        <w:category>
          <w:name w:val="General"/>
          <w:gallery w:val="placeholder"/>
        </w:category>
        <w:types>
          <w:type w:val="bbPlcHdr"/>
        </w:types>
        <w:behaviors>
          <w:behavior w:val="content"/>
        </w:behaviors>
        <w:guid w:val="{103B2C93-C5DF-44CD-AB81-94A846C55131}"/>
      </w:docPartPr>
      <w:docPartBody>
        <w:p w:rsidR="007B4DC0" w:rsidRDefault="007261FD">
          <w:r w:rsidRPr="00CA195D">
            <w:rPr>
              <w:rStyle w:val="PlaceholderText"/>
            </w:rPr>
            <w:t>Click or tap here to enter text</w:t>
          </w:r>
        </w:p>
      </w:docPartBody>
    </w:docPart>
    <w:docPart>
      <w:docPartPr>
        <w:name w:val="265BB91FC2E0457AAA09AF522DFCDB61"/>
        <w:category>
          <w:name w:val="General"/>
          <w:gallery w:val="placeholder"/>
        </w:category>
        <w:types>
          <w:type w:val="bbPlcHdr"/>
        </w:types>
        <w:behaviors>
          <w:behavior w:val="content"/>
        </w:behaviors>
        <w:guid w:val="{7C79DE93-FD7E-463C-93E5-00398EB4D85C}"/>
      </w:docPartPr>
      <w:docPartBody>
        <w:p w:rsidR="007B4DC0" w:rsidRDefault="007261FD">
          <w:r w:rsidRPr="00CA195D">
            <w:rPr>
              <w:rStyle w:val="PlaceholderText"/>
            </w:rPr>
            <w:t>Click or tap here to enter text</w:t>
          </w:r>
        </w:p>
      </w:docPartBody>
    </w:docPart>
    <w:docPart>
      <w:docPartPr>
        <w:name w:val="598E239EC49B4C58848EBA53620CF1AA"/>
        <w:category>
          <w:name w:val="General"/>
          <w:gallery w:val="placeholder"/>
        </w:category>
        <w:types>
          <w:type w:val="bbPlcHdr"/>
        </w:types>
        <w:behaviors>
          <w:behavior w:val="content"/>
        </w:behaviors>
        <w:guid w:val="{A23390CF-9C40-4099-866B-AEF1CE4807CE}"/>
      </w:docPartPr>
      <w:docPartBody>
        <w:p w:rsidR="007B4DC0" w:rsidRDefault="007261FD">
          <w:r w:rsidRPr="00CA195D">
            <w:rPr>
              <w:rStyle w:val="PlaceholderText"/>
            </w:rPr>
            <w:t>Click or tap here to enter text</w:t>
          </w:r>
        </w:p>
      </w:docPartBody>
    </w:docPart>
    <w:docPart>
      <w:docPartPr>
        <w:name w:val="F873BB8906A24E0999382AAE64FD9892"/>
        <w:category>
          <w:name w:val="General"/>
          <w:gallery w:val="placeholder"/>
        </w:category>
        <w:types>
          <w:type w:val="bbPlcHdr"/>
        </w:types>
        <w:behaviors>
          <w:behavior w:val="content"/>
        </w:behaviors>
        <w:guid w:val="{FF732B1D-7C79-4C3C-AB7F-FA0458185F5C}"/>
      </w:docPartPr>
      <w:docPartBody>
        <w:p w:rsidR="007B4DC0" w:rsidRDefault="007261FD">
          <w:r w:rsidRPr="00CA195D">
            <w:rPr>
              <w:rStyle w:val="PlaceholderText"/>
            </w:rPr>
            <w:t>Click or tap here to enter text</w:t>
          </w:r>
        </w:p>
      </w:docPartBody>
    </w:docPart>
    <w:docPart>
      <w:docPartPr>
        <w:name w:val="01B9798FA24B48359E795FC53B09D018"/>
        <w:category>
          <w:name w:val="General"/>
          <w:gallery w:val="placeholder"/>
        </w:category>
        <w:types>
          <w:type w:val="bbPlcHdr"/>
        </w:types>
        <w:behaviors>
          <w:behavior w:val="content"/>
        </w:behaviors>
        <w:guid w:val="{FE4058E3-FCDF-493B-B554-2524C71B4546}"/>
      </w:docPartPr>
      <w:docPartBody>
        <w:p w:rsidR="007B4DC0" w:rsidRDefault="007261FD">
          <w:r w:rsidRPr="00CA195D">
            <w:rPr>
              <w:rStyle w:val="PlaceholderText"/>
            </w:rPr>
            <w:t>Click or tap here to enter text</w:t>
          </w:r>
        </w:p>
      </w:docPartBody>
    </w:docPart>
    <w:docPart>
      <w:docPartPr>
        <w:name w:val="764BCEBBA54A4A48AB282B05C9348211"/>
        <w:category>
          <w:name w:val="General"/>
          <w:gallery w:val="placeholder"/>
        </w:category>
        <w:types>
          <w:type w:val="bbPlcHdr"/>
        </w:types>
        <w:behaviors>
          <w:behavior w:val="content"/>
        </w:behaviors>
        <w:guid w:val="{4C7721E3-4A28-4166-9571-5861A20F40E6}"/>
      </w:docPartPr>
      <w:docPartBody>
        <w:p w:rsidR="007B4DC0" w:rsidRDefault="007261FD">
          <w:r w:rsidRPr="00CA195D">
            <w:rPr>
              <w:rStyle w:val="PlaceholderText"/>
            </w:rPr>
            <w:t>Click or tap here to enter text</w:t>
          </w:r>
        </w:p>
      </w:docPartBody>
    </w:docPart>
    <w:docPart>
      <w:docPartPr>
        <w:name w:val="DF82A87D0E9749BDA7EB100F36F9614F"/>
        <w:category>
          <w:name w:val="General"/>
          <w:gallery w:val="placeholder"/>
        </w:category>
        <w:types>
          <w:type w:val="bbPlcHdr"/>
        </w:types>
        <w:behaviors>
          <w:behavior w:val="content"/>
        </w:behaviors>
        <w:guid w:val="{268B5CE0-93C3-4C86-B7FC-F8F0DF637FD4}"/>
      </w:docPartPr>
      <w:docPartBody>
        <w:p w:rsidR="007B4DC0" w:rsidRDefault="007261FD">
          <w:r w:rsidRPr="00CA195D">
            <w:rPr>
              <w:rStyle w:val="PlaceholderText"/>
            </w:rPr>
            <w:t>Click or tap here to enter text</w:t>
          </w:r>
        </w:p>
      </w:docPartBody>
    </w:docPart>
    <w:docPart>
      <w:docPartPr>
        <w:name w:val="A3D678110AA14AF3B69FFB47D0B6D77F"/>
        <w:category>
          <w:name w:val="General"/>
          <w:gallery w:val="placeholder"/>
        </w:category>
        <w:types>
          <w:type w:val="bbPlcHdr"/>
        </w:types>
        <w:behaviors>
          <w:behavior w:val="content"/>
        </w:behaviors>
        <w:guid w:val="{EF164C58-8362-4DD8-807B-48EF1694C6E9}"/>
      </w:docPartPr>
      <w:docPartBody>
        <w:p w:rsidR="007B4DC0" w:rsidRDefault="007261FD">
          <w:r w:rsidRPr="00CA195D">
            <w:rPr>
              <w:rStyle w:val="PlaceholderText"/>
            </w:rPr>
            <w:t>Click or tap here to enter text</w:t>
          </w:r>
        </w:p>
      </w:docPartBody>
    </w:docPart>
    <w:docPart>
      <w:docPartPr>
        <w:name w:val="4D216248AE2A4ABA91E299374628F7AF"/>
        <w:category>
          <w:name w:val="General"/>
          <w:gallery w:val="placeholder"/>
        </w:category>
        <w:types>
          <w:type w:val="bbPlcHdr"/>
        </w:types>
        <w:behaviors>
          <w:behavior w:val="content"/>
        </w:behaviors>
        <w:guid w:val="{FF34EAFB-2F48-4991-BF6F-65A77145EE10}"/>
      </w:docPartPr>
      <w:docPartBody>
        <w:p w:rsidR="007B4DC0" w:rsidRDefault="007261FD">
          <w:r w:rsidRPr="00CA195D">
            <w:rPr>
              <w:rStyle w:val="PlaceholderText"/>
            </w:rPr>
            <w:t>Click or tap here to enter text</w:t>
          </w:r>
        </w:p>
      </w:docPartBody>
    </w:docPart>
    <w:docPart>
      <w:docPartPr>
        <w:name w:val="41A228C017AC4434934A77D4EABDAA47"/>
        <w:category>
          <w:name w:val="General"/>
          <w:gallery w:val="placeholder"/>
        </w:category>
        <w:types>
          <w:type w:val="bbPlcHdr"/>
        </w:types>
        <w:behaviors>
          <w:behavior w:val="content"/>
        </w:behaviors>
        <w:guid w:val="{B6E3A7C4-1490-4FFA-A683-92F97ACDE91F}"/>
      </w:docPartPr>
      <w:docPartBody>
        <w:p w:rsidR="007B4DC0" w:rsidRDefault="007261FD">
          <w:r w:rsidRPr="00CA195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1FD"/>
    <w:rsid w:val="006025E9"/>
    <w:rsid w:val="00651DD2"/>
    <w:rsid w:val="007261FD"/>
    <w:rsid w:val="00780655"/>
    <w:rsid w:val="007B4DC0"/>
    <w:rsid w:val="00A132EA"/>
    <w:rsid w:val="00AC7594"/>
    <w:rsid w:val="00BF35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61F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8f6670-4744-4e78-9a92-31226e9c61d5">
      <Terms xmlns="http://schemas.microsoft.com/office/infopath/2007/PartnerControls"/>
    </lcf76f155ced4ddcb4097134ff3c332f>
    <TaxCatchAll xmlns="d2858e12-10cf-4d45-a8fb-fa2a82d04d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CD19702560BF340A275C7A9783A643B" ma:contentTypeVersion="18" ma:contentTypeDescription="Create a new document." ma:contentTypeScope="" ma:versionID="1ec41ec17a97c715274194b39fa5a552">
  <xsd:schema xmlns:xsd="http://www.w3.org/2001/XMLSchema" xmlns:xs="http://www.w3.org/2001/XMLSchema" xmlns:p="http://schemas.microsoft.com/office/2006/metadata/properties" xmlns:ns2="7d8f6670-4744-4e78-9a92-31226e9c61d5" xmlns:ns3="d2858e12-10cf-4d45-a8fb-fa2a82d04d86" targetNamespace="http://schemas.microsoft.com/office/2006/metadata/properties" ma:root="true" ma:fieldsID="d4e1d277d34b2a50dc273441360bef4c" ns2:_="" ns3:_="">
    <xsd:import namespace="7d8f6670-4744-4e78-9a92-31226e9c61d5"/>
    <xsd:import namespace="d2858e12-10cf-4d45-a8fb-fa2a82d04d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8f6670-4744-4e78-9a92-31226e9c6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480507c-7a38-4de1-9a13-891439c146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858e12-10cf-4d45-a8fb-fa2a82d04d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38e634-aaba-4b9d-8667-c3f36559c209}" ma:internalName="TaxCatchAll" ma:showField="CatchAllData" ma:web="d2858e12-10cf-4d45-a8fb-fa2a82d04d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C4C614-28EC-4191-886A-D748D1D216BF}">
  <ds:schemaRefs>
    <ds:schemaRef ds:uri="http://schemas.microsoft.com/office/2006/metadata/properties"/>
    <ds:schemaRef ds:uri="http://schemas.microsoft.com/office/infopath/2007/PartnerControls"/>
    <ds:schemaRef ds:uri="7d8f6670-4744-4e78-9a92-31226e9c61d5"/>
    <ds:schemaRef ds:uri="d2858e12-10cf-4d45-a8fb-fa2a82d04d86"/>
  </ds:schemaRefs>
</ds:datastoreItem>
</file>

<file path=customXml/itemProps2.xml><?xml version="1.0" encoding="utf-8"?>
<ds:datastoreItem xmlns:ds="http://schemas.openxmlformats.org/officeDocument/2006/customXml" ds:itemID="{8F0014A9-DF05-4995-8C5E-ED65CD00C52A}">
  <ds:schemaRefs>
    <ds:schemaRef ds:uri="http://schemas.microsoft.com/sharepoint/v3/contenttype/form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D4A16A6D-A7EA-4CC5-BE19-0E04B63AE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8f6670-4744-4e78-9a92-31226e9c61d5"/>
    <ds:schemaRef ds:uri="d2858e12-10cf-4d45-a8fb-fa2a82d04d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2743</Words>
  <Characters>15636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FCT Transport Operations Coordinator Recruitment Pack</vt:lpstr>
    </vt:vector>
  </TitlesOfParts>
  <Manager/>
  <Company/>
  <LinksUpToDate>false</LinksUpToDate>
  <CharactersWithSpaces>18343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FCT Transport Operations Coordinator Recruitment Pack</dc:title>
  <dc:subject>Board-ready recruitment and selection pack</dc:subject>
  <dc:creator>Jason Donaghy</dc:creator>
  <cp:keywords>recruitment, transport operations coordinator, interview, application</cp:keywords>
  <dc:description>generated by python-docx</dc:description>
  <cp:lastModifiedBy>Jason Donaghy</cp:lastModifiedBy>
  <cp:revision>5</cp:revision>
  <dcterms:created xsi:type="dcterms:W3CDTF">2026-08-10T12:09:00Z</dcterms:created>
  <dcterms:modified xsi:type="dcterms:W3CDTF">2026-08-10T12:29:00Z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0x010100DCD19702560BF340A275C7A9783A643B</vt:lpwstr>
  </property>
  <property fmtid="{D5CDD505-2E9C-101B-9397-08002B2CF9AE}" pid="3" name="MediaServiceImageTags">
    <vt:lpwstr/>
  </property>
</Properties>
</file>